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31820" w14:textId="3AB84EF8" w:rsidR="00595CB5" w:rsidRPr="00A139DD" w:rsidRDefault="00E0238D">
      <w:pPr>
        <w:pStyle w:val="Heading1"/>
        <w:rPr>
          <w:color w:val="EE0000"/>
          <w:sz w:val="40"/>
          <w:szCs w:val="40"/>
        </w:rPr>
      </w:pPr>
      <w:r w:rsidRPr="00A139DD">
        <w:rPr>
          <w:color w:val="EE0000"/>
          <w:sz w:val="40"/>
          <w:szCs w:val="40"/>
        </w:rPr>
        <w:t>Associate Recruitment Forms</w:t>
      </w:r>
    </w:p>
    <w:p w14:paraId="272B1459" w14:textId="47AFE0AB" w:rsidR="00A139DD" w:rsidRDefault="00A139DD" w:rsidP="00A139DD">
      <w:pPr>
        <w:rPr>
          <w:b/>
          <w:bCs/>
          <w:color w:val="EE0000"/>
        </w:rPr>
      </w:pPr>
      <w:r w:rsidRPr="00A139DD">
        <w:rPr>
          <w:b/>
          <w:bCs/>
          <w:color w:val="EE0000"/>
        </w:rPr>
        <w:t>Malearn Training</w:t>
      </w:r>
      <w:r>
        <w:rPr>
          <w:b/>
          <w:bCs/>
          <w:color w:val="EE0000"/>
        </w:rPr>
        <w:t xml:space="preserve"> </w:t>
      </w:r>
    </w:p>
    <w:p w14:paraId="762F81A6" w14:textId="09B606AF" w:rsidR="00A139DD" w:rsidRPr="00A139DD" w:rsidRDefault="00A139DD" w:rsidP="00A139DD">
      <w:pPr>
        <w:rPr>
          <w:b/>
          <w:bCs/>
          <w:color w:val="000000" w:themeColor="text1"/>
        </w:rPr>
      </w:pPr>
      <w:r w:rsidRPr="00A139DD">
        <w:rPr>
          <w:b/>
          <w:bCs/>
          <w:color w:val="000000" w:themeColor="text1"/>
        </w:rPr>
        <w:t xml:space="preserve">Return </w:t>
      </w:r>
      <w:r>
        <w:rPr>
          <w:b/>
          <w:bCs/>
          <w:color w:val="000000" w:themeColor="text1"/>
        </w:rPr>
        <w:t xml:space="preserve">reference </w:t>
      </w:r>
      <w:r w:rsidRPr="00A139DD">
        <w:rPr>
          <w:b/>
          <w:bCs/>
          <w:color w:val="000000" w:themeColor="text1"/>
        </w:rPr>
        <w:t xml:space="preserve">form to </w:t>
      </w:r>
      <w:hyperlink r:id="rId8" w:history="1">
        <w:r w:rsidRPr="00A139DD">
          <w:rPr>
            <w:rStyle w:val="Hyperlink"/>
            <w:b/>
            <w:bCs/>
            <w:color w:val="000000" w:themeColor="text1"/>
          </w:rPr>
          <w:t>info@malearn.co.uk</w:t>
        </w:r>
      </w:hyperlink>
      <w:r w:rsidRPr="00A139DD">
        <w:rPr>
          <w:b/>
          <w:bCs/>
          <w:color w:val="000000" w:themeColor="text1"/>
        </w:rPr>
        <w:t xml:space="preserve"> </w:t>
      </w:r>
    </w:p>
    <w:p w14:paraId="76916D64" w14:textId="77777777" w:rsidR="00A139DD" w:rsidRDefault="00A139DD">
      <w:pPr>
        <w:pStyle w:val="Heading2"/>
        <w:rPr>
          <w:color w:val="EE0000"/>
        </w:rPr>
      </w:pPr>
    </w:p>
    <w:p w14:paraId="58A230F1" w14:textId="77777777" w:rsidR="00A139DD" w:rsidRPr="00A139DD" w:rsidRDefault="00A139DD" w:rsidP="00A139DD"/>
    <w:p w14:paraId="53D12C76" w14:textId="02579F93" w:rsidR="00595CB5" w:rsidRDefault="00E0238D">
      <w:pPr>
        <w:pStyle w:val="Heading2"/>
        <w:rPr>
          <w:color w:val="EE0000"/>
        </w:rPr>
      </w:pPr>
      <w:r w:rsidRPr="00A139DD">
        <w:rPr>
          <w:color w:val="EE0000"/>
        </w:rPr>
        <w:t xml:space="preserve">1. </w:t>
      </w:r>
      <w:r w:rsidRPr="00A139DD">
        <w:rPr>
          <w:color w:val="EE0000"/>
        </w:rPr>
        <w:t>Professional Reference Request Form</w:t>
      </w:r>
    </w:p>
    <w:p w14:paraId="1AA3847C" w14:textId="04F31741" w:rsidR="00595CB5" w:rsidRPr="00A139DD" w:rsidRDefault="00E0238D" w:rsidP="00A139DD">
      <w:pPr>
        <w:spacing w:line="360" w:lineRule="auto"/>
        <w:rPr>
          <w:bCs/>
        </w:rPr>
      </w:pPr>
      <w:r w:rsidRPr="00A139DD">
        <w:rPr>
          <w:bCs/>
        </w:rPr>
        <w:t xml:space="preserve">Applicant Name: </w:t>
      </w:r>
      <w:r w:rsidRPr="00A139DD">
        <w:rPr>
          <w:bCs/>
        </w:rPr>
        <w:br/>
      </w:r>
      <w:r w:rsidRPr="00A139DD">
        <w:rPr>
          <w:bCs/>
        </w:rPr>
        <w:t>Position Applied For:</w:t>
      </w:r>
      <w:r w:rsidR="00A139DD" w:rsidRPr="00A139DD">
        <w:rPr>
          <w:bCs/>
        </w:rPr>
        <w:t xml:space="preserve"> </w:t>
      </w:r>
      <w:r w:rsidRPr="00A139DD">
        <w:rPr>
          <w:bCs/>
        </w:rPr>
        <w:br/>
      </w:r>
      <w:r w:rsidRPr="00A139DD">
        <w:rPr>
          <w:bCs/>
        </w:rPr>
        <w:t>Qualification Area:</w:t>
      </w:r>
      <w:r w:rsidR="00A139DD" w:rsidRPr="00A139DD">
        <w:rPr>
          <w:bCs/>
        </w:rPr>
        <w:t xml:space="preserve"> </w:t>
      </w:r>
      <w:r w:rsidR="00A139DD" w:rsidRPr="00A139DD">
        <w:rPr>
          <w:bCs/>
        </w:rPr>
        <w:br/>
      </w:r>
    </w:p>
    <w:p w14:paraId="0E1E45D1" w14:textId="77777777" w:rsidR="00595CB5" w:rsidRPr="00A139DD" w:rsidRDefault="00E0238D">
      <w:pPr>
        <w:pStyle w:val="Heading3"/>
        <w:rPr>
          <w:color w:val="EE0000"/>
        </w:rPr>
      </w:pPr>
      <w:r w:rsidRPr="00A139DD">
        <w:rPr>
          <w:color w:val="EE0000"/>
        </w:rPr>
        <w:t>Referee Details</w:t>
      </w:r>
    </w:p>
    <w:p w14:paraId="3A692251" w14:textId="631C7D46" w:rsidR="00595CB5" w:rsidRDefault="00E0238D">
      <w:r>
        <w:t>Name:</w:t>
      </w:r>
    </w:p>
    <w:p w14:paraId="6E564A86" w14:textId="56FED1F3" w:rsidR="00595CB5" w:rsidRDefault="00E0238D">
      <w:r>
        <w:t>Job Title:</w:t>
      </w:r>
    </w:p>
    <w:p w14:paraId="7F75F35B" w14:textId="08C94A39" w:rsidR="00595CB5" w:rsidRDefault="00E0238D">
      <w:r>
        <w:t>Organisation:</w:t>
      </w:r>
    </w:p>
    <w:p w14:paraId="6B05F3D9" w14:textId="2D31123F" w:rsidR="00595CB5" w:rsidRDefault="00E0238D">
      <w:r>
        <w:t xml:space="preserve">Address: </w:t>
      </w:r>
    </w:p>
    <w:p w14:paraId="5E68CD88" w14:textId="4E95D4CD" w:rsidR="00595CB5" w:rsidRDefault="00E0238D">
      <w:r>
        <w:t xml:space="preserve">Telephone: </w:t>
      </w:r>
    </w:p>
    <w:p w14:paraId="75A1C46D" w14:textId="6511951C" w:rsidR="00595CB5" w:rsidRDefault="00E0238D">
      <w:r>
        <w:t xml:space="preserve">Email: </w:t>
      </w:r>
    </w:p>
    <w:p w14:paraId="59F98A9F" w14:textId="6E924ECD" w:rsidR="00595CB5" w:rsidRDefault="00E0238D">
      <w:r>
        <w:t xml:space="preserve">Relationship </w:t>
      </w:r>
      <w:proofErr w:type="gramStart"/>
      <w:r>
        <w:t>to</w:t>
      </w:r>
      <w:proofErr w:type="gramEnd"/>
      <w:r>
        <w:t xml:space="preserve"> Applicant: </w:t>
      </w:r>
    </w:p>
    <w:p w14:paraId="5547EDDF" w14:textId="707CD8B0" w:rsidR="00595CB5" w:rsidRDefault="00E0238D">
      <w:r>
        <w:t xml:space="preserve">How long have you known the </w:t>
      </w:r>
      <w:proofErr w:type="gramStart"/>
      <w:r>
        <w:t>applicant?:</w:t>
      </w:r>
      <w:proofErr w:type="gramEnd"/>
      <w:r>
        <w:t xml:space="preserve"> </w:t>
      </w:r>
    </w:p>
    <w:p w14:paraId="41F31AE4" w14:textId="77777777" w:rsidR="00A139DD" w:rsidRDefault="00A139DD">
      <w:pPr>
        <w:pStyle w:val="Heading3"/>
        <w:rPr>
          <w:color w:val="EE0000"/>
        </w:rPr>
      </w:pPr>
    </w:p>
    <w:p w14:paraId="437D645F" w14:textId="2FB15ABF" w:rsidR="00595CB5" w:rsidRPr="00A139DD" w:rsidRDefault="00E0238D">
      <w:pPr>
        <w:pStyle w:val="Heading3"/>
        <w:rPr>
          <w:color w:val="EE0000"/>
        </w:rPr>
      </w:pPr>
      <w:r w:rsidRPr="00A139DD">
        <w:rPr>
          <w:color w:val="EE0000"/>
        </w:rPr>
        <w:t>Employment Details</w:t>
      </w:r>
    </w:p>
    <w:p w14:paraId="3C805A9E" w14:textId="3A35DE1E" w:rsidR="00595CB5" w:rsidRDefault="00A139DD">
      <w:r>
        <w:t xml:space="preserve">Start and End </w:t>
      </w:r>
      <w:r w:rsidR="00E0238D">
        <w:t xml:space="preserve">Dates worked together: </w:t>
      </w:r>
    </w:p>
    <w:p w14:paraId="23212B87" w14:textId="3F1FA00D" w:rsidR="00595CB5" w:rsidRDefault="00E0238D">
      <w:r>
        <w:t xml:space="preserve">Applicant's role: </w:t>
      </w:r>
    </w:p>
    <w:p w14:paraId="4A8FA280" w14:textId="3B4BF867" w:rsidR="00595CB5" w:rsidRDefault="00E0238D">
      <w:r>
        <w:t xml:space="preserve">Main duties: </w:t>
      </w:r>
    </w:p>
    <w:p w14:paraId="1EFB2340" w14:textId="77777777" w:rsidR="00A139DD" w:rsidRDefault="00A139DD">
      <w:pPr>
        <w:pStyle w:val="Heading3"/>
      </w:pPr>
    </w:p>
    <w:p w14:paraId="64770316" w14:textId="77777777" w:rsidR="00A139DD" w:rsidRPr="00A139DD" w:rsidRDefault="00A139DD" w:rsidP="00A139DD"/>
    <w:p w14:paraId="0359D4C8" w14:textId="265B7DF0" w:rsidR="00595CB5" w:rsidRPr="00A139DD" w:rsidRDefault="00E0238D">
      <w:pPr>
        <w:pStyle w:val="Heading3"/>
        <w:rPr>
          <w:color w:val="EE0000"/>
        </w:rPr>
      </w:pPr>
      <w:r w:rsidRPr="00A139DD">
        <w:rPr>
          <w:color w:val="EE0000"/>
        </w:rPr>
        <w:lastRenderedPageBreak/>
        <w:t>Professional Assessment</w:t>
      </w:r>
    </w:p>
    <w:p w14:paraId="2844ACB0" w14:textId="6A902DEF" w:rsidR="00595CB5" w:rsidRDefault="00A139DD">
      <w:r>
        <w:t>Occupational competence</w:t>
      </w:r>
      <w:r>
        <w:t xml:space="preserve">           </w:t>
      </w:r>
      <w:r w:rsidR="00E0238D">
        <w:t xml:space="preserve">□ Excellent   □ Good   □ Satisfactory   □ Unsatisfactory    </w:t>
      </w:r>
    </w:p>
    <w:p w14:paraId="6DA19FF8" w14:textId="2ABEFF05" w:rsidR="00595CB5" w:rsidRDefault="00A139DD">
      <w:r>
        <w:t>Teaching ability</w:t>
      </w:r>
      <w:r>
        <w:t xml:space="preserve">                             </w:t>
      </w:r>
      <w:r w:rsidR="00E0238D">
        <w:t xml:space="preserve">□ Excellent   □ Good   □ Satisfactory   □ Unsatisfactory    </w:t>
      </w:r>
    </w:p>
    <w:p w14:paraId="6C82EA99" w14:textId="33B2991D" w:rsidR="00595CB5" w:rsidRDefault="00A139DD">
      <w:r>
        <w:t xml:space="preserve">Assessment ability </w:t>
      </w:r>
      <w:r>
        <w:t xml:space="preserve">                       </w:t>
      </w:r>
      <w:r w:rsidR="00E0238D">
        <w:t xml:space="preserve">□ Excellent   □ Good   □ Satisfactory   □ Unsatisfactory    </w:t>
      </w:r>
    </w:p>
    <w:p w14:paraId="756ED302" w14:textId="7439F108" w:rsidR="00595CB5" w:rsidRDefault="00A139DD">
      <w:r>
        <w:t>Communication skills</w:t>
      </w:r>
      <w:r>
        <w:t xml:space="preserve">                  </w:t>
      </w:r>
      <w:r w:rsidR="00E0238D">
        <w:t xml:space="preserve">□ Excellent   □ Good   □ Satisfactory   □ Unsatisfactory    </w:t>
      </w:r>
    </w:p>
    <w:p w14:paraId="37A1F56E" w14:textId="3F96E8F0" w:rsidR="00595CB5" w:rsidRDefault="00A139DD">
      <w:r>
        <w:t>Professionalism</w:t>
      </w:r>
      <w:r>
        <w:t xml:space="preserve">                            </w:t>
      </w:r>
      <w:r w:rsidR="00E0238D">
        <w:t xml:space="preserve">□ Excellent   □ Good   □ Satisfactory   □ Unsatisfactory    </w:t>
      </w:r>
    </w:p>
    <w:p w14:paraId="5B51409F" w14:textId="1B7306F9" w:rsidR="00595CB5" w:rsidRDefault="00A139DD">
      <w:r>
        <w:t>Reliability</w:t>
      </w:r>
      <w:r>
        <w:t xml:space="preserve">                                       </w:t>
      </w:r>
      <w:r w:rsidR="00E0238D">
        <w:t xml:space="preserve">□ Excellent   □ Good   □ Satisfactory   □ Unsatisfactory    </w:t>
      </w:r>
    </w:p>
    <w:p w14:paraId="5728EE6D" w14:textId="26DF3262" w:rsidR="00595CB5" w:rsidRDefault="00A139DD">
      <w:r>
        <w:t>Ability to meet deadlines</w:t>
      </w:r>
      <w:r>
        <w:t xml:space="preserve">          </w:t>
      </w:r>
      <w:r w:rsidR="00E0238D">
        <w:t xml:space="preserve">□ Excellent   □ Good   □ Satisfactory   □ Unsatisfactory    </w:t>
      </w:r>
    </w:p>
    <w:p w14:paraId="1D87889C" w14:textId="77777777" w:rsidR="00A139DD" w:rsidRDefault="00A139DD">
      <w:pPr>
        <w:pStyle w:val="Heading3"/>
        <w:rPr>
          <w:color w:val="EE0000"/>
        </w:rPr>
      </w:pPr>
    </w:p>
    <w:p w14:paraId="584F9D32" w14:textId="23841788" w:rsidR="00595CB5" w:rsidRPr="00A139DD" w:rsidRDefault="00E0238D">
      <w:pPr>
        <w:pStyle w:val="Heading3"/>
        <w:rPr>
          <w:color w:val="EE0000"/>
        </w:rPr>
      </w:pPr>
      <w:r w:rsidRPr="00A139DD">
        <w:rPr>
          <w:color w:val="EE0000"/>
        </w:rPr>
        <w:t>Safeguarding</w:t>
      </w:r>
    </w:p>
    <w:p w14:paraId="475D0AEA" w14:textId="143F535B" w:rsidR="00A139DD" w:rsidRDefault="00E0238D">
      <w:r>
        <w:t>Are you aware of any reason why this applicant should not work with learners or vulnerable individuals?</w:t>
      </w:r>
      <w:r>
        <w:br/>
        <w:t>□ No   □ Yes (If yes, please provide details)</w:t>
      </w:r>
    </w:p>
    <w:p w14:paraId="762C76FA" w14:textId="57789670" w:rsidR="00A139DD" w:rsidRDefault="00E0238D" w:rsidP="00A139DD">
      <w:r>
        <w:t>Comments:</w:t>
      </w:r>
      <w:r>
        <w:br/>
      </w:r>
    </w:p>
    <w:p w14:paraId="79934A41" w14:textId="77777777" w:rsidR="00A139DD" w:rsidRDefault="00A139DD" w:rsidP="00A139DD"/>
    <w:p w14:paraId="73301781" w14:textId="77777777" w:rsidR="00A139DD" w:rsidRPr="00A139DD" w:rsidRDefault="00A139DD" w:rsidP="00A139DD"/>
    <w:p w14:paraId="621ED0A0" w14:textId="53366397" w:rsidR="00A139DD" w:rsidRPr="00A139DD" w:rsidRDefault="00E0238D" w:rsidP="00A139DD">
      <w:pPr>
        <w:pStyle w:val="Heading3"/>
        <w:rPr>
          <w:color w:val="EE0000"/>
        </w:rPr>
      </w:pPr>
      <w:r w:rsidRPr="00A139DD">
        <w:rPr>
          <w:color w:val="EE0000"/>
        </w:rPr>
        <w:t>Recommendation</w:t>
      </w:r>
      <w:r>
        <w:br/>
      </w:r>
      <w:r w:rsidRPr="00A139DD">
        <w:rPr>
          <w:b w:val="0"/>
          <w:bCs w:val="0"/>
          <w:color w:val="000000" w:themeColor="text1"/>
        </w:rPr>
        <w:t>□ Recommend</w:t>
      </w:r>
      <w:r w:rsidRPr="00A139DD">
        <w:rPr>
          <w:b w:val="0"/>
          <w:bCs w:val="0"/>
          <w:color w:val="000000" w:themeColor="text1"/>
        </w:rPr>
        <w:br/>
        <w:t>□ Do not recommend</w:t>
      </w:r>
    </w:p>
    <w:p w14:paraId="7980807B" w14:textId="60EF9472" w:rsidR="00595CB5" w:rsidRDefault="00E0238D">
      <w:r>
        <w:t>A</w:t>
      </w:r>
      <w:r>
        <w:t>dditional comments:</w:t>
      </w:r>
      <w:r>
        <w:br/>
      </w:r>
    </w:p>
    <w:p w14:paraId="628313D8" w14:textId="77777777" w:rsidR="00A139DD" w:rsidRDefault="00A139DD">
      <w:pPr>
        <w:pStyle w:val="Heading3"/>
      </w:pPr>
    </w:p>
    <w:p w14:paraId="51CDF002" w14:textId="48E05E00" w:rsidR="00595CB5" w:rsidRPr="00A139DD" w:rsidRDefault="00E0238D">
      <w:pPr>
        <w:pStyle w:val="Heading3"/>
        <w:rPr>
          <w:color w:val="EE0000"/>
        </w:rPr>
      </w:pPr>
      <w:r w:rsidRPr="00A139DD">
        <w:rPr>
          <w:color w:val="EE0000"/>
        </w:rPr>
        <w:t>Declaration</w:t>
      </w:r>
    </w:p>
    <w:p w14:paraId="3A764A17" w14:textId="66952F8F" w:rsidR="00A139DD" w:rsidRDefault="00E0238D">
      <w:r>
        <w:t>I confirm that the information provided is true and accurate to the best of my knowledge.</w:t>
      </w:r>
      <w:r>
        <w:br/>
      </w:r>
      <w:r>
        <w:br/>
        <w:t xml:space="preserve">Referee Signature: </w:t>
      </w:r>
    </w:p>
    <w:p w14:paraId="3A65A835" w14:textId="04BA3724" w:rsidR="00595CB5" w:rsidRDefault="00E0238D">
      <w:r>
        <w:t xml:space="preserve">Date: </w:t>
      </w:r>
    </w:p>
    <w:sectPr w:rsidR="00595CB5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52681" w14:textId="77777777" w:rsidR="00E0238D" w:rsidRDefault="00E0238D" w:rsidP="00A139DD">
      <w:pPr>
        <w:spacing w:after="0" w:line="240" w:lineRule="auto"/>
      </w:pPr>
      <w:r>
        <w:separator/>
      </w:r>
    </w:p>
  </w:endnote>
  <w:endnote w:type="continuationSeparator" w:id="0">
    <w:p w14:paraId="243A5849" w14:textId="77777777" w:rsidR="00E0238D" w:rsidRDefault="00E0238D" w:rsidP="00A1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83A6A" w14:textId="77777777" w:rsidR="00E0238D" w:rsidRDefault="00E0238D" w:rsidP="00A139DD">
      <w:pPr>
        <w:spacing w:after="0" w:line="240" w:lineRule="auto"/>
      </w:pPr>
      <w:r>
        <w:separator/>
      </w:r>
    </w:p>
  </w:footnote>
  <w:footnote w:type="continuationSeparator" w:id="0">
    <w:p w14:paraId="18383E27" w14:textId="77777777" w:rsidR="00E0238D" w:rsidRDefault="00E0238D" w:rsidP="00A1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F5487" w14:textId="5DE5FE98" w:rsidR="00A139DD" w:rsidRDefault="00A139DD">
    <w:pPr>
      <w:pStyle w:val="Header"/>
    </w:pPr>
    <w:r>
      <w:rPr>
        <w:noProof/>
      </w:rPr>
      <w:drawing>
        <wp:inline distT="0" distB="0" distL="0" distR="0" wp14:anchorId="5B64F2F8" wp14:editId="4ACA078F">
          <wp:extent cx="1174416" cy="603250"/>
          <wp:effectExtent l="0" t="0" r="6985" b="6350"/>
          <wp:docPr id="239406154" name="Picture 1" descr="A red logo with two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red logo with two peopl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201" b="29434"/>
                  <a:stretch>
                    <a:fillRect/>
                  </a:stretch>
                </pic:blipFill>
                <pic:spPr bwMode="auto">
                  <a:xfrm>
                    <a:off x="0" y="0"/>
                    <a:ext cx="1175567" cy="6038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79660178">
    <w:abstractNumId w:val="8"/>
  </w:num>
  <w:num w:numId="2" w16cid:durableId="2043363797">
    <w:abstractNumId w:val="6"/>
  </w:num>
  <w:num w:numId="3" w16cid:durableId="265309719">
    <w:abstractNumId w:val="5"/>
  </w:num>
  <w:num w:numId="4" w16cid:durableId="1947734083">
    <w:abstractNumId w:val="4"/>
  </w:num>
  <w:num w:numId="5" w16cid:durableId="367337729">
    <w:abstractNumId w:val="7"/>
  </w:num>
  <w:num w:numId="6" w16cid:durableId="683828736">
    <w:abstractNumId w:val="3"/>
  </w:num>
  <w:num w:numId="7" w16cid:durableId="1505893963">
    <w:abstractNumId w:val="2"/>
  </w:num>
  <w:num w:numId="8" w16cid:durableId="1955364078">
    <w:abstractNumId w:val="1"/>
  </w:num>
  <w:num w:numId="9" w16cid:durableId="340477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595CB5"/>
    <w:rsid w:val="006E682D"/>
    <w:rsid w:val="00A139DD"/>
    <w:rsid w:val="00AA1D8D"/>
    <w:rsid w:val="00B47730"/>
    <w:rsid w:val="00CB0664"/>
    <w:rsid w:val="00D42FB2"/>
    <w:rsid w:val="00E0238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03A887"/>
  <w14:defaultImageDpi w14:val="300"/>
  <w15:docId w15:val="{26BEDFB0-8832-49F9-9A9E-F6599FB4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A139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39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learn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Martina Mullings</cp:lastModifiedBy>
  <cp:revision>3</cp:revision>
  <dcterms:created xsi:type="dcterms:W3CDTF">2026-06-18T14:37:00Z</dcterms:created>
  <dcterms:modified xsi:type="dcterms:W3CDTF">2026-06-18T14:37:00Z</dcterms:modified>
  <cp:category/>
</cp:coreProperties>
</file>