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2423160" cy="713232"/>
            <wp:docPr id="1" name="Picture 1"/>
            <wp:cNvGraphicFramePr>
              <a:graphicFrameLocks noChangeAspect="1"/>
            </wp:cNvGraphicFramePr>
            <a:graphic>
              <a:graphicData uri="http://schemas.openxmlformats.org/drawingml/2006/picture">
                <pic:pic>
                  <pic:nvPicPr>
                    <pic:cNvPr id="0" name="bristow_pediatrics_logo_cropped.png"/>
                    <pic:cNvPicPr/>
                  </pic:nvPicPr>
                  <pic:blipFill>
                    <a:blip r:embed="rId9"/>
                    <a:stretch>
                      <a:fillRect/>
                    </a:stretch>
                  </pic:blipFill>
                  <pic:spPr>
                    <a:xfrm>
                      <a:off x="0" y="0"/>
                      <a:ext cx="2423160" cy="713232"/>
                    </a:xfrm>
                    <a:prstGeom prst="rect"/>
                  </pic:spPr>
                </pic:pic>
              </a:graphicData>
            </a:graphic>
          </wp:inline>
        </w:drawing>
      </w:r>
    </w:p>
    <w:p>
      <w:pPr>
        <w:jc w:val="center"/>
      </w:pPr>
      <w:r>
        <w:rPr>
          <w:b/>
          <w:sz w:val="32"/>
        </w:rPr>
        <w:t>MEDICAL SLIDING FEE SCALE APPLICATION</w:t>
      </w:r>
    </w:p>
    <w:p>
      <w:pPr>
        <w:jc w:val="center"/>
      </w:pPr>
      <w:r>
        <w:rPr>
          <w:i/>
          <w:sz w:val="20"/>
        </w:rPr>
        <w:t>Confidential Patient Financial Assistance Application</w:t>
      </w:r>
    </w:p>
    <w:p>
      <w:r>
        <w:t>Purpose: This application is used to determine eligibility for reduced charges under the medical practice's Sliding Fee Discount Program. Eligibility is based on household size and income in accordance with the practice's current written policy. Complete all applicable sections and provide requested documentation. Submitting an application does not guarantee a discount.</w:t>
      </w:r>
    </w:p>
    <w:p>
      <w:pPr>
        <w:spacing w:before="100" w:after="60"/>
      </w:pPr>
      <w:r>
        <w:rPr>
          <w:b/>
          <w:sz w:val="22"/>
        </w:rPr>
        <w:t>1. Applicant / Patient Information</w:t>
      </w:r>
    </w:p>
    <w:tbl>
      <w:tblPr>
        <w:tblStyle w:val="TableGrid"/>
        <w:tblW w:type="auto" w:w="0"/>
        <w:jc w:val="center"/>
        <w:tblLook w:firstColumn="1" w:firstRow="1" w:lastColumn="0" w:lastRow="0" w:noHBand="0" w:noVBand="1" w:val="04A0"/>
      </w:tblPr>
      <w:tblGrid>
        <w:gridCol w:w="5184"/>
        <w:gridCol w:w="5184"/>
      </w:tblGrid>
      <w:tr>
        <w:tc>
          <w:tcPr>
            <w:tcW w:type="dxa" w:w="5184"/>
            <w:vAlign w:val="center"/>
          </w:tcPr>
          <w:p>
            <w:pPr>
              <w:spacing w:after="20" w:before="20"/>
            </w:pPr>
            <w:r>
              <w:t>Patient legal name:</w:t>
            </w:r>
          </w:p>
        </w:tc>
        <w:tc>
          <w:tcPr>
            <w:tcW w:type="dxa" w:w="5184"/>
            <w:vAlign w:val="center"/>
          </w:tcPr>
          <w:p>
            <w:pPr>
              <w:spacing w:after="20" w:before="20"/>
            </w:pPr>
            <w:r>
              <w:t>____________________________________________________________</w:t>
            </w:r>
          </w:p>
        </w:tc>
      </w:tr>
      <w:tr>
        <w:tc>
          <w:tcPr>
            <w:tcW w:type="dxa" w:w="5184"/>
            <w:vAlign w:val="center"/>
          </w:tcPr>
          <w:p>
            <w:pPr>
              <w:spacing w:after="20" w:before="20"/>
            </w:pPr>
            <w:r>
              <w:t>Date of birth:</w:t>
            </w:r>
          </w:p>
        </w:tc>
        <w:tc>
          <w:tcPr>
            <w:tcW w:type="dxa" w:w="5184"/>
            <w:vAlign w:val="center"/>
          </w:tcPr>
          <w:p>
            <w:pPr>
              <w:spacing w:after="20" w:before="20"/>
            </w:pPr>
            <w:r>
              <w:t>____________________    Medical record # (office use): ____________________</w:t>
            </w:r>
          </w:p>
        </w:tc>
      </w:tr>
      <w:tr>
        <w:tc>
          <w:tcPr>
            <w:tcW w:type="dxa" w:w="5184"/>
            <w:vAlign w:val="center"/>
          </w:tcPr>
          <w:p>
            <w:pPr>
              <w:spacing w:after="20" w:before="20"/>
            </w:pPr>
            <w:r>
              <w:t>Address:</w:t>
            </w:r>
          </w:p>
        </w:tc>
        <w:tc>
          <w:tcPr>
            <w:tcW w:type="dxa" w:w="5184"/>
            <w:vAlign w:val="center"/>
          </w:tcPr>
          <w:p>
            <w:pPr>
              <w:spacing w:after="20" w:before="20"/>
            </w:pPr>
            <w:r>
              <w:t>____________________________________________________________</w:t>
            </w:r>
          </w:p>
        </w:tc>
      </w:tr>
      <w:tr>
        <w:tc>
          <w:tcPr>
            <w:tcW w:type="dxa" w:w="5184"/>
            <w:vAlign w:val="center"/>
          </w:tcPr>
          <w:p>
            <w:pPr>
              <w:spacing w:after="20" w:before="20"/>
            </w:pPr>
            <w:r>
              <w:t>City / State / ZIP:</w:t>
            </w:r>
          </w:p>
        </w:tc>
        <w:tc>
          <w:tcPr>
            <w:tcW w:type="dxa" w:w="5184"/>
            <w:vAlign w:val="center"/>
          </w:tcPr>
          <w:p>
            <w:pPr>
              <w:spacing w:after="20" w:before="20"/>
            </w:pPr>
            <w:r>
              <w:t>____________________________________________________________</w:t>
            </w:r>
          </w:p>
        </w:tc>
      </w:tr>
      <w:tr>
        <w:tc>
          <w:tcPr>
            <w:tcW w:type="dxa" w:w="5184"/>
            <w:vAlign w:val="center"/>
          </w:tcPr>
          <w:p>
            <w:pPr>
              <w:spacing w:after="20" w:before="20"/>
            </w:pPr>
            <w:r>
              <w:t>Phone:</w:t>
            </w:r>
          </w:p>
        </w:tc>
        <w:tc>
          <w:tcPr>
            <w:tcW w:type="dxa" w:w="5184"/>
            <w:vAlign w:val="center"/>
          </w:tcPr>
          <w:p>
            <w:pPr>
              <w:spacing w:after="20" w:before="20"/>
            </w:pPr>
            <w:r>
              <w:t>____________________________    Email: _________________________________</w:t>
            </w:r>
          </w:p>
        </w:tc>
      </w:tr>
      <w:tr>
        <w:tc>
          <w:tcPr>
            <w:tcW w:type="dxa" w:w="5184"/>
            <w:vAlign w:val="center"/>
          </w:tcPr>
          <w:p>
            <w:pPr>
              <w:spacing w:after="20" w:before="20"/>
            </w:pPr>
            <w:r>
              <w:t>Preferred contact method:</w:t>
            </w:r>
          </w:p>
        </w:tc>
        <w:tc>
          <w:tcPr>
            <w:tcW w:type="dxa" w:w="5184"/>
            <w:vAlign w:val="center"/>
          </w:tcPr>
          <w:p>
            <w:pPr>
              <w:spacing w:after="20" w:before="20"/>
            </w:pPr>
            <w:r>
              <w:t>☐ Phone   ☐ Email   ☐ Mail</w:t>
            </w:r>
          </w:p>
        </w:tc>
      </w:tr>
    </w:tbl>
    <w:p>
      <w:pPr>
        <w:spacing w:before="100" w:after="60"/>
      </w:pPr>
      <w:r>
        <w:rPr>
          <w:b/>
          <w:sz w:val="22"/>
        </w:rPr>
        <w:t>2. Household Information</w:t>
      </w:r>
    </w:p>
    <w:p>
      <w:r>
        <w:t>Household generally includes the patient and individuals whose income is counted under the practice's sliding fee policy. If you are unsure whom to include, ask a staff member.</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b/>
              </w:rPr>
              <w:t>Household member name</w:t>
            </w:r>
          </w:p>
        </w:tc>
        <w:tc>
          <w:tcPr>
            <w:tcW w:type="dxa" w:w="2592"/>
          </w:tcPr>
          <w:p>
            <w:r>
              <w:rPr>
                <w:b/>
              </w:rPr>
              <w:t>Relationship to patient</w:t>
            </w:r>
          </w:p>
        </w:tc>
        <w:tc>
          <w:tcPr>
            <w:tcW w:type="dxa" w:w="2592"/>
          </w:tcPr>
          <w:p>
            <w:r>
              <w:rPr>
                <w:b/>
              </w:rPr>
              <w:t>Age</w:t>
            </w:r>
          </w:p>
        </w:tc>
        <w:tc>
          <w:tcPr>
            <w:tcW w:type="dxa" w:w="2592"/>
          </w:tcPr>
          <w:p>
            <w:r>
              <w:rPr>
                <w:b/>
              </w:rPr>
              <w:t>Gross monthly income</w:t>
            </w:r>
          </w:p>
        </w:tc>
      </w:tr>
      <w:tr>
        <w:tc>
          <w:tcPr>
            <w:tcW w:type="dxa" w:w="2592"/>
          </w:tcPr>
          <w:p>
            <w:r>
              <w:br/>
            </w:r>
          </w:p>
        </w:tc>
        <w:tc>
          <w:tcPr>
            <w:tcW w:type="dxa" w:w="2592"/>
          </w:tcPr>
          <w:p>
            <w:r>
              <w:br/>
            </w:r>
          </w:p>
        </w:tc>
        <w:tc>
          <w:tcPr>
            <w:tcW w:type="dxa" w:w="2592"/>
          </w:tcPr>
          <w:p>
            <w:r>
              <w:br/>
            </w:r>
          </w:p>
        </w:tc>
        <w:tc>
          <w:tcPr>
            <w:tcW w:type="dxa" w:w="2592"/>
          </w:tcPr>
          <w:p>
            <w:r>
              <w:br/>
            </w:r>
          </w:p>
        </w:tc>
      </w:tr>
      <w:tr>
        <w:tc>
          <w:tcPr>
            <w:tcW w:type="dxa" w:w="2592"/>
          </w:tcPr>
          <w:p>
            <w:r>
              <w:br/>
            </w:r>
          </w:p>
        </w:tc>
        <w:tc>
          <w:tcPr>
            <w:tcW w:type="dxa" w:w="2592"/>
          </w:tcPr>
          <w:p>
            <w:r>
              <w:br/>
            </w:r>
          </w:p>
        </w:tc>
        <w:tc>
          <w:tcPr>
            <w:tcW w:type="dxa" w:w="2592"/>
          </w:tcPr>
          <w:p>
            <w:r>
              <w:br/>
            </w:r>
          </w:p>
        </w:tc>
        <w:tc>
          <w:tcPr>
            <w:tcW w:type="dxa" w:w="2592"/>
          </w:tcPr>
          <w:p>
            <w:r>
              <w:br/>
            </w:r>
          </w:p>
        </w:tc>
      </w:tr>
      <w:tr>
        <w:tc>
          <w:tcPr>
            <w:tcW w:type="dxa" w:w="2592"/>
          </w:tcPr>
          <w:p>
            <w:r>
              <w:br/>
            </w:r>
          </w:p>
        </w:tc>
        <w:tc>
          <w:tcPr>
            <w:tcW w:type="dxa" w:w="2592"/>
          </w:tcPr>
          <w:p>
            <w:r>
              <w:br/>
            </w:r>
          </w:p>
        </w:tc>
        <w:tc>
          <w:tcPr>
            <w:tcW w:type="dxa" w:w="2592"/>
          </w:tcPr>
          <w:p>
            <w:r>
              <w:br/>
            </w:r>
          </w:p>
        </w:tc>
        <w:tc>
          <w:tcPr>
            <w:tcW w:type="dxa" w:w="2592"/>
          </w:tcPr>
          <w:p>
            <w:r>
              <w:br/>
            </w:r>
          </w:p>
        </w:tc>
      </w:tr>
      <w:tr>
        <w:tc>
          <w:tcPr>
            <w:tcW w:type="dxa" w:w="2592"/>
          </w:tcPr>
          <w:p>
            <w:r>
              <w:br/>
            </w:r>
          </w:p>
        </w:tc>
        <w:tc>
          <w:tcPr>
            <w:tcW w:type="dxa" w:w="2592"/>
          </w:tcPr>
          <w:p>
            <w:r>
              <w:br/>
            </w:r>
          </w:p>
        </w:tc>
        <w:tc>
          <w:tcPr>
            <w:tcW w:type="dxa" w:w="2592"/>
          </w:tcPr>
          <w:p>
            <w:r>
              <w:br/>
            </w:r>
          </w:p>
        </w:tc>
        <w:tc>
          <w:tcPr>
            <w:tcW w:type="dxa" w:w="2592"/>
          </w:tcPr>
          <w:p>
            <w:r>
              <w:br/>
            </w:r>
          </w:p>
        </w:tc>
      </w:tr>
      <w:tr>
        <w:tc>
          <w:tcPr>
            <w:tcW w:type="dxa" w:w="2592"/>
          </w:tcPr>
          <w:p>
            <w:r>
              <w:br/>
            </w:r>
          </w:p>
        </w:tc>
        <w:tc>
          <w:tcPr>
            <w:tcW w:type="dxa" w:w="2592"/>
          </w:tcPr>
          <w:p>
            <w:r>
              <w:br/>
            </w:r>
          </w:p>
        </w:tc>
        <w:tc>
          <w:tcPr>
            <w:tcW w:type="dxa" w:w="2592"/>
          </w:tcPr>
          <w:p>
            <w:r>
              <w:br/>
            </w:r>
          </w:p>
        </w:tc>
        <w:tc>
          <w:tcPr>
            <w:tcW w:type="dxa" w:w="2592"/>
          </w:tcPr>
          <w:p>
            <w:r>
              <w:br/>
            </w:r>
          </w:p>
        </w:tc>
      </w:tr>
      <w:tr>
        <w:tc>
          <w:tcPr>
            <w:tcW w:type="dxa" w:w="2592"/>
          </w:tcPr>
          <w:p>
            <w:r>
              <w:br/>
            </w:r>
          </w:p>
        </w:tc>
        <w:tc>
          <w:tcPr>
            <w:tcW w:type="dxa" w:w="2592"/>
          </w:tcPr>
          <w:p>
            <w:r>
              <w:br/>
            </w:r>
          </w:p>
        </w:tc>
        <w:tc>
          <w:tcPr>
            <w:tcW w:type="dxa" w:w="2592"/>
          </w:tcPr>
          <w:p>
            <w:r>
              <w:br/>
            </w:r>
          </w:p>
        </w:tc>
        <w:tc>
          <w:tcPr>
            <w:tcW w:type="dxa" w:w="2592"/>
          </w:tcPr>
          <w:p>
            <w:r>
              <w:br/>
            </w:r>
          </w:p>
        </w:tc>
      </w:tr>
    </w:tbl>
    <w:p>
      <w:r>
        <w:rPr>
          <w:b/>
        </w:rPr>
        <w:t xml:space="preserve">Total household members: </w:t>
      </w:r>
      <w:r>
        <w:t xml:space="preserve">__________     </w:t>
      </w:r>
      <w:r>
        <w:rPr>
          <w:b/>
        </w:rPr>
        <w:t xml:space="preserve">Total gross household monthly income: </w:t>
      </w:r>
      <w:r>
        <w:t>$__________________</w:t>
      </w:r>
    </w:p>
    <w:p>
      <w:pPr>
        <w:spacing w:before="100" w:after="60"/>
      </w:pPr>
      <w:r>
        <w:rPr>
          <w:b/>
          <w:sz w:val="22"/>
        </w:rPr>
        <w:t>3. Household Income</w:t>
      </w:r>
    </w:p>
    <w:p>
      <w:r>
        <w:t>Check all sources received by household members and enter the gross amount before taxes or deductions.</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rPr>
                <w:b/>
              </w:rPr>
              <w:t>Income source</w:t>
            </w:r>
          </w:p>
        </w:tc>
        <w:tc>
          <w:tcPr>
            <w:tcW w:type="dxa" w:w="2592"/>
          </w:tcPr>
          <w:p>
            <w:r>
              <w:rPr>
                <w:b/>
              </w:rPr>
              <w:t>Who receives it?</w:t>
            </w:r>
          </w:p>
        </w:tc>
        <w:tc>
          <w:tcPr>
            <w:tcW w:type="dxa" w:w="2592"/>
          </w:tcPr>
          <w:p>
            <w:r>
              <w:rPr>
                <w:b/>
              </w:rPr>
              <w:t>Gross amount</w:t>
            </w:r>
          </w:p>
        </w:tc>
        <w:tc>
          <w:tcPr>
            <w:tcW w:type="dxa" w:w="2592"/>
          </w:tcPr>
          <w:p>
            <w:r>
              <w:rPr>
                <w:b/>
              </w:rPr>
              <w:t>Frequency</w:t>
            </w:r>
          </w:p>
        </w:tc>
      </w:tr>
      <w:tr>
        <w:tc>
          <w:tcPr>
            <w:tcW w:type="dxa" w:w="2592"/>
          </w:tcPr>
          <w:p>
            <w:r>
              <w:t>☐ Wages / salary / tips</w:t>
            </w:r>
          </w:p>
        </w:tc>
        <w:tc>
          <w:tcPr>
            <w:tcW w:type="dxa" w:w="2592"/>
          </w:tcPr>
          <w:p>
            <w:r/>
          </w:p>
        </w:tc>
        <w:tc>
          <w:tcPr>
            <w:tcW w:type="dxa" w:w="2592"/>
          </w:tcPr>
          <w:p>
            <w:r>
              <w:t>$</w:t>
            </w:r>
          </w:p>
        </w:tc>
        <w:tc>
          <w:tcPr>
            <w:tcW w:type="dxa" w:w="2592"/>
          </w:tcPr>
          <w:p>
            <w:r>
              <w:t>☐ Weekly ☐ Biweekly ☐ Monthly ☐ Other</w:t>
            </w:r>
          </w:p>
        </w:tc>
      </w:tr>
      <w:tr>
        <w:tc>
          <w:tcPr>
            <w:tcW w:type="dxa" w:w="2592"/>
          </w:tcPr>
          <w:p>
            <w:r>
              <w:t>☐ Self-employment</w:t>
            </w:r>
          </w:p>
        </w:tc>
        <w:tc>
          <w:tcPr>
            <w:tcW w:type="dxa" w:w="2592"/>
          </w:tcPr>
          <w:p>
            <w:r/>
          </w:p>
        </w:tc>
        <w:tc>
          <w:tcPr>
            <w:tcW w:type="dxa" w:w="2592"/>
          </w:tcPr>
          <w:p>
            <w:r>
              <w:t>$</w:t>
            </w:r>
          </w:p>
        </w:tc>
        <w:tc>
          <w:tcPr>
            <w:tcW w:type="dxa" w:w="2592"/>
          </w:tcPr>
          <w:p>
            <w:r>
              <w:t>☐ Weekly ☐ Biweekly ☐ Monthly ☐ Other</w:t>
            </w:r>
          </w:p>
        </w:tc>
      </w:tr>
      <w:tr>
        <w:tc>
          <w:tcPr>
            <w:tcW w:type="dxa" w:w="2592"/>
          </w:tcPr>
          <w:p>
            <w:r>
              <w:t>☐ Social Security / SSI / SSDI</w:t>
            </w:r>
          </w:p>
        </w:tc>
        <w:tc>
          <w:tcPr>
            <w:tcW w:type="dxa" w:w="2592"/>
          </w:tcPr>
          <w:p>
            <w:r/>
          </w:p>
        </w:tc>
        <w:tc>
          <w:tcPr>
            <w:tcW w:type="dxa" w:w="2592"/>
          </w:tcPr>
          <w:p>
            <w:r>
              <w:t>$</w:t>
            </w:r>
          </w:p>
        </w:tc>
        <w:tc>
          <w:tcPr>
            <w:tcW w:type="dxa" w:w="2592"/>
          </w:tcPr>
          <w:p>
            <w:r>
              <w:t>☐ Weekly ☐ Biweekly ☐ Monthly ☐ Other</w:t>
            </w:r>
          </w:p>
        </w:tc>
      </w:tr>
      <w:tr>
        <w:tc>
          <w:tcPr>
            <w:tcW w:type="dxa" w:w="2592"/>
          </w:tcPr>
          <w:p>
            <w:r>
              <w:t>☐ Pension / retirement</w:t>
            </w:r>
          </w:p>
        </w:tc>
        <w:tc>
          <w:tcPr>
            <w:tcW w:type="dxa" w:w="2592"/>
          </w:tcPr>
          <w:p>
            <w:r/>
          </w:p>
        </w:tc>
        <w:tc>
          <w:tcPr>
            <w:tcW w:type="dxa" w:w="2592"/>
          </w:tcPr>
          <w:p>
            <w:r>
              <w:t>$</w:t>
            </w:r>
          </w:p>
        </w:tc>
        <w:tc>
          <w:tcPr>
            <w:tcW w:type="dxa" w:w="2592"/>
          </w:tcPr>
          <w:p>
            <w:r>
              <w:t>☐ Weekly ☐ Biweekly ☐ Monthly ☐ Other</w:t>
            </w:r>
          </w:p>
        </w:tc>
      </w:tr>
      <w:tr>
        <w:tc>
          <w:tcPr>
            <w:tcW w:type="dxa" w:w="2592"/>
          </w:tcPr>
          <w:p>
            <w:r>
              <w:t>☐ Unemployment / workers' compensation</w:t>
            </w:r>
          </w:p>
        </w:tc>
        <w:tc>
          <w:tcPr>
            <w:tcW w:type="dxa" w:w="2592"/>
          </w:tcPr>
          <w:p>
            <w:r/>
          </w:p>
        </w:tc>
        <w:tc>
          <w:tcPr>
            <w:tcW w:type="dxa" w:w="2592"/>
          </w:tcPr>
          <w:p>
            <w:r>
              <w:t>$</w:t>
            </w:r>
          </w:p>
        </w:tc>
        <w:tc>
          <w:tcPr>
            <w:tcW w:type="dxa" w:w="2592"/>
          </w:tcPr>
          <w:p>
            <w:r>
              <w:t>☐ Weekly ☐ Biweekly ☐ Monthly ☐ Other</w:t>
            </w:r>
          </w:p>
        </w:tc>
      </w:tr>
      <w:tr>
        <w:tc>
          <w:tcPr>
            <w:tcW w:type="dxa" w:w="2592"/>
          </w:tcPr>
          <w:p>
            <w:r>
              <w:t>☐ Child support / alimony</w:t>
            </w:r>
          </w:p>
        </w:tc>
        <w:tc>
          <w:tcPr>
            <w:tcW w:type="dxa" w:w="2592"/>
          </w:tcPr>
          <w:p>
            <w:r/>
          </w:p>
        </w:tc>
        <w:tc>
          <w:tcPr>
            <w:tcW w:type="dxa" w:w="2592"/>
          </w:tcPr>
          <w:p>
            <w:r>
              <w:t>$</w:t>
            </w:r>
          </w:p>
        </w:tc>
        <w:tc>
          <w:tcPr>
            <w:tcW w:type="dxa" w:w="2592"/>
          </w:tcPr>
          <w:p>
            <w:r>
              <w:t>☐ Weekly ☐ Biweekly ☐ Monthly ☐ Other</w:t>
            </w:r>
          </w:p>
        </w:tc>
      </w:tr>
      <w:tr>
        <w:tc>
          <w:tcPr>
            <w:tcW w:type="dxa" w:w="2592"/>
          </w:tcPr>
          <w:p>
            <w:r>
              <w:t>☐ Other income</w:t>
            </w:r>
          </w:p>
        </w:tc>
        <w:tc>
          <w:tcPr>
            <w:tcW w:type="dxa" w:w="2592"/>
          </w:tcPr>
          <w:p>
            <w:r/>
          </w:p>
        </w:tc>
        <w:tc>
          <w:tcPr>
            <w:tcW w:type="dxa" w:w="2592"/>
          </w:tcPr>
          <w:p>
            <w:r>
              <w:t>$</w:t>
            </w:r>
          </w:p>
        </w:tc>
        <w:tc>
          <w:tcPr>
            <w:tcW w:type="dxa" w:w="2592"/>
          </w:tcPr>
          <w:p>
            <w:r>
              <w:t>☐ Weekly ☐ Biweekly ☐ Monthly ☐ Other</w:t>
            </w:r>
          </w:p>
        </w:tc>
      </w:tr>
    </w:tbl>
    <w:p>
      <w:r>
        <w:br w:type="page"/>
      </w:r>
    </w:p>
    <w:p>
      <w:pPr>
        <w:spacing w:before="100" w:after="60"/>
      </w:pPr>
      <w:r>
        <w:rPr>
          <w:b/>
          <w:sz w:val="22"/>
        </w:rPr>
        <w:t>4. Income Documentation</w:t>
      </w:r>
    </w:p>
    <w:p>
      <w:r>
        <w:t>Please provide copies of available documents that support current household income. Check items submitted:</w:t>
      </w:r>
    </w:p>
    <w:p>
      <w:r>
        <w:t>☐ Most recent pay stubs or wage statements</w:t>
      </w:r>
    </w:p>
    <w:p>
      <w:r>
        <w:t>☐ Most recent federal income tax return or W-2/1099 forms</w:t>
      </w:r>
    </w:p>
    <w:p>
      <w:r>
        <w:t>☐ Social Security, disability, pension, unemployment, or other benefit statement</w:t>
      </w:r>
    </w:p>
    <w:p>
      <w:r>
        <w:t>☐ Self-employment income records or recent profit-and-loss statement</w:t>
      </w:r>
    </w:p>
    <w:p>
      <w:r>
        <w:t>☐ Employer statement verifying wages, if applicable</w:t>
      </w:r>
    </w:p>
    <w:p>
      <w:r>
        <w:t>☐ Written statement of support or other documentation permitted by practice policy</w:t>
      </w:r>
    </w:p>
    <w:p>
      <w:r>
        <w:t>☐ No income: written explanation of how basic living expenses are currently being met</w:t>
      </w:r>
    </w:p>
    <w:p>
      <w:pPr>
        <w:spacing w:before="100" w:after="60"/>
      </w:pPr>
      <w:r>
        <w:rPr>
          <w:b/>
          <w:sz w:val="22"/>
        </w:rPr>
        <w:t>5. Insurance / Coverage Information</w:t>
      </w:r>
    </w:p>
    <w:tbl>
      <w:tblPr>
        <w:tblStyle w:val="TableGrid"/>
        <w:tblW w:type="auto" w:w="0"/>
        <w:jc w:val="center"/>
        <w:tblLook w:firstColumn="1" w:firstRow="1" w:lastColumn="0" w:lastRow="0" w:noHBand="0" w:noVBand="1" w:val="04A0"/>
      </w:tblPr>
      <w:tblGrid>
        <w:gridCol w:w="5184"/>
        <w:gridCol w:w="5184"/>
      </w:tblGrid>
      <w:tr>
        <w:tc>
          <w:tcPr>
            <w:tcW w:type="dxa" w:w="5184"/>
            <w:vAlign w:val="center"/>
          </w:tcPr>
          <w:p>
            <w:pPr>
              <w:spacing w:after="20" w:before="20"/>
            </w:pPr>
            <w:r>
              <w:t>Do you currently have health insurance?</w:t>
            </w:r>
          </w:p>
        </w:tc>
        <w:tc>
          <w:tcPr>
            <w:tcW w:type="dxa" w:w="5184"/>
            <w:vAlign w:val="center"/>
          </w:tcPr>
          <w:p>
            <w:pPr>
              <w:spacing w:after="20" w:before="20"/>
            </w:pPr>
            <w:r>
              <w:t>☐ Yes   ☐ No</w:t>
            </w:r>
          </w:p>
        </w:tc>
      </w:tr>
      <w:tr>
        <w:tc>
          <w:tcPr>
            <w:tcW w:type="dxa" w:w="5184"/>
            <w:vAlign w:val="center"/>
          </w:tcPr>
          <w:p>
            <w:pPr>
              <w:spacing w:after="20" w:before="20"/>
            </w:pPr>
            <w:r>
              <w:t>Insurance company / plan:</w:t>
            </w:r>
          </w:p>
        </w:tc>
        <w:tc>
          <w:tcPr>
            <w:tcW w:type="dxa" w:w="5184"/>
            <w:vAlign w:val="center"/>
          </w:tcPr>
          <w:p>
            <w:pPr>
              <w:spacing w:after="20" w:before="20"/>
            </w:pPr>
            <w:r>
              <w:t>____________________________________________________________</w:t>
            </w:r>
          </w:p>
        </w:tc>
      </w:tr>
      <w:tr>
        <w:tc>
          <w:tcPr>
            <w:tcW w:type="dxa" w:w="5184"/>
            <w:vAlign w:val="center"/>
          </w:tcPr>
          <w:p>
            <w:pPr>
              <w:spacing w:after="20" w:before="20"/>
            </w:pPr>
            <w:r>
              <w:t>Medicaid / Medicare / other coverage:</w:t>
            </w:r>
          </w:p>
        </w:tc>
        <w:tc>
          <w:tcPr>
            <w:tcW w:type="dxa" w:w="5184"/>
            <w:vAlign w:val="center"/>
          </w:tcPr>
          <w:p>
            <w:pPr>
              <w:spacing w:after="20" w:before="20"/>
            </w:pPr>
            <w:r>
              <w:t>____________________________________________________________</w:t>
            </w:r>
          </w:p>
        </w:tc>
      </w:tr>
      <w:tr>
        <w:tc>
          <w:tcPr>
            <w:tcW w:type="dxa" w:w="5184"/>
            <w:vAlign w:val="center"/>
          </w:tcPr>
          <w:p>
            <w:pPr>
              <w:spacing w:after="20" w:before="20"/>
            </w:pPr>
            <w:r>
              <w:t>Have you applied for other available coverage or assistance?</w:t>
            </w:r>
          </w:p>
        </w:tc>
        <w:tc>
          <w:tcPr>
            <w:tcW w:type="dxa" w:w="5184"/>
            <w:vAlign w:val="center"/>
          </w:tcPr>
          <w:p>
            <w:pPr>
              <w:spacing w:after="20" w:before="20"/>
            </w:pPr>
            <w:r>
              <w:t>☐ Yes   ☐ No   ☐ Not applicable</w:t>
            </w:r>
          </w:p>
        </w:tc>
      </w:tr>
    </w:tbl>
    <w:p>
      <w:pPr>
        <w:spacing w:before="100" w:after="60"/>
      </w:pPr>
      <w:r>
        <w:rPr>
          <w:b/>
          <w:sz w:val="22"/>
        </w:rPr>
        <w:t>6. Special Circumstances (Optional)</w:t>
      </w:r>
    </w:p>
    <w:p>
      <w:r>
        <w:t>Use this space to explain a recent loss of income, change in household size, temporary hardship, or other circumstance that may affect the income information above. The practice will consider information only as allowed by its written policy.</w:t>
      </w:r>
    </w:p>
    <w:p>
      <w:r>
        <w:br/>
        <w:t>________________________________________________________________________________</w:t>
        <w:br/>
        <w:t>________________________________________________________________________________</w:t>
        <w:br/>
        <w:t>________________________________________________________________________________</w:t>
      </w:r>
    </w:p>
    <w:p>
      <w:pPr>
        <w:spacing w:before="100" w:after="60"/>
      </w:pPr>
      <w:r>
        <w:rPr>
          <w:b/>
          <w:sz w:val="22"/>
        </w:rPr>
        <w:t>7. Applicant Certification and Authorization</w:t>
      </w:r>
    </w:p>
    <w:p>
      <w:r>
        <w:t>I certify that the information provided in this application is true and complete to the best of my knowledge. I understand that the medical practice may request reasonable documentation to verify household size and income. I agree to notify the practice if information used to determine eligibility materially changes. I understand that approval, the discount amount, the effective period, and any renewal requirements are governed by the practice's current Sliding Fee Discount Program policy. I understand that I remain responsible for charges not covered by an approved discount and that intentionally false information may result in denial or termination of assistance, subject to applicable law and practice policy.</w:t>
      </w:r>
    </w:p>
    <w:tbl>
      <w:tblPr>
        <w:tblStyle w:val="TableGrid"/>
        <w:tblW w:type="auto" w:w="0"/>
        <w:jc w:val="center"/>
        <w:tblLook w:firstColumn="1" w:firstRow="1" w:lastColumn="0" w:lastRow="0" w:noHBand="0" w:noVBand="1" w:val="04A0"/>
      </w:tblPr>
      <w:tblGrid>
        <w:gridCol w:w="5184"/>
        <w:gridCol w:w="5184"/>
      </w:tblGrid>
      <w:tr>
        <w:tc>
          <w:tcPr>
            <w:tcW w:type="dxa" w:w="5184"/>
            <w:vAlign w:val="center"/>
          </w:tcPr>
          <w:p>
            <w:pPr>
              <w:spacing w:after="20" w:before="20"/>
            </w:pPr>
            <w:r>
              <w:t>Applicant / responsible party signature:</w:t>
            </w:r>
          </w:p>
        </w:tc>
        <w:tc>
          <w:tcPr>
            <w:tcW w:type="dxa" w:w="5184"/>
            <w:vAlign w:val="center"/>
          </w:tcPr>
          <w:p>
            <w:pPr>
              <w:spacing w:after="20" w:before="20"/>
            </w:pPr>
            <w:r>
              <w:t>________________________________________</w:t>
            </w:r>
          </w:p>
        </w:tc>
      </w:tr>
      <w:tr>
        <w:tc>
          <w:tcPr>
            <w:tcW w:type="dxa" w:w="5184"/>
            <w:vAlign w:val="center"/>
          </w:tcPr>
          <w:p>
            <w:pPr>
              <w:spacing w:after="20" w:before="20"/>
            </w:pPr>
            <w:r>
              <w:t>Printed name:</w:t>
            </w:r>
          </w:p>
        </w:tc>
        <w:tc>
          <w:tcPr>
            <w:tcW w:type="dxa" w:w="5184"/>
            <w:vAlign w:val="center"/>
          </w:tcPr>
          <w:p>
            <w:pPr>
              <w:spacing w:after="20" w:before="20"/>
            </w:pPr>
            <w:r>
              <w:t>________________________________________</w:t>
            </w:r>
          </w:p>
        </w:tc>
      </w:tr>
      <w:tr>
        <w:tc>
          <w:tcPr>
            <w:tcW w:type="dxa" w:w="5184"/>
            <w:vAlign w:val="center"/>
          </w:tcPr>
          <w:p>
            <w:pPr>
              <w:spacing w:after="20" w:before="20"/>
            </w:pPr>
            <w:r>
              <w:t>Relationship to patient:</w:t>
            </w:r>
          </w:p>
        </w:tc>
        <w:tc>
          <w:tcPr>
            <w:tcW w:type="dxa" w:w="5184"/>
            <w:vAlign w:val="center"/>
          </w:tcPr>
          <w:p>
            <w:pPr>
              <w:spacing w:after="20" w:before="20"/>
            </w:pPr>
            <w:r>
              <w:t>________________________________________</w:t>
            </w:r>
          </w:p>
        </w:tc>
      </w:tr>
      <w:tr>
        <w:tc>
          <w:tcPr>
            <w:tcW w:type="dxa" w:w="5184"/>
            <w:vAlign w:val="center"/>
          </w:tcPr>
          <w:p>
            <w:pPr>
              <w:spacing w:after="20" w:before="20"/>
            </w:pPr>
            <w:r>
              <w:t>Date:</w:t>
            </w:r>
          </w:p>
        </w:tc>
        <w:tc>
          <w:tcPr>
            <w:tcW w:type="dxa" w:w="5184"/>
            <w:vAlign w:val="center"/>
          </w:tcPr>
          <w:p>
            <w:pPr>
              <w:spacing w:after="20" w:before="20"/>
            </w:pPr>
            <w:r>
              <w:t>____________________</w:t>
            </w:r>
          </w:p>
        </w:tc>
      </w:tr>
    </w:tbl>
    <w:p>
      <w:pPr>
        <w:spacing w:before="100" w:after="60"/>
      </w:pPr>
      <w:r>
        <w:rPr>
          <w:b/>
          <w:sz w:val="22"/>
        </w:rPr>
        <w:t>8. Office Use Only</w:t>
      </w:r>
    </w:p>
    <w:tbl>
      <w:tblPr>
        <w:tblStyle w:val="TableGrid"/>
        <w:tblW w:type="auto" w:w="0"/>
        <w:tblLook w:firstColumn="1" w:firstRow="1" w:lastColumn="0" w:lastRow="0" w:noHBand="0" w:noVBand="1" w:val="04A0"/>
      </w:tblPr>
      <w:tblGrid>
        <w:gridCol w:w="5184"/>
        <w:gridCol w:w="5184"/>
      </w:tblGrid>
      <w:tr>
        <w:tc>
          <w:tcPr>
            <w:tcW w:type="dxa" w:w="5184"/>
          </w:tcPr>
          <w:p>
            <w:r>
              <w:t>Application received date</w:t>
            </w:r>
          </w:p>
        </w:tc>
        <w:tc>
          <w:tcPr>
            <w:tcW w:type="dxa" w:w="5184"/>
          </w:tcPr>
          <w:p>
            <w:r>
              <w:t>________________________</w:t>
            </w:r>
          </w:p>
        </w:tc>
      </w:tr>
      <w:tr>
        <w:tc>
          <w:tcPr>
            <w:tcW w:type="dxa" w:w="5184"/>
          </w:tcPr>
          <w:p>
            <w:r>
              <w:t>Household size verified</w:t>
            </w:r>
          </w:p>
        </w:tc>
        <w:tc>
          <w:tcPr>
            <w:tcW w:type="dxa" w:w="5184"/>
          </w:tcPr>
          <w:p>
            <w:r>
              <w:t>________________________</w:t>
            </w:r>
          </w:p>
        </w:tc>
      </w:tr>
      <w:tr>
        <w:tc>
          <w:tcPr>
            <w:tcW w:type="dxa" w:w="5184"/>
          </w:tcPr>
          <w:p>
            <w:r>
              <w:t>Verified gross annual household income</w:t>
            </w:r>
          </w:p>
        </w:tc>
        <w:tc>
          <w:tcPr>
            <w:tcW w:type="dxa" w:w="5184"/>
          </w:tcPr>
          <w:p>
            <w:r>
              <w:t>$_______________________</w:t>
            </w:r>
          </w:p>
        </w:tc>
      </w:tr>
      <w:tr>
        <w:tc>
          <w:tcPr>
            <w:tcW w:type="dxa" w:w="5184"/>
          </w:tcPr>
          <w:p>
            <w:r>
              <w:t>Income guideline / schedule used</w:t>
            </w:r>
          </w:p>
        </w:tc>
        <w:tc>
          <w:tcPr>
            <w:tcW w:type="dxa" w:w="5184"/>
          </w:tcPr>
          <w:p>
            <w:r>
              <w:t>________________________</w:t>
            </w:r>
          </w:p>
        </w:tc>
      </w:tr>
      <w:tr>
        <w:tc>
          <w:tcPr>
            <w:tcW w:type="dxa" w:w="5184"/>
          </w:tcPr>
          <w:p>
            <w:r>
              <w:t>Approved discount category / percentage</w:t>
            </w:r>
          </w:p>
        </w:tc>
        <w:tc>
          <w:tcPr>
            <w:tcW w:type="dxa" w:w="5184"/>
          </w:tcPr>
          <w:p>
            <w:r>
              <w:t>________________________</w:t>
            </w:r>
          </w:p>
        </w:tc>
      </w:tr>
      <w:tr>
        <w:tc>
          <w:tcPr>
            <w:tcW w:type="dxa" w:w="5184"/>
          </w:tcPr>
          <w:p>
            <w:r>
              <w:t>Effective date</w:t>
            </w:r>
          </w:p>
        </w:tc>
        <w:tc>
          <w:tcPr>
            <w:tcW w:type="dxa" w:w="5184"/>
          </w:tcPr>
          <w:p>
            <w:r>
              <w:t>________________________</w:t>
            </w:r>
          </w:p>
        </w:tc>
      </w:tr>
      <w:tr>
        <w:tc>
          <w:tcPr>
            <w:tcW w:type="dxa" w:w="5184"/>
          </w:tcPr>
          <w:p>
            <w:r>
              <w:t>Expiration / review date</w:t>
            </w:r>
          </w:p>
        </w:tc>
        <w:tc>
          <w:tcPr>
            <w:tcW w:type="dxa" w:w="5184"/>
          </w:tcPr>
          <w:p>
            <w:r>
              <w:t>________________________</w:t>
            </w:r>
          </w:p>
        </w:tc>
      </w:tr>
      <w:tr>
        <w:tc>
          <w:tcPr>
            <w:tcW w:type="dxa" w:w="5184"/>
          </w:tcPr>
          <w:p>
            <w:r>
              <w:t>Determination</w:t>
            </w:r>
          </w:p>
        </w:tc>
        <w:tc>
          <w:tcPr>
            <w:tcW w:type="dxa" w:w="5184"/>
          </w:tcPr>
          <w:p>
            <w:r>
              <w:t>☐ Approved   ☐ Denied   ☐ Pending documentation</w:t>
            </w:r>
          </w:p>
        </w:tc>
      </w:tr>
      <w:tr>
        <w:tc>
          <w:tcPr>
            <w:tcW w:type="dxa" w:w="5184"/>
          </w:tcPr>
          <w:p>
            <w:r>
              <w:t>Reason / notes</w:t>
            </w:r>
          </w:p>
        </w:tc>
        <w:tc>
          <w:tcPr>
            <w:tcW w:type="dxa" w:w="5184"/>
          </w:tcPr>
          <w:p>
            <w:r>
              <w:t>________________________________________________________</w:t>
              <w:br/>
              <w:t>________________________________________________________</w:t>
            </w:r>
          </w:p>
        </w:tc>
      </w:tr>
      <w:tr>
        <w:tc>
          <w:tcPr>
            <w:tcW w:type="dxa" w:w="5184"/>
          </w:tcPr>
          <w:p>
            <w:r>
              <w:t>Reviewed by</w:t>
            </w:r>
          </w:p>
        </w:tc>
        <w:tc>
          <w:tcPr>
            <w:tcW w:type="dxa" w:w="5184"/>
          </w:tcPr>
          <w:p>
            <w:r>
              <w:t>________________________    Date: ________________</w:t>
            </w:r>
          </w:p>
        </w:tc>
      </w:tr>
    </w:tbl>
    <w:p>
      <w:pPr>
        <w:spacing w:before="140"/>
      </w:pPr>
      <w:r>
        <w:rPr>
          <w:b/>
        </w:rPr>
        <w:t xml:space="preserve">Privacy notice: </w:t>
      </w:r>
      <w:r>
        <w:t>Financial information submitted with this application will be handled as confidential information and used for eligibility determination, billing, payment assistance, and related administrative purposes as permitted by law.</w:t>
      </w:r>
    </w:p>
    <w:p>
      <w:pPr>
        <w:jc w:val="center"/>
      </w:pPr>
      <w:r>
        <w:rPr>
          <w:rFonts w:ascii="Arial" w:hAnsi="Arial"/>
          <w:sz w:val="17"/>
        </w:rPr>
        <w:t>Practice Name: Bristow Pediatrics   Phone: __________________   Fax: __________________</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