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94F7D" w14:textId="77777777" w:rsidR="00DD381A" w:rsidRPr="00DD381A" w:rsidRDefault="00DD381A" w:rsidP="00E77867">
      <w:pPr>
        <w:pStyle w:val="Title"/>
        <w:pBdr>
          <w:bottom w:val="none" w:sz="0" w:space="0" w:color="auto"/>
        </w:pBdr>
        <w:ind w:left="2880" w:firstLine="720"/>
        <w:rPr>
          <w:sz w:val="36"/>
          <w:szCs w:val="36"/>
        </w:rPr>
      </w:pPr>
      <w:r w:rsidRPr="00DD381A">
        <w:rPr>
          <w:sz w:val="36"/>
          <w:szCs w:val="36"/>
        </w:rPr>
        <w:t>Saint Martin de Porres Pastoral Council Meetings</w:t>
      </w:r>
    </w:p>
    <w:p w14:paraId="60DB3883" w14:textId="3DCC2AF3" w:rsidR="00DD381A" w:rsidRPr="00DD381A" w:rsidRDefault="00DD381A" w:rsidP="00DD381A">
      <w:pPr>
        <w:pStyle w:val="Title"/>
        <w:pBdr>
          <w:bottom w:val="none" w:sz="0" w:space="0" w:color="auto"/>
        </w:pBdr>
        <w:jc w:val="center"/>
        <w:rPr>
          <w:sz w:val="36"/>
          <w:szCs w:val="36"/>
        </w:rPr>
      </w:pPr>
      <w:r w:rsidRPr="00DD381A">
        <w:rPr>
          <w:sz w:val="36"/>
          <w:szCs w:val="36"/>
        </w:rPr>
        <w:t>2025-2026. (7-1-25 - 6-30-26)</w:t>
      </w:r>
    </w:p>
    <w:p w14:paraId="799BF3E8" w14:textId="5C988464" w:rsidR="00B35209" w:rsidRPr="00DD381A" w:rsidRDefault="00DD381A" w:rsidP="00DD381A">
      <w:pPr>
        <w:pStyle w:val="Title"/>
        <w:pBdr>
          <w:bottom w:val="none" w:sz="0" w:space="0" w:color="auto"/>
        </w:pBdr>
        <w:jc w:val="center"/>
        <w:rPr>
          <w:sz w:val="36"/>
          <w:szCs w:val="36"/>
        </w:rPr>
      </w:pPr>
      <w:r w:rsidRPr="00DD381A">
        <w:rPr>
          <w:sz w:val="36"/>
          <w:szCs w:val="36"/>
        </w:rPr>
        <w:t>First Tuesday of the month - 7:00 PM</w:t>
      </w:r>
    </w:p>
    <w:tbl>
      <w:tblPr>
        <w:tblStyle w:val="TableGrid"/>
        <w:tblW w:w="0" w:type="auto"/>
        <w:tblInd w:w="1485" w:type="dxa"/>
        <w:tblLook w:val="04A0" w:firstRow="1" w:lastRow="0" w:firstColumn="1" w:lastColumn="0" w:noHBand="0" w:noVBand="1"/>
      </w:tblPr>
      <w:tblGrid>
        <w:gridCol w:w="1239"/>
        <w:gridCol w:w="3801"/>
        <w:gridCol w:w="990"/>
        <w:gridCol w:w="1170"/>
        <w:gridCol w:w="1102"/>
        <w:gridCol w:w="3128"/>
      </w:tblGrid>
      <w:tr w:rsidR="00B35209" w14:paraId="3708D0E1" w14:textId="77777777" w:rsidTr="00E77867">
        <w:tc>
          <w:tcPr>
            <w:tcW w:w="1239" w:type="dxa"/>
          </w:tcPr>
          <w:p w14:paraId="6EE9099C" w14:textId="77777777" w:rsidR="00B35209" w:rsidRDefault="00126F1A">
            <w:r>
              <w:t>Month</w:t>
            </w:r>
          </w:p>
        </w:tc>
        <w:tc>
          <w:tcPr>
            <w:tcW w:w="3801" w:type="dxa"/>
          </w:tcPr>
          <w:p w14:paraId="7D228919" w14:textId="77777777" w:rsidR="00B35209" w:rsidRDefault="00126F1A">
            <w:r>
              <w:t>Other Events</w:t>
            </w:r>
          </w:p>
        </w:tc>
        <w:tc>
          <w:tcPr>
            <w:tcW w:w="990" w:type="dxa"/>
          </w:tcPr>
          <w:p w14:paraId="30F285C9" w14:textId="77777777" w:rsidR="00B35209" w:rsidRDefault="00126F1A">
            <w:r>
              <w:t>F&amp;F Dates</w:t>
            </w:r>
          </w:p>
        </w:tc>
        <w:tc>
          <w:tcPr>
            <w:tcW w:w="1170" w:type="dxa"/>
          </w:tcPr>
          <w:p w14:paraId="630333AE" w14:textId="77777777" w:rsidR="00B35209" w:rsidRDefault="00126F1A">
            <w:r>
              <w:t>P/C Date</w:t>
            </w:r>
          </w:p>
        </w:tc>
        <w:tc>
          <w:tcPr>
            <w:tcW w:w="1102" w:type="dxa"/>
          </w:tcPr>
          <w:p w14:paraId="0CE274E1" w14:textId="77777777" w:rsidR="00B35209" w:rsidRDefault="00126F1A">
            <w:r>
              <w:t>Location</w:t>
            </w:r>
          </w:p>
        </w:tc>
        <w:tc>
          <w:tcPr>
            <w:tcW w:w="3128" w:type="dxa"/>
          </w:tcPr>
          <w:p w14:paraId="66AA86F8" w14:textId="77777777" w:rsidR="00B35209" w:rsidRDefault="00126F1A">
            <w:r>
              <w:t>Prayer Leader</w:t>
            </w:r>
          </w:p>
        </w:tc>
      </w:tr>
      <w:tr w:rsidR="00B35209" w14:paraId="63598040" w14:textId="77777777" w:rsidTr="00E77867">
        <w:tc>
          <w:tcPr>
            <w:tcW w:w="1239" w:type="dxa"/>
          </w:tcPr>
          <w:p w14:paraId="68421A15" w14:textId="77777777" w:rsidR="00B35209" w:rsidRDefault="00126F1A">
            <w:r>
              <w:t>July</w:t>
            </w:r>
          </w:p>
        </w:tc>
        <w:tc>
          <w:tcPr>
            <w:tcW w:w="3801" w:type="dxa"/>
          </w:tcPr>
          <w:p w14:paraId="4AEF895F" w14:textId="77777777" w:rsidR="00B35209" w:rsidRDefault="00126F1A">
            <w:r>
              <w:t>7/4 (F)</w:t>
            </w:r>
          </w:p>
        </w:tc>
        <w:tc>
          <w:tcPr>
            <w:tcW w:w="990" w:type="dxa"/>
          </w:tcPr>
          <w:p w14:paraId="6275D102" w14:textId="77777777" w:rsidR="00B35209" w:rsidRDefault="00B35209"/>
        </w:tc>
        <w:tc>
          <w:tcPr>
            <w:tcW w:w="1170" w:type="dxa"/>
          </w:tcPr>
          <w:p w14:paraId="5CE02F36" w14:textId="77777777" w:rsidR="00B35209" w:rsidRDefault="00B35209"/>
        </w:tc>
        <w:tc>
          <w:tcPr>
            <w:tcW w:w="1102" w:type="dxa"/>
          </w:tcPr>
          <w:p w14:paraId="1F8023A1" w14:textId="77777777" w:rsidR="00B35209" w:rsidRDefault="00B35209"/>
        </w:tc>
        <w:tc>
          <w:tcPr>
            <w:tcW w:w="3128" w:type="dxa"/>
          </w:tcPr>
          <w:p w14:paraId="11E39861" w14:textId="1D38DFB6" w:rsidR="00B35209" w:rsidRDefault="00126F1A">
            <w:r>
              <w:t>Fr. Carlos</w:t>
            </w:r>
          </w:p>
        </w:tc>
      </w:tr>
      <w:tr w:rsidR="00B35209" w14:paraId="5066EABA" w14:textId="77777777" w:rsidTr="00E77867">
        <w:tc>
          <w:tcPr>
            <w:tcW w:w="1239" w:type="dxa"/>
          </w:tcPr>
          <w:p w14:paraId="7B9A0E3C" w14:textId="77777777" w:rsidR="00B35209" w:rsidRDefault="00126F1A">
            <w:r>
              <w:t>August</w:t>
            </w:r>
          </w:p>
        </w:tc>
        <w:tc>
          <w:tcPr>
            <w:tcW w:w="3801" w:type="dxa"/>
          </w:tcPr>
          <w:p w14:paraId="6020FEB8" w14:textId="77777777" w:rsidR="00B35209" w:rsidRDefault="00B35209"/>
        </w:tc>
        <w:tc>
          <w:tcPr>
            <w:tcW w:w="990" w:type="dxa"/>
          </w:tcPr>
          <w:p w14:paraId="6CD8BA79" w14:textId="77777777" w:rsidR="00B35209" w:rsidRDefault="00B35209"/>
        </w:tc>
        <w:tc>
          <w:tcPr>
            <w:tcW w:w="1170" w:type="dxa"/>
          </w:tcPr>
          <w:p w14:paraId="5176A7CC" w14:textId="77777777" w:rsidR="00B35209" w:rsidRDefault="00B35209"/>
        </w:tc>
        <w:tc>
          <w:tcPr>
            <w:tcW w:w="1102" w:type="dxa"/>
          </w:tcPr>
          <w:p w14:paraId="5010100E" w14:textId="77777777" w:rsidR="00B35209" w:rsidRDefault="00B35209"/>
        </w:tc>
        <w:tc>
          <w:tcPr>
            <w:tcW w:w="3128" w:type="dxa"/>
          </w:tcPr>
          <w:p w14:paraId="1344C5DA" w14:textId="77777777" w:rsidR="00B35209" w:rsidRDefault="00B35209"/>
        </w:tc>
      </w:tr>
      <w:tr w:rsidR="00B35209" w14:paraId="3E4D5597" w14:textId="77777777" w:rsidTr="00E77867">
        <w:tc>
          <w:tcPr>
            <w:tcW w:w="1239" w:type="dxa"/>
          </w:tcPr>
          <w:p w14:paraId="1747B3B2" w14:textId="77777777" w:rsidR="00B35209" w:rsidRDefault="00126F1A">
            <w:r>
              <w:t>September</w:t>
            </w:r>
          </w:p>
        </w:tc>
        <w:tc>
          <w:tcPr>
            <w:tcW w:w="3801" w:type="dxa"/>
          </w:tcPr>
          <w:p w14:paraId="34C56A23" w14:textId="77777777" w:rsidR="00B35209" w:rsidRDefault="00126F1A">
            <w:r>
              <w:t>9/1 (M) Labor Day</w:t>
            </w:r>
            <w:r>
              <w:br/>
              <w:t xml:space="preserve">9/20 (Sat) </w:t>
            </w:r>
            <w:r>
              <w:t>Family Gathering</w:t>
            </w:r>
          </w:p>
        </w:tc>
        <w:tc>
          <w:tcPr>
            <w:tcW w:w="990" w:type="dxa"/>
          </w:tcPr>
          <w:p w14:paraId="14859C94" w14:textId="77777777" w:rsidR="00B35209" w:rsidRDefault="00126F1A">
            <w:r>
              <w:t>9/13–14</w:t>
            </w:r>
          </w:p>
        </w:tc>
        <w:tc>
          <w:tcPr>
            <w:tcW w:w="1170" w:type="dxa"/>
          </w:tcPr>
          <w:p w14:paraId="64D4A7C4" w14:textId="77777777" w:rsidR="00B35209" w:rsidRDefault="00126F1A">
            <w:r>
              <w:t>9/9</w:t>
            </w:r>
          </w:p>
        </w:tc>
        <w:tc>
          <w:tcPr>
            <w:tcW w:w="1102" w:type="dxa"/>
          </w:tcPr>
          <w:p w14:paraId="4D34E76A" w14:textId="77777777" w:rsidR="00B35209" w:rsidRDefault="00126F1A">
            <w:r>
              <w:t>St. M</w:t>
            </w:r>
          </w:p>
        </w:tc>
        <w:tc>
          <w:tcPr>
            <w:tcW w:w="3128" w:type="dxa"/>
          </w:tcPr>
          <w:p w14:paraId="019EA5DA" w14:textId="5629A727" w:rsidR="00B35209" w:rsidRDefault="00126F1A">
            <w:r>
              <w:t>Sharon</w:t>
            </w:r>
          </w:p>
        </w:tc>
      </w:tr>
      <w:tr w:rsidR="00B35209" w14:paraId="22D7E3F2" w14:textId="77777777" w:rsidTr="00E77867">
        <w:tc>
          <w:tcPr>
            <w:tcW w:w="1239" w:type="dxa"/>
          </w:tcPr>
          <w:p w14:paraId="37D960F1" w14:textId="77777777" w:rsidR="00B35209" w:rsidRDefault="00126F1A">
            <w:r>
              <w:t>October</w:t>
            </w:r>
          </w:p>
        </w:tc>
        <w:tc>
          <w:tcPr>
            <w:tcW w:w="3801" w:type="dxa"/>
          </w:tcPr>
          <w:p w14:paraId="2968CFC0" w14:textId="77777777" w:rsidR="00B35209" w:rsidRDefault="00126F1A">
            <w:r>
              <w:t>10/13 (M) Columbus Day</w:t>
            </w:r>
            <w:r>
              <w:br/>
              <w:t>10/31 (F) Halloween</w:t>
            </w:r>
            <w:r>
              <w:br/>
              <w:t>Parish Retreat (?)</w:t>
            </w:r>
          </w:p>
        </w:tc>
        <w:tc>
          <w:tcPr>
            <w:tcW w:w="990" w:type="dxa"/>
          </w:tcPr>
          <w:p w14:paraId="34F6B631" w14:textId="77777777" w:rsidR="00B35209" w:rsidRDefault="00126F1A">
            <w:r>
              <w:t>10/11–12</w:t>
            </w:r>
          </w:p>
        </w:tc>
        <w:tc>
          <w:tcPr>
            <w:tcW w:w="1170" w:type="dxa"/>
          </w:tcPr>
          <w:p w14:paraId="77B84D8A" w14:textId="77777777" w:rsidR="00B35209" w:rsidRDefault="00126F1A">
            <w:r>
              <w:t>10/7</w:t>
            </w:r>
          </w:p>
        </w:tc>
        <w:tc>
          <w:tcPr>
            <w:tcW w:w="1102" w:type="dxa"/>
          </w:tcPr>
          <w:p w14:paraId="74839BDE" w14:textId="77777777" w:rsidR="00B35209" w:rsidRDefault="00126F1A">
            <w:r>
              <w:t>St.</w:t>
            </w:r>
          </w:p>
        </w:tc>
        <w:tc>
          <w:tcPr>
            <w:tcW w:w="3128" w:type="dxa"/>
          </w:tcPr>
          <w:p w14:paraId="77FF93D9" w14:textId="4FDACE9A" w:rsidR="00B35209" w:rsidRDefault="00126F1A">
            <w:r>
              <w:t>Tom</w:t>
            </w:r>
          </w:p>
        </w:tc>
      </w:tr>
      <w:tr w:rsidR="00B35209" w14:paraId="1D751D9B" w14:textId="77777777" w:rsidTr="00E77867">
        <w:tc>
          <w:tcPr>
            <w:tcW w:w="1239" w:type="dxa"/>
          </w:tcPr>
          <w:p w14:paraId="4F5074FC" w14:textId="77777777" w:rsidR="00B35209" w:rsidRDefault="00126F1A">
            <w:r>
              <w:t>November</w:t>
            </w:r>
          </w:p>
        </w:tc>
        <w:tc>
          <w:tcPr>
            <w:tcW w:w="3801" w:type="dxa"/>
          </w:tcPr>
          <w:p w14:paraId="5CA4B89E" w14:textId="77777777" w:rsidR="00B35209" w:rsidRDefault="00126F1A">
            <w:r>
              <w:t>11/4 (T) Election Day</w:t>
            </w:r>
            <w:r>
              <w:br/>
              <w:t>11/5 (W) Blood Drive @ HH</w:t>
            </w:r>
            <w:r>
              <w:br/>
              <w:t>11/27 (Th) Thanksgiving</w:t>
            </w:r>
            <w:r>
              <w:br/>
              <w:t>11/29–30 First Sunday of Advent</w:t>
            </w:r>
          </w:p>
        </w:tc>
        <w:tc>
          <w:tcPr>
            <w:tcW w:w="990" w:type="dxa"/>
          </w:tcPr>
          <w:p w14:paraId="364B73C5" w14:textId="77777777" w:rsidR="00B35209" w:rsidRDefault="00126F1A">
            <w:r>
              <w:t>11/8–9</w:t>
            </w:r>
          </w:p>
        </w:tc>
        <w:tc>
          <w:tcPr>
            <w:tcW w:w="1170" w:type="dxa"/>
          </w:tcPr>
          <w:p w14:paraId="07A51567" w14:textId="77777777" w:rsidR="00B35209" w:rsidRDefault="00126F1A">
            <w:r>
              <w:t>11/4</w:t>
            </w:r>
          </w:p>
        </w:tc>
        <w:tc>
          <w:tcPr>
            <w:tcW w:w="1102" w:type="dxa"/>
          </w:tcPr>
          <w:p w14:paraId="6332B2CF" w14:textId="77777777" w:rsidR="00B35209" w:rsidRDefault="00126F1A">
            <w:r>
              <w:t>St. C</w:t>
            </w:r>
          </w:p>
        </w:tc>
        <w:tc>
          <w:tcPr>
            <w:tcW w:w="3128" w:type="dxa"/>
          </w:tcPr>
          <w:p w14:paraId="2B02975A" w14:textId="2E18FC92" w:rsidR="00B35209" w:rsidRDefault="00126F1A">
            <w:r>
              <w:t>Steve</w:t>
            </w:r>
          </w:p>
        </w:tc>
      </w:tr>
      <w:tr w:rsidR="00B35209" w14:paraId="260CD72D" w14:textId="77777777" w:rsidTr="00E77867">
        <w:tc>
          <w:tcPr>
            <w:tcW w:w="1239" w:type="dxa"/>
          </w:tcPr>
          <w:p w14:paraId="30FD88D8" w14:textId="77777777" w:rsidR="00B35209" w:rsidRDefault="00126F1A">
            <w:r>
              <w:t>December</w:t>
            </w:r>
          </w:p>
        </w:tc>
        <w:tc>
          <w:tcPr>
            <w:tcW w:w="3801" w:type="dxa"/>
          </w:tcPr>
          <w:p w14:paraId="09778F87" w14:textId="77777777" w:rsidR="00B35209" w:rsidRDefault="00126F1A">
            <w:r>
              <w:t>12/25 (Th) Christmas</w:t>
            </w:r>
          </w:p>
        </w:tc>
        <w:tc>
          <w:tcPr>
            <w:tcW w:w="990" w:type="dxa"/>
          </w:tcPr>
          <w:p w14:paraId="4AC9E557" w14:textId="77777777" w:rsidR="00B35209" w:rsidRDefault="00126F1A">
            <w:r>
              <w:t>12/6–7</w:t>
            </w:r>
          </w:p>
        </w:tc>
        <w:tc>
          <w:tcPr>
            <w:tcW w:w="1170" w:type="dxa"/>
          </w:tcPr>
          <w:p w14:paraId="3E701665" w14:textId="77777777" w:rsidR="00B35209" w:rsidRDefault="00126F1A">
            <w:r>
              <w:t>12/2</w:t>
            </w:r>
          </w:p>
        </w:tc>
        <w:tc>
          <w:tcPr>
            <w:tcW w:w="1102" w:type="dxa"/>
          </w:tcPr>
          <w:p w14:paraId="6D17E7B9" w14:textId="77777777" w:rsidR="00B35209" w:rsidRDefault="00126F1A">
            <w:r>
              <w:t>St. M</w:t>
            </w:r>
          </w:p>
        </w:tc>
        <w:tc>
          <w:tcPr>
            <w:tcW w:w="3128" w:type="dxa"/>
          </w:tcPr>
          <w:p w14:paraId="4921858A" w14:textId="7C2F9B99" w:rsidR="00B35209" w:rsidRDefault="00126F1A">
            <w:r>
              <w:t>Colleen M</w:t>
            </w:r>
          </w:p>
        </w:tc>
      </w:tr>
      <w:tr w:rsidR="00B35209" w14:paraId="43FA9AC1" w14:textId="77777777" w:rsidTr="00E77867">
        <w:tc>
          <w:tcPr>
            <w:tcW w:w="1239" w:type="dxa"/>
          </w:tcPr>
          <w:p w14:paraId="55A79D3B" w14:textId="77777777" w:rsidR="00B35209" w:rsidRDefault="00126F1A">
            <w:r>
              <w:t>January 2026</w:t>
            </w:r>
          </w:p>
        </w:tc>
        <w:tc>
          <w:tcPr>
            <w:tcW w:w="3801" w:type="dxa"/>
          </w:tcPr>
          <w:p w14:paraId="1A47D001" w14:textId="77777777" w:rsidR="00B35209" w:rsidRDefault="00126F1A">
            <w:r>
              <w:t>1/1 New Year’s Day</w:t>
            </w:r>
          </w:p>
        </w:tc>
        <w:tc>
          <w:tcPr>
            <w:tcW w:w="990" w:type="dxa"/>
          </w:tcPr>
          <w:p w14:paraId="50037B99" w14:textId="77777777" w:rsidR="00B35209" w:rsidRDefault="00126F1A">
            <w:r>
              <w:t>1/10–11</w:t>
            </w:r>
          </w:p>
        </w:tc>
        <w:tc>
          <w:tcPr>
            <w:tcW w:w="1170" w:type="dxa"/>
          </w:tcPr>
          <w:p w14:paraId="30A97021" w14:textId="77777777" w:rsidR="00B35209" w:rsidRDefault="00126F1A">
            <w:r>
              <w:t>1/6</w:t>
            </w:r>
          </w:p>
        </w:tc>
        <w:tc>
          <w:tcPr>
            <w:tcW w:w="1102" w:type="dxa"/>
          </w:tcPr>
          <w:p w14:paraId="6F3F69C4" w14:textId="77777777" w:rsidR="00B35209" w:rsidRDefault="00126F1A">
            <w:r>
              <w:t>St. V</w:t>
            </w:r>
          </w:p>
        </w:tc>
        <w:tc>
          <w:tcPr>
            <w:tcW w:w="3128" w:type="dxa"/>
          </w:tcPr>
          <w:p w14:paraId="6EC984DA" w14:textId="334C74BC" w:rsidR="00B35209" w:rsidRDefault="00126F1A">
            <w:r>
              <w:t>Marietta</w:t>
            </w:r>
          </w:p>
        </w:tc>
      </w:tr>
      <w:tr w:rsidR="00B35209" w14:paraId="7685EECC" w14:textId="77777777" w:rsidTr="00E77867">
        <w:tc>
          <w:tcPr>
            <w:tcW w:w="1239" w:type="dxa"/>
          </w:tcPr>
          <w:p w14:paraId="000FA5D3" w14:textId="77777777" w:rsidR="00B35209" w:rsidRDefault="00126F1A">
            <w:r>
              <w:t>February</w:t>
            </w:r>
          </w:p>
        </w:tc>
        <w:tc>
          <w:tcPr>
            <w:tcW w:w="3801" w:type="dxa"/>
          </w:tcPr>
          <w:p w14:paraId="73593C9B" w14:textId="77777777" w:rsidR="00B35209" w:rsidRDefault="00126F1A">
            <w:r>
              <w:t>2/18 (W) Ash Wednesday</w:t>
            </w:r>
            <w:r>
              <w:br/>
              <w:t>Parish Council Retreat (?)</w:t>
            </w:r>
          </w:p>
        </w:tc>
        <w:tc>
          <w:tcPr>
            <w:tcW w:w="990" w:type="dxa"/>
          </w:tcPr>
          <w:p w14:paraId="417705EA" w14:textId="77777777" w:rsidR="00B35209" w:rsidRDefault="00126F1A">
            <w:r>
              <w:t>2/7–8</w:t>
            </w:r>
          </w:p>
        </w:tc>
        <w:tc>
          <w:tcPr>
            <w:tcW w:w="1170" w:type="dxa"/>
          </w:tcPr>
          <w:p w14:paraId="0E2AB003" w14:textId="77777777" w:rsidR="00B35209" w:rsidRDefault="00126F1A">
            <w:r>
              <w:t>2/3</w:t>
            </w:r>
          </w:p>
        </w:tc>
        <w:tc>
          <w:tcPr>
            <w:tcW w:w="1102" w:type="dxa"/>
          </w:tcPr>
          <w:p w14:paraId="16AF19F1" w14:textId="77777777" w:rsidR="00B35209" w:rsidRDefault="00126F1A">
            <w:r>
              <w:t>St. C</w:t>
            </w:r>
          </w:p>
        </w:tc>
        <w:tc>
          <w:tcPr>
            <w:tcW w:w="3128" w:type="dxa"/>
          </w:tcPr>
          <w:p w14:paraId="5682E487" w14:textId="2A98A126" w:rsidR="00B35209" w:rsidRDefault="00126F1A">
            <w:r>
              <w:t>Kathy</w:t>
            </w:r>
          </w:p>
        </w:tc>
      </w:tr>
      <w:tr w:rsidR="00B35209" w14:paraId="7B0C6597" w14:textId="77777777" w:rsidTr="00E77867">
        <w:tc>
          <w:tcPr>
            <w:tcW w:w="1239" w:type="dxa"/>
          </w:tcPr>
          <w:p w14:paraId="0B270D8F" w14:textId="77777777" w:rsidR="00B35209" w:rsidRDefault="00126F1A">
            <w:r>
              <w:t>March</w:t>
            </w:r>
          </w:p>
        </w:tc>
        <w:tc>
          <w:tcPr>
            <w:tcW w:w="3801" w:type="dxa"/>
          </w:tcPr>
          <w:p w14:paraId="743FEDC1" w14:textId="77777777" w:rsidR="00B35209" w:rsidRDefault="00126F1A">
            <w:r>
              <w:t>3/29 (Sun) Palm Sunday</w:t>
            </w:r>
          </w:p>
        </w:tc>
        <w:tc>
          <w:tcPr>
            <w:tcW w:w="990" w:type="dxa"/>
          </w:tcPr>
          <w:p w14:paraId="5390F7E7" w14:textId="77777777" w:rsidR="00B35209" w:rsidRDefault="00126F1A">
            <w:r>
              <w:t>3/14–15</w:t>
            </w:r>
          </w:p>
        </w:tc>
        <w:tc>
          <w:tcPr>
            <w:tcW w:w="1170" w:type="dxa"/>
          </w:tcPr>
          <w:p w14:paraId="7B833D3E" w14:textId="77777777" w:rsidR="00B35209" w:rsidRDefault="00126F1A">
            <w:r>
              <w:t>3/3</w:t>
            </w:r>
          </w:p>
        </w:tc>
        <w:tc>
          <w:tcPr>
            <w:tcW w:w="1102" w:type="dxa"/>
          </w:tcPr>
          <w:p w14:paraId="74D17C0A" w14:textId="77777777" w:rsidR="00B35209" w:rsidRDefault="00126F1A">
            <w:r>
              <w:t>St. M</w:t>
            </w:r>
          </w:p>
        </w:tc>
        <w:tc>
          <w:tcPr>
            <w:tcW w:w="3128" w:type="dxa"/>
          </w:tcPr>
          <w:p w14:paraId="23908A0A" w14:textId="5BFFFFE3" w:rsidR="00B35209" w:rsidRDefault="00126F1A">
            <w:r>
              <w:t>Joe</w:t>
            </w:r>
          </w:p>
        </w:tc>
      </w:tr>
      <w:tr w:rsidR="00B35209" w14:paraId="5C7BED99" w14:textId="77777777" w:rsidTr="00E77867">
        <w:tc>
          <w:tcPr>
            <w:tcW w:w="1239" w:type="dxa"/>
          </w:tcPr>
          <w:p w14:paraId="25A24865" w14:textId="77777777" w:rsidR="00B35209" w:rsidRDefault="00126F1A">
            <w:r>
              <w:t>April</w:t>
            </w:r>
          </w:p>
        </w:tc>
        <w:tc>
          <w:tcPr>
            <w:tcW w:w="3801" w:type="dxa"/>
          </w:tcPr>
          <w:p w14:paraId="5DC00BF4" w14:textId="77777777" w:rsidR="00B35209" w:rsidRDefault="00126F1A">
            <w:r>
              <w:t xml:space="preserve">4/5 (Sun) </w:t>
            </w:r>
            <w:r>
              <w:t>Easter</w:t>
            </w:r>
          </w:p>
        </w:tc>
        <w:tc>
          <w:tcPr>
            <w:tcW w:w="990" w:type="dxa"/>
          </w:tcPr>
          <w:p w14:paraId="2B977180" w14:textId="77777777" w:rsidR="00B35209" w:rsidRDefault="00126F1A">
            <w:r>
              <w:t>4/11–12</w:t>
            </w:r>
          </w:p>
        </w:tc>
        <w:tc>
          <w:tcPr>
            <w:tcW w:w="1170" w:type="dxa"/>
          </w:tcPr>
          <w:p w14:paraId="6BE9F784" w14:textId="77777777" w:rsidR="00B35209" w:rsidRDefault="00126F1A">
            <w:r>
              <w:t>4/14</w:t>
            </w:r>
          </w:p>
        </w:tc>
        <w:tc>
          <w:tcPr>
            <w:tcW w:w="1102" w:type="dxa"/>
          </w:tcPr>
          <w:p w14:paraId="09C96FC1" w14:textId="77777777" w:rsidR="00B35209" w:rsidRDefault="00126F1A">
            <w:r>
              <w:t>St. V</w:t>
            </w:r>
          </w:p>
        </w:tc>
        <w:tc>
          <w:tcPr>
            <w:tcW w:w="3128" w:type="dxa"/>
          </w:tcPr>
          <w:p w14:paraId="0FD0E8B4" w14:textId="5CAEC050" w:rsidR="00B35209" w:rsidRDefault="00126F1A">
            <w:r>
              <w:t>Dan</w:t>
            </w:r>
          </w:p>
        </w:tc>
      </w:tr>
      <w:tr w:rsidR="00B35209" w14:paraId="194813DC" w14:textId="77777777" w:rsidTr="00E77867">
        <w:tc>
          <w:tcPr>
            <w:tcW w:w="1239" w:type="dxa"/>
          </w:tcPr>
          <w:p w14:paraId="1956E6DE" w14:textId="77777777" w:rsidR="00B35209" w:rsidRDefault="00126F1A">
            <w:r>
              <w:t>May</w:t>
            </w:r>
          </w:p>
        </w:tc>
        <w:tc>
          <w:tcPr>
            <w:tcW w:w="3801" w:type="dxa"/>
          </w:tcPr>
          <w:p w14:paraId="35E395C9" w14:textId="77777777" w:rsidR="00B35209" w:rsidRDefault="00126F1A">
            <w:r>
              <w:t>5/3 (Sun) Town Hall (?)</w:t>
            </w:r>
            <w:r>
              <w:br/>
              <w:t>5/23–24 New Council Selected</w:t>
            </w:r>
            <w:r>
              <w:br/>
              <w:t>5/25 (M) Memorial Day</w:t>
            </w:r>
          </w:p>
        </w:tc>
        <w:tc>
          <w:tcPr>
            <w:tcW w:w="990" w:type="dxa"/>
          </w:tcPr>
          <w:p w14:paraId="76F61044" w14:textId="77777777" w:rsidR="00B35209" w:rsidRDefault="00126F1A">
            <w:r>
              <w:t>5/16–17</w:t>
            </w:r>
          </w:p>
        </w:tc>
        <w:tc>
          <w:tcPr>
            <w:tcW w:w="1170" w:type="dxa"/>
          </w:tcPr>
          <w:p w14:paraId="58DAEF25" w14:textId="77777777" w:rsidR="00B35209" w:rsidRDefault="00126F1A">
            <w:r>
              <w:t>5/5</w:t>
            </w:r>
          </w:p>
        </w:tc>
        <w:tc>
          <w:tcPr>
            <w:tcW w:w="1102" w:type="dxa"/>
          </w:tcPr>
          <w:p w14:paraId="621554C0" w14:textId="77777777" w:rsidR="00B35209" w:rsidRDefault="00126F1A">
            <w:r>
              <w:t>St. C</w:t>
            </w:r>
          </w:p>
        </w:tc>
        <w:tc>
          <w:tcPr>
            <w:tcW w:w="3128" w:type="dxa"/>
          </w:tcPr>
          <w:p w14:paraId="676142AF" w14:textId="2F89571B" w:rsidR="00B35209" w:rsidRDefault="00126F1A">
            <w:r>
              <w:t>Diana</w:t>
            </w:r>
          </w:p>
        </w:tc>
      </w:tr>
      <w:tr w:rsidR="00B35209" w14:paraId="7DF73533" w14:textId="77777777" w:rsidTr="00E77867">
        <w:tc>
          <w:tcPr>
            <w:tcW w:w="1239" w:type="dxa"/>
          </w:tcPr>
          <w:p w14:paraId="7D2EA20E" w14:textId="77777777" w:rsidR="00B35209" w:rsidRDefault="00126F1A">
            <w:r>
              <w:t>June</w:t>
            </w:r>
          </w:p>
        </w:tc>
        <w:tc>
          <w:tcPr>
            <w:tcW w:w="3801" w:type="dxa"/>
          </w:tcPr>
          <w:p w14:paraId="010BE9B4" w14:textId="77777777" w:rsidR="00B35209" w:rsidRDefault="00126F1A">
            <w:r>
              <w:t>6/11–13 Garage Sale (?)</w:t>
            </w:r>
            <w:r>
              <w:br/>
              <w:t>6/20 (Sat) Medical Collection (?)</w:t>
            </w:r>
          </w:p>
        </w:tc>
        <w:tc>
          <w:tcPr>
            <w:tcW w:w="990" w:type="dxa"/>
          </w:tcPr>
          <w:p w14:paraId="4111402F" w14:textId="77777777" w:rsidR="00B35209" w:rsidRDefault="00126F1A">
            <w:r>
              <w:t>6/27–28</w:t>
            </w:r>
          </w:p>
        </w:tc>
        <w:tc>
          <w:tcPr>
            <w:tcW w:w="1170" w:type="dxa"/>
          </w:tcPr>
          <w:p w14:paraId="4DD821D8" w14:textId="77777777" w:rsidR="00B35209" w:rsidRDefault="00126F1A">
            <w:r>
              <w:t>6/2</w:t>
            </w:r>
          </w:p>
        </w:tc>
        <w:tc>
          <w:tcPr>
            <w:tcW w:w="1102" w:type="dxa"/>
          </w:tcPr>
          <w:p w14:paraId="77972771" w14:textId="77777777" w:rsidR="00B35209" w:rsidRDefault="00126F1A">
            <w:r>
              <w:t>St. M</w:t>
            </w:r>
          </w:p>
        </w:tc>
        <w:tc>
          <w:tcPr>
            <w:tcW w:w="3128" w:type="dxa"/>
          </w:tcPr>
          <w:p w14:paraId="7CD1214B" w14:textId="31706D02" w:rsidR="00B35209" w:rsidRDefault="00126F1A">
            <w:r>
              <w:t>Colleen T</w:t>
            </w:r>
          </w:p>
        </w:tc>
      </w:tr>
      <w:tr w:rsidR="00B35209" w14:paraId="5BF33048" w14:textId="77777777" w:rsidTr="00E77867">
        <w:tc>
          <w:tcPr>
            <w:tcW w:w="1239" w:type="dxa"/>
          </w:tcPr>
          <w:p w14:paraId="0FC0E895" w14:textId="77777777" w:rsidR="00B35209" w:rsidRDefault="00126F1A">
            <w:r>
              <w:t>July</w:t>
            </w:r>
          </w:p>
        </w:tc>
        <w:tc>
          <w:tcPr>
            <w:tcW w:w="3801" w:type="dxa"/>
          </w:tcPr>
          <w:p w14:paraId="76A743C3" w14:textId="77777777" w:rsidR="00B35209" w:rsidRDefault="00126F1A">
            <w:r>
              <w:t>7/4 (Sat)</w:t>
            </w:r>
          </w:p>
        </w:tc>
        <w:tc>
          <w:tcPr>
            <w:tcW w:w="990" w:type="dxa"/>
          </w:tcPr>
          <w:p w14:paraId="09DF936B" w14:textId="77777777" w:rsidR="00B35209" w:rsidRDefault="00B35209"/>
        </w:tc>
        <w:tc>
          <w:tcPr>
            <w:tcW w:w="1170" w:type="dxa"/>
          </w:tcPr>
          <w:p w14:paraId="612721D9" w14:textId="77777777" w:rsidR="00B35209" w:rsidRDefault="00B35209"/>
        </w:tc>
        <w:tc>
          <w:tcPr>
            <w:tcW w:w="1102" w:type="dxa"/>
          </w:tcPr>
          <w:p w14:paraId="354A6197" w14:textId="77777777" w:rsidR="00B35209" w:rsidRDefault="00B35209"/>
        </w:tc>
        <w:tc>
          <w:tcPr>
            <w:tcW w:w="3128" w:type="dxa"/>
          </w:tcPr>
          <w:p w14:paraId="018EBCF2" w14:textId="77777777" w:rsidR="00B35209" w:rsidRDefault="00B35209"/>
        </w:tc>
      </w:tr>
      <w:tr w:rsidR="00B35209" w14:paraId="2D314DE8" w14:textId="77777777" w:rsidTr="00E77867">
        <w:tc>
          <w:tcPr>
            <w:tcW w:w="1239" w:type="dxa"/>
          </w:tcPr>
          <w:p w14:paraId="1B9025FB" w14:textId="77777777" w:rsidR="00B35209" w:rsidRDefault="00126F1A">
            <w:r>
              <w:t>August</w:t>
            </w:r>
          </w:p>
        </w:tc>
        <w:tc>
          <w:tcPr>
            <w:tcW w:w="3801" w:type="dxa"/>
          </w:tcPr>
          <w:p w14:paraId="040DDBBD" w14:textId="77777777" w:rsidR="00B35209" w:rsidRDefault="00B35209"/>
        </w:tc>
        <w:tc>
          <w:tcPr>
            <w:tcW w:w="990" w:type="dxa"/>
          </w:tcPr>
          <w:p w14:paraId="22B39510" w14:textId="77777777" w:rsidR="00B35209" w:rsidRDefault="00B35209"/>
        </w:tc>
        <w:tc>
          <w:tcPr>
            <w:tcW w:w="1170" w:type="dxa"/>
          </w:tcPr>
          <w:p w14:paraId="5E6A5184" w14:textId="77777777" w:rsidR="00B35209" w:rsidRDefault="00B35209"/>
        </w:tc>
        <w:tc>
          <w:tcPr>
            <w:tcW w:w="1102" w:type="dxa"/>
          </w:tcPr>
          <w:p w14:paraId="2FC61277" w14:textId="77777777" w:rsidR="00B35209" w:rsidRDefault="00B35209"/>
        </w:tc>
        <w:tc>
          <w:tcPr>
            <w:tcW w:w="3128" w:type="dxa"/>
          </w:tcPr>
          <w:p w14:paraId="5CBF2D14" w14:textId="77777777" w:rsidR="00B35209" w:rsidRDefault="00B35209"/>
        </w:tc>
      </w:tr>
      <w:tr w:rsidR="00B35209" w14:paraId="42340CE0" w14:textId="77777777" w:rsidTr="00E77867">
        <w:tc>
          <w:tcPr>
            <w:tcW w:w="1239" w:type="dxa"/>
          </w:tcPr>
          <w:p w14:paraId="57867780" w14:textId="77777777" w:rsidR="00B35209" w:rsidRDefault="00126F1A">
            <w:r>
              <w:t>September</w:t>
            </w:r>
          </w:p>
        </w:tc>
        <w:tc>
          <w:tcPr>
            <w:tcW w:w="3801" w:type="dxa"/>
          </w:tcPr>
          <w:p w14:paraId="5CA34882" w14:textId="77777777" w:rsidR="00B35209" w:rsidRDefault="00126F1A">
            <w:r>
              <w:t>9/7 (M) Labor Day</w:t>
            </w:r>
            <w:r>
              <w:br/>
              <w:t>9/19 (Sat) Family Gathering @ Jones Hall (?)</w:t>
            </w:r>
          </w:p>
        </w:tc>
        <w:tc>
          <w:tcPr>
            <w:tcW w:w="990" w:type="dxa"/>
          </w:tcPr>
          <w:p w14:paraId="7F21895A" w14:textId="77777777" w:rsidR="00B35209" w:rsidRDefault="00126F1A">
            <w:r>
              <w:t>9/12–13</w:t>
            </w:r>
          </w:p>
        </w:tc>
        <w:tc>
          <w:tcPr>
            <w:tcW w:w="1170" w:type="dxa"/>
          </w:tcPr>
          <w:p w14:paraId="449F31A3" w14:textId="77777777" w:rsidR="00B35209" w:rsidRDefault="00126F1A">
            <w:r>
              <w:t>9/1 or 9/8</w:t>
            </w:r>
          </w:p>
        </w:tc>
        <w:tc>
          <w:tcPr>
            <w:tcW w:w="1102" w:type="dxa"/>
          </w:tcPr>
          <w:p w14:paraId="2A402271" w14:textId="77777777" w:rsidR="00B35209" w:rsidRDefault="00126F1A">
            <w:r>
              <w:t>St. V</w:t>
            </w:r>
          </w:p>
        </w:tc>
        <w:tc>
          <w:tcPr>
            <w:tcW w:w="3128" w:type="dxa"/>
          </w:tcPr>
          <w:p w14:paraId="797615ED" w14:textId="77777777" w:rsidR="00B35209" w:rsidRDefault="00B35209"/>
        </w:tc>
      </w:tr>
    </w:tbl>
    <w:p w14:paraId="1E1EBD3A" w14:textId="77777777" w:rsidR="00B8115D" w:rsidRDefault="00B8115D"/>
    <w:sectPr w:rsidR="00B8115D" w:rsidSect="00E778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3860378">
    <w:abstractNumId w:val="8"/>
  </w:num>
  <w:num w:numId="2" w16cid:durableId="1351182463">
    <w:abstractNumId w:val="6"/>
  </w:num>
  <w:num w:numId="3" w16cid:durableId="1499228851">
    <w:abstractNumId w:val="5"/>
  </w:num>
  <w:num w:numId="4" w16cid:durableId="177549451">
    <w:abstractNumId w:val="4"/>
  </w:num>
  <w:num w:numId="5" w16cid:durableId="655769200">
    <w:abstractNumId w:val="7"/>
  </w:num>
  <w:num w:numId="6" w16cid:durableId="1824810795">
    <w:abstractNumId w:val="3"/>
  </w:num>
  <w:num w:numId="7" w16cid:durableId="2062943131">
    <w:abstractNumId w:val="2"/>
  </w:num>
  <w:num w:numId="8" w16cid:durableId="513375137">
    <w:abstractNumId w:val="1"/>
  </w:num>
  <w:num w:numId="9" w16cid:durableId="18876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F1A"/>
    <w:rsid w:val="0015074B"/>
    <w:rsid w:val="0029639D"/>
    <w:rsid w:val="00326F90"/>
    <w:rsid w:val="00AA1D8D"/>
    <w:rsid w:val="00B35209"/>
    <w:rsid w:val="00B47730"/>
    <w:rsid w:val="00B8115D"/>
    <w:rsid w:val="00CB0664"/>
    <w:rsid w:val="00DD381A"/>
    <w:rsid w:val="00E778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0EFD453B-866C-4639-A2EC-72EEB497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6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 Buyea</cp:lastModifiedBy>
  <cp:revision>2</cp:revision>
  <dcterms:created xsi:type="dcterms:W3CDTF">2025-06-05T15:03:00Z</dcterms:created>
  <dcterms:modified xsi:type="dcterms:W3CDTF">2025-06-05T15:03:00Z</dcterms:modified>
  <cp:category/>
</cp:coreProperties>
</file>