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633B" w14:textId="77777777" w:rsidR="006C62CF" w:rsidRDefault="005A2484">
      <w:pPr>
        <w:spacing w:after="0"/>
        <w:jc w:val="center"/>
      </w:pPr>
      <w:r>
        <w:rPr>
          <w:b/>
          <w:sz w:val="26"/>
        </w:rPr>
        <w:t>CITY OF LAVA HOT SPRINGS</w:t>
      </w:r>
    </w:p>
    <w:p w14:paraId="7E9696BC" w14:textId="77777777" w:rsidR="006C62CF" w:rsidRDefault="005A2484">
      <w:pPr>
        <w:spacing w:after="0"/>
        <w:jc w:val="center"/>
      </w:pPr>
      <w:r>
        <w:t>115 W. Elm Street  •  Lava Hot Springs, Idaho 83246  •  208-776-5820</w:t>
      </w:r>
    </w:p>
    <w:p w14:paraId="7221B55C" w14:textId="77777777" w:rsidR="006C62CF" w:rsidRDefault="005A2484">
      <w:pPr>
        <w:spacing w:after="60"/>
        <w:jc w:val="center"/>
      </w:pPr>
      <w:r>
        <w:t>LavaCityHall@lavahotsprings.city</w:t>
      </w:r>
    </w:p>
    <w:p w14:paraId="12378F6C" w14:textId="77777777" w:rsidR="006C62CF" w:rsidRDefault="005A2484">
      <w:pPr>
        <w:spacing w:after="0"/>
        <w:jc w:val="center"/>
      </w:pPr>
      <w:r>
        <w:rPr>
          <w:b/>
          <w:sz w:val="28"/>
        </w:rPr>
        <w:t>AGENDA REQUEST FORM</w:t>
      </w:r>
    </w:p>
    <w:p w14:paraId="7885E597" w14:textId="77777777" w:rsidR="006C62CF" w:rsidRDefault="005A2484">
      <w:pPr>
        <w:spacing w:after="100"/>
        <w:jc w:val="center"/>
      </w:pPr>
      <w:r>
        <w:rPr>
          <w:sz w:val="14"/>
        </w:rPr>
        <w:t>Mayor: Vicky Lyon   |   Council President: Jeanie Avery   |   Council: Jeanie Avery, Diane Beckstead, John Head &amp; Mark Oyler</w:t>
      </w:r>
    </w:p>
    <w:p w14:paraId="43C5DD5F" w14:textId="77777777" w:rsidR="006C62CF" w:rsidRDefault="005A2484">
      <w:pPr>
        <w:spacing w:after="100"/>
      </w:pPr>
      <w:r>
        <w:t>Please complete this form as fully as possible. Submission of a request does not guarantee placement on a meeting agenda. Agenda items are scheduled subject to available time, required notice, and approval of the agenda.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6C62CF" w14:paraId="27FAC2E2" w14:textId="77777777">
        <w:trPr>
          <w:jc w:val="center"/>
        </w:trPr>
        <w:tc>
          <w:tcPr>
            <w:tcW w:w="10656" w:type="dxa"/>
            <w:gridSpan w:val="4"/>
            <w:shd w:val="clear" w:color="auto" w:fill="D9EAF7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8CA67BF" w14:textId="77777777" w:rsidR="006C62CF" w:rsidRDefault="005A2484">
            <w:r>
              <w:rPr>
                <w:b/>
                <w:sz w:val="19"/>
              </w:rPr>
              <w:t>REQUESTOR INFORMATION</w:t>
            </w:r>
          </w:p>
        </w:tc>
      </w:tr>
      <w:tr w:rsidR="006C62CF" w14:paraId="1FE58956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13304A" w14:textId="77777777" w:rsidR="006C62CF" w:rsidRDefault="005A2484">
            <w:r>
              <w:rPr>
                <w:b/>
              </w:rPr>
              <w:t>Name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07F12" w14:textId="77777777" w:rsidR="006C62CF" w:rsidRDefault="00306174">
            <w:permStart w:id="0" w:edGrp="everyone"/>
            <w:sdt>
              <w:sdtPr>
                <w:alias w:val="NAME"/>
                <w:tag w:val="NAME"/>
                <w:id w:val="1028061478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{{NAME}}</w:t>
                </w:r>
              </w:sdtContent>
            </w:sdt>
            <w:permEnd w:id="0"/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879681" w14:textId="77777777" w:rsidR="006C62CF" w:rsidRDefault="005A2484">
            <w:r>
              <w:rPr>
                <w:b/>
              </w:rPr>
              <w:t>Email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A598D9" w14:textId="77777777" w:rsidR="006C62CF" w:rsidRDefault="00306174">
            <w:permStart w:id="1" w:edGrp="everyone"/>
            <w:sdt>
              <w:sdtPr>
                <w:alias w:val="EMAIL"/>
                <w:tag w:val="EMAIL"/>
                <w:id w:val="-1785878110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{{EMAIL}}</w:t>
                </w:r>
              </w:sdtContent>
            </w:sdt>
            <w:permEnd w:id="1"/>
          </w:p>
        </w:tc>
      </w:tr>
      <w:tr w:rsidR="006C62CF" w14:paraId="3D61FCA2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26D2D" w14:textId="77777777" w:rsidR="006C62CF" w:rsidRDefault="005A2484">
            <w:r>
              <w:rPr>
                <w:b/>
              </w:rPr>
              <w:t>Phone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B33561" w14:textId="77777777" w:rsidR="006C62CF" w:rsidRDefault="00306174">
            <w:permStart w:id="2" w:edGrp="everyone"/>
            <w:sdt>
              <w:sdtPr>
                <w:alias w:val="PHONE"/>
                <w:tag w:val="PHONE"/>
                <w:id w:val="42799642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{{PHONE}}</w:t>
                </w:r>
              </w:sdtContent>
            </w:sdt>
            <w:permEnd w:id="2"/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13C8DE" w14:textId="77777777" w:rsidR="006C62CF" w:rsidRDefault="005A2484">
            <w:r>
              <w:rPr>
                <w:b/>
              </w:rPr>
              <w:t>Org./Business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0DC597" w14:textId="77777777" w:rsidR="006C62CF" w:rsidRDefault="00306174">
            <w:permStart w:id="3" w:edGrp="everyone"/>
            <w:sdt>
              <w:sdtPr>
                <w:alias w:val="ORGANIZATION"/>
                <w:tag w:val="ORGANIZATION"/>
                <w:id w:val="-1189449209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{{ORGANIZATION}}</w:t>
                </w:r>
              </w:sdtContent>
            </w:sdt>
            <w:permEnd w:id="3"/>
          </w:p>
        </w:tc>
      </w:tr>
    </w:tbl>
    <w:p w14:paraId="7325B754" w14:textId="77777777" w:rsidR="006C62CF" w:rsidRDefault="006C62CF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6C62CF" w14:paraId="07058D53" w14:textId="77777777">
        <w:trPr>
          <w:jc w:val="center"/>
        </w:trPr>
        <w:tc>
          <w:tcPr>
            <w:tcW w:w="10656" w:type="dxa"/>
            <w:shd w:val="clear" w:color="auto" w:fill="D9EAF7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8F7019D" w14:textId="77777777" w:rsidR="006C62CF" w:rsidRDefault="005A2484">
            <w:r>
              <w:rPr>
                <w:b/>
                <w:sz w:val="19"/>
              </w:rPr>
              <w:t>AGENDA ITEM REQUEST</w:t>
            </w:r>
          </w:p>
        </w:tc>
      </w:tr>
    </w:tbl>
    <w:p w14:paraId="7B0B5FD9" w14:textId="77777777" w:rsidR="006C62CF" w:rsidRDefault="005A2484">
      <w:pPr>
        <w:spacing w:after="40"/>
      </w:pPr>
      <w:r>
        <w:rPr>
          <w:b/>
        </w:rPr>
        <w:t>Requested Agenda Topic/Title: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6C62CF" w14:paraId="1C15EDA9" w14:textId="77777777">
        <w:tc>
          <w:tcPr>
            <w:tcW w:w="1065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68F898" w14:textId="77777777" w:rsidR="006C62CF" w:rsidRDefault="00306174">
            <w:permStart w:id="4" w:edGrp="everyone"/>
            <w:sdt>
              <w:sdtPr>
                <w:alias w:val="TOPIC"/>
                <w:tag w:val="TOPIC"/>
                <w:id w:val="-930815210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  <w:sz w:val="18"/>
                  </w:rPr>
                  <w:t>{{TOPIC}}</w:t>
                </w:r>
              </w:sdtContent>
            </w:sdt>
            <w:permEnd w:id="4"/>
          </w:p>
        </w:tc>
      </w:tr>
    </w:tbl>
    <w:p w14:paraId="104B2B6A" w14:textId="77777777" w:rsidR="006C62CF" w:rsidRDefault="005A2484">
      <w:pPr>
        <w:spacing w:after="40"/>
      </w:pPr>
      <w:r>
        <w:rPr>
          <w:b/>
        </w:rPr>
        <w:t>Please provide a detailed description of the question, concern, proposal, or other matter you would like the City Council to consider: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6C62CF" w14:paraId="1014E921" w14:textId="77777777">
        <w:tc>
          <w:tcPr>
            <w:tcW w:w="1065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CD2BC5" w14:textId="77777777" w:rsidR="006C62CF" w:rsidRDefault="00306174">
            <w:permStart w:id="5" w:edGrp="everyone"/>
            <w:sdt>
              <w:sdtPr>
                <w:alias w:val="DESCRIPTION"/>
                <w:tag w:val="DESCRIPTION"/>
                <w:id w:val="690655492"/>
                <w:text w:multiLine="1"/>
                <w:lock w:val="sdtLocked"/>
              </w:sdtPr>
              <w:sdtEndPr/>
              <w:sdtContent>
                <w:r w:rsidR="005A2484">
                  <w:rPr>
                    <w:color w:val="505050"/>
                    <w:sz w:val="18"/>
                  </w:rPr>
                  <w:t>{{DESCRIPTION}}</w:t>
                </w:r>
              </w:sdtContent>
            </w:sdt>
            <w:permEnd w:id="5"/>
            <w:r w:rsidR="005A2484">
              <w:br/>
            </w:r>
            <w:r w:rsidR="005A2484">
              <w:br/>
            </w:r>
          </w:p>
        </w:tc>
      </w:tr>
    </w:tbl>
    <w:p w14:paraId="0D40522F" w14:textId="77777777" w:rsidR="006C62CF" w:rsidRDefault="005A2484">
      <w:pPr>
        <w:spacing w:after="40"/>
      </w:pPr>
      <w:r>
        <w:rPr>
          <w:b/>
        </w:rPr>
        <w:t>Suggested Solution / Requested Outcome: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56"/>
        <w:gridCol w:w="10"/>
      </w:tblGrid>
      <w:tr w:rsidR="006C62CF" w14:paraId="74667A0B" w14:textId="77777777">
        <w:trPr>
          <w:gridAfter w:val="1"/>
          <w:wAfter w:w="10" w:type="dxa"/>
        </w:trPr>
        <w:tc>
          <w:tcPr>
            <w:tcW w:w="1065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9D9B94" w14:textId="77777777" w:rsidR="006C62CF" w:rsidRDefault="00306174">
            <w:permStart w:id="6" w:edGrp="everyone"/>
            <w:sdt>
              <w:sdtPr>
                <w:alias w:val="SOLUTION"/>
                <w:tag w:val="SOLUTION"/>
                <w:id w:val="-1266148437"/>
                <w:text w:multiLine="1"/>
                <w:lock w:val="sdtLocked"/>
              </w:sdtPr>
              <w:sdtEndPr/>
              <w:sdtContent>
                <w:r w:rsidR="005A2484">
                  <w:rPr>
                    <w:color w:val="505050"/>
                    <w:sz w:val="18"/>
                  </w:rPr>
                  <w:t>{{SOLUTION}}</w:t>
                </w:r>
              </w:sdtContent>
            </w:sdt>
            <w:permEnd w:id="6"/>
          </w:p>
        </w:tc>
      </w:tr>
      <w:tr w:rsidR="006C62CF" w14:paraId="2CDDA1EF" w14:textId="7777777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56" w:type="dxa"/>
            <w:gridSpan w:val="2"/>
            <w:shd w:val="clear" w:color="auto" w:fill="D9EAF7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A64ECD0" w14:textId="77777777" w:rsidR="006C62CF" w:rsidRDefault="005A2484">
            <w:r>
              <w:rPr>
                <w:b/>
                <w:sz w:val="19"/>
              </w:rPr>
              <w:t>ACTION REQUESTED</w:t>
            </w:r>
          </w:p>
        </w:tc>
      </w:tr>
    </w:tbl>
    <w:p w14:paraId="4D9A1468" w14:textId="77777777" w:rsidR="006C62CF" w:rsidRDefault="005A2484">
      <w:pPr>
        <w:spacing w:after="40"/>
      </w:pPr>
      <w:r>
        <w:rPr>
          <w:b/>
        </w:rPr>
        <w:t>Are you requesting that the City Council make a decision or take formal action on this matter?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6C62CF" w14:paraId="13EBE0A8" w14:textId="77777777">
        <w:trPr>
          <w:jc w:val="center"/>
        </w:trPr>
        <w:tc>
          <w:tcPr>
            <w:tcW w:w="35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0DB7AB" w14:textId="77777777" w:rsidR="006C62CF" w:rsidRDefault="00306174">
            <w:permStart w:id="7" w:edGrp="everyone"/>
            <w:sdt>
              <w:sdtPr>
                <w:alias w:val="ACTION_YES"/>
                <w:tag w:val="ACTION_YES"/>
                <w:id w:val="-119098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lock w:val="sdtLocked"/>
              </w:sdtPr>
              <w:sdtEndPr/>
              <w:sdtContent>
                <w:r w:rsidR="005A2484">
                  <w:t>☐</w:t>
                </w:r>
              </w:sdtContent>
            </w:sdt>
            <w:permEnd w:id="7"/>
            <w:r w:rsidR="005A2484">
              <w:t xml:space="preserve"> Yes - Action/Decision Requested</w:t>
            </w:r>
          </w:p>
        </w:tc>
        <w:tc>
          <w:tcPr>
            <w:tcW w:w="35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4BE573" w14:textId="77777777" w:rsidR="006C62CF" w:rsidRDefault="00306174">
            <w:permStart w:id="8" w:edGrp="everyone"/>
            <w:sdt>
              <w:sdtPr>
                <w:alias w:val="ACTION_NO"/>
                <w:tag w:val="ACTION_NO"/>
                <w:id w:val="-76677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lock w:val="sdtLocked"/>
              </w:sdtPr>
              <w:sdtEndPr/>
              <w:sdtContent>
                <w:r w:rsidR="005A2484">
                  <w:t>☐</w:t>
                </w:r>
              </w:sdtContent>
            </w:sdt>
            <w:permEnd w:id="8"/>
            <w:r w:rsidR="005A2484">
              <w:t xml:space="preserve"> No - Discussion/Information Only</w:t>
            </w:r>
          </w:p>
        </w:tc>
        <w:tc>
          <w:tcPr>
            <w:tcW w:w="35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AE4DD0" w14:textId="77777777" w:rsidR="006C62CF" w:rsidRDefault="00306174">
            <w:permStart w:id="9" w:edGrp="everyone"/>
            <w:sdt>
              <w:sdtPr>
                <w:alias w:val="ACTION_UNSURE"/>
                <w:tag w:val="ACTION_UNSURE"/>
                <w:id w:val="189700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lock w:val="sdtLocked"/>
              </w:sdtPr>
              <w:sdtEndPr/>
              <w:sdtContent>
                <w:r w:rsidR="005A2484">
                  <w:t>☐</w:t>
                </w:r>
              </w:sdtContent>
            </w:sdt>
            <w:permEnd w:id="9"/>
            <w:r w:rsidR="005A2484">
              <w:t xml:space="preserve"> Unsure</w:t>
            </w:r>
          </w:p>
        </w:tc>
      </w:tr>
    </w:tbl>
    <w:p w14:paraId="5B165A6E" w14:textId="77777777" w:rsidR="006C62CF" w:rsidRDefault="006C62CF">
      <w:pPr>
        <w:spacing w:after="40"/>
      </w:pP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6C62CF" w14:paraId="3CED52BA" w14:textId="77777777">
        <w:trPr>
          <w:jc w:val="center"/>
        </w:trPr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982028" w14:textId="77777777" w:rsidR="006C62CF" w:rsidRDefault="005A2484">
            <w:r>
              <w:rPr>
                <w:b/>
              </w:rPr>
              <w:t>Estimated time needed: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64B1C" w14:textId="77777777" w:rsidR="006C62CF" w:rsidRDefault="00306174">
            <w:permStart w:id="10" w:edGrp="everyone"/>
            <w:sdt>
              <w:sdtPr>
                <w:alias w:val="TIME_NEEDED"/>
                <w:tag w:val="TIME_NEEDED"/>
                <w:id w:val="-783811673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{{TIME_NEEDED}}</w:t>
                </w:r>
              </w:sdtContent>
            </w:sdt>
            <w:permEnd w:id="10"/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4C744C" w14:textId="77777777" w:rsidR="006C62CF" w:rsidRDefault="005A2484">
            <w:r>
              <w:rPr>
                <w:b/>
              </w:rPr>
              <w:t>Requested meeting date: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165CA7" w14:textId="77777777" w:rsidR="006C62CF" w:rsidRDefault="00306174">
            <w:permStart w:id="11" w:edGrp="everyone"/>
            <w:sdt>
              <w:sdtPr>
                <w:alias w:val="MEETING_DATE"/>
                <w:tag w:val="MEETING_DATE"/>
                <w:id w:val="-1840223450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{{MEETING_DATE}}</w:t>
                </w:r>
              </w:sdtContent>
            </w:sdt>
            <w:permEnd w:id="11"/>
          </w:p>
        </w:tc>
      </w:tr>
    </w:tbl>
    <w:p w14:paraId="778B7E29" w14:textId="77777777" w:rsidR="006C62CF" w:rsidRDefault="006C62CF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6C62CF" w14:paraId="23794AF9" w14:textId="77777777">
        <w:trPr>
          <w:jc w:val="center"/>
        </w:trPr>
        <w:tc>
          <w:tcPr>
            <w:tcW w:w="10656" w:type="dxa"/>
            <w:shd w:val="clear" w:color="auto" w:fill="D9EAF7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D73EDDF" w14:textId="77777777" w:rsidR="006C62CF" w:rsidRDefault="005A2484">
            <w:r>
              <w:rPr>
                <w:b/>
                <w:sz w:val="19"/>
              </w:rPr>
              <w:t>SUPPORTING DOCUMENTS</w:t>
            </w:r>
          </w:p>
        </w:tc>
      </w:tr>
    </w:tbl>
    <w:p w14:paraId="7F3DE674" w14:textId="77777777" w:rsidR="006C62CF" w:rsidRDefault="005A2484">
      <w:pPr>
        <w:spacing w:after="40"/>
      </w:pPr>
      <w:r>
        <w:rPr>
          <w:b/>
        </w:rPr>
        <w:t>Please include all supporting documents, correspondence, photographs, plans, estimates, or other information related to your request when submitting this form.</w:t>
      </w:r>
    </w:p>
    <w:p w14:paraId="04BEF298" w14:textId="77777777" w:rsidR="006C62CF" w:rsidRDefault="005A2484">
      <w:pPr>
        <w:spacing w:after="40"/>
      </w:pPr>
      <w:r>
        <w:t xml:space="preserve">Supporting documents help the City Council and staff understand the request and prepare the agenda item appropriately. </w:t>
      </w:r>
      <w:r>
        <w:rPr>
          <w:b/>
        </w:rPr>
        <w:t>Typed documents are appreciated whenever possible for clarity and accurate agenda preparation.</w:t>
      </w:r>
    </w:p>
    <w:p w14:paraId="2C6D6DD6" w14:textId="77777777" w:rsidR="006C62CF" w:rsidRDefault="005A2484">
      <w:pPr>
        <w:spacing w:after="80"/>
      </w:pPr>
      <w:r>
        <w:t xml:space="preserve">Documents Attached:   </w:t>
      </w:r>
      <w:permStart w:id="12" w:edGrp="everyone"/>
      <w:sdt>
        <w:sdtPr>
          <w:alias w:val="DOCS_YES"/>
          <w:tag w:val="DOCS_YES"/>
          <w:id w:val="-306479674"/>
          <w14:checkbox>
            <w14:checked w14:val="0"/>
            <w14:checkedState w14:val="2612" w14:font="MS Gothic"/>
            <w14:uncheckedState w14:val="2610" w14:font="MS Gothic"/>
          </w14:checkbox>
          <w:lock w:val="sdtLocked"/>
        </w:sdtPr>
        <w:sdtEndPr/>
        <w:sdtContent>
          <w:r>
            <w:t>☐</w:t>
          </w:r>
        </w:sdtContent>
      </w:sdt>
      <w:permEnd w:id="12"/>
      <w:r>
        <w:t xml:space="preserve"> Yes     </w:t>
      </w:r>
      <w:permStart w:id="13" w:edGrp="everyone"/>
      <w:sdt>
        <w:sdtPr>
          <w:alias w:val="DOCS_NA"/>
          <w:tag w:val="DOCS_NA"/>
          <w:id w:val="1886524411"/>
          <w14:checkbox>
            <w14:checked w14:val="0"/>
            <w14:checkedState w14:val="2612" w14:font="MS Gothic"/>
            <w14:uncheckedState w14:val="2610" w14:font="MS Gothic"/>
          </w14:checkbox>
          <w:lock w:val="sdtLocked"/>
        </w:sdtPr>
        <w:sdtEndPr/>
        <w:sdtContent>
          <w:r>
            <w:t>☐</w:t>
          </w:r>
        </w:sdtContent>
      </w:sdt>
      <w:permEnd w:id="13"/>
      <w:r>
        <w:t xml:space="preserve"> Not Applicable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6C62CF" w14:paraId="236C7D4B" w14:textId="77777777">
        <w:trPr>
          <w:jc w:val="center"/>
        </w:trPr>
        <w:tc>
          <w:tcPr>
            <w:tcW w:w="10656" w:type="dxa"/>
            <w:gridSpan w:val="4"/>
            <w:shd w:val="clear" w:color="auto" w:fill="D9EAF7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D1B828E" w14:textId="77777777" w:rsidR="006C62CF" w:rsidRDefault="005A2484">
            <w:r>
              <w:rPr>
                <w:b/>
                <w:sz w:val="19"/>
              </w:rPr>
              <w:t>FOR CITY USE ONLY</w:t>
            </w:r>
          </w:p>
        </w:tc>
      </w:tr>
      <w:tr w:rsidR="006C62CF" w14:paraId="68159DFE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0F7BE4" w14:textId="77777777" w:rsidR="006C62CF" w:rsidRDefault="005A2484">
            <w:r>
              <w:rPr>
                <w:b/>
              </w:rPr>
              <w:t>Date Received: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10A4E8" w14:textId="77777777" w:rsidR="006C62CF" w:rsidRDefault="00306174">
            <w:permStart w:id="14" w:edGrp="everyone"/>
            <w:sdt>
              <w:sdtPr>
                <w:alias w:val="DATE_RECEIVED"/>
                <w:tag w:val="DATE_RECEIVED"/>
                <w:id w:val="-499125845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{{DATE_RECEIVED}}</w:t>
                </w:r>
              </w:sdtContent>
            </w:sdt>
            <w:permEnd w:id="14"/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933245" w14:textId="77777777" w:rsidR="006C62CF" w:rsidRDefault="005A2484">
            <w:r>
              <w:rPr>
                <w:b/>
              </w:rPr>
              <w:t>Received By: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FC60AD" w14:textId="77777777" w:rsidR="006C62CF" w:rsidRDefault="00306174">
            <w:permStart w:id="15" w:edGrp="everyone"/>
            <w:sdt>
              <w:sdtPr>
                <w:alias w:val="RECEIVED_BY"/>
                <w:tag w:val="RECEIVED_BY"/>
                <w:id w:val="-1920165704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{{RECEIVED_BY}}</w:t>
                </w:r>
              </w:sdtContent>
            </w:sdt>
            <w:permEnd w:id="15"/>
          </w:p>
        </w:tc>
      </w:tr>
      <w:tr w:rsidR="006C62CF" w14:paraId="4D1A34DF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5B0E9D" w14:textId="77777777" w:rsidR="006C62CF" w:rsidRDefault="005A2484">
            <w:r>
              <w:rPr>
                <w:b/>
              </w:rPr>
              <w:t>Agenda Date: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4C61BE" w14:textId="77777777" w:rsidR="006C62CF" w:rsidRDefault="00306174">
            <w:permStart w:id="16" w:edGrp="everyone"/>
            <w:sdt>
              <w:sdtPr>
                <w:alias w:val="AGENDA_DATE"/>
                <w:tag w:val="AGENDA_DATE"/>
                <w:id w:val="635842040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{{AGENDA_DATE}}</w:t>
                </w:r>
              </w:sdtContent>
            </w:sdt>
            <w:permEnd w:id="16"/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4EA584" w14:textId="77777777" w:rsidR="006C62CF" w:rsidRDefault="005A2484">
            <w:r>
              <w:rPr>
                <w:b/>
              </w:rPr>
              <w:t>Status: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309D94" w14:textId="77777777" w:rsidR="006C62CF" w:rsidRDefault="00306174">
            <w:permStart w:id="17" w:edGrp="everyone"/>
            <w:sdt>
              <w:sdtPr>
                <w:alias w:val="STATUS"/>
                <w:tag w:val="STATUS"/>
                <w:id w:val="-627321581"/>
                <w:text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{{STATUS}}</w:t>
                </w:r>
              </w:sdtContent>
            </w:sdt>
            <w:permEnd w:id="17"/>
          </w:p>
        </w:tc>
      </w:tr>
    </w:tbl>
    <w:p w14:paraId="016B1D77" w14:textId="77777777" w:rsidR="006C62CF" w:rsidRDefault="005A2484">
      <w:pPr>
        <w:spacing w:after="20"/>
      </w:pPr>
      <w:r>
        <w:rPr>
          <w:b/>
        </w:rPr>
        <w:t>City Notes: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6C62CF" w14:paraId="52F7B2A8" w14:textId="77777777"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561887" w14:textId="77777777" w:rsidR="006C62CF" w:rsidRDefault="00306174">
            <w:permStart w:id="18" w:edGrp="everyone"/>
            <w:sdt>
              <w:sdtPr>
                <w:alias w:val="CITY_NOTES"/>
                <w:tag w:val="CITY_NOTES"/>
                <w:id w:val="-1606037628"/>
                <w:text w:multiLine="1"/>
                <w:lock w:val="sdtLocked"/>
              </w:sdtPr>
              <w:sdtEndPr/>
              <w:sdtContent>
                <w:r w:rsidR="005A2484">
                  <w:rPr>
                    <w:color w:val="505050"/>
                  </w:rPr>
                  <w:t>{{CITY_NOTES}}</w:t>
                </w:r>
              </w:sdtContent>
            </w:sdt>
            <w:permEnd w:id="18"/>
          </w:p>
        </w:tc>
      </w:tr>
    </w:tbl>
    <w:p w14:paraId="038DC48A" w14:textId="77777777" w:rsidR="005A2484" w:rsidRDefault="005A2484"/>
    <w:sectPr w:rsidR="005A2484" w:rsidSect="00034616">
      <w:footerReference w:type="default" r:id="rId8"/>
      <w:pgSz w:w="12240" w:h="15840"/>
      <w:pgMar w:top="432" w:right="792" w:bottom="43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A0266" w14:textId="77777777" w:rsidR="00306174" w:rsidRDefault="00306174">
      <w:pPr>
        <w:spacing w:after="0" w:line="240" w:lineRule="auto"/>
      </w:pPr>
      <w:r>
        <w:separator/>
      </w:r>
    </w:p>
  </w:endnote>
  <w:endnote w:type="continuationSeparator" w:id="0">
    <w:p w14:paraId="6B5B1715" w14:textId="77777777" w:rsidR="00306174" w:rsidRDefault="0030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2BA4" w14:textId="77777777" w:rsidR="006C62CF" w:rsidRDefault="005A2484">
    <w:pPr>
      <w:pStyle w:val="Footer"/>
      <w:jc w:val="center"/>
    </w:pPr>
    <w:r>
      <w:rPr>
        <w:color w:val="646464"/>
        <w:sz w:val="14"/>
      </w:rPr>
      <w:t>City of Lava Hot Springs - Agenda Request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C3747" w14:textId="77777777" w:rsidR="00306174" w:rsidRDefault="00306174">
      <w:pPr>
        <w:spacing w:after="0" w:line="240" w:lineRule="auto"/>
      </w:pPr>
      <w:r>
        <w:separator/>
      </w:r>
    </w:p>
  </w:footnote>
  <w:footnote w:type="continuationSeparator" w:id="0">
    <w:p w14:paraId="2F9DE049" w14:textId="77777777" w:rsidR="00306174" w:rsidRDefault="00306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3841233">
    <w:abstractNumId w:val="8"/>
  </w:num>
  <w:num w:numId="2" w16cid:durableId="1041442718">
    <w:abstractNumId w:val="6"/>
  </w:num>
  <w:num w:numId="3" w16cid:durableId="150102506">
    <w:abstractNumId w:val="5"/>
  </w:num>
  <w:num w:numId="4" w16cid:durableId="891774477">
    <w:abstractNumId w:val="4"/>
  </w:num>
  <w:num w:numId="5" w16cid:durableId="1594360654">
    <w:abstractNumId w:val="7"/>
  </w:num>
  <w:num w:numId="6" w16cid:durableId="25719314">
    <w:abstractNumId w:val="3"/>
  </w:num>
  <w:num w:numId="7" w16cid:durableId="1129006061">
    <w:abstractNumId w:val="2"/>
  </w:num>
  <w:num w:numId="8" w16cid:durableId="1763723306">
    <w:abstractNumId w:val="1"/>
  </w:num>
  <w:num w:numId="9" w16cid:durableId="173546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formatting="1" w:enforcement="1" w:cryptProviderType="rsaAES" w:cryptAlgorithmClass="hash" w:cryptAlgorithmType="typeAny" w:cryptAlgorithmSid="14" w:cryptSpinCount="100000" w:hash="Z2fvSKyd3hJVhjxqtL4sBtzVpho24sQFTMEMDRUaXOsRvo4gg7n983h2qp0JRLr/oV0EHpA6lm2LCFmZRwi9CA==" w:salt="4/id3EYI7e7Aj84Zgdbne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6174"/>
    <w:rsid w:val="00312FAC"/>
    <w:rsid w:val="00326F90"/>
    <w:rsid w:val="005A2484"/>
    <w:rsid w:val="005E6E06"/>
    <w:rsid w:val="006C62CF"/>
    <w:rsid w:val="007770DA"/>
    <w:rsid w:val="00AA1D8D"/>
    <w:rsid w:val="00B47730"/>
    <w:rsid w:val="00CB0664"/>
    <w:rsid w:val="00D14EDB"/>
    <w:rsid w:val="00E00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DB33F4"/>
  <w14:defaultImageDpi w14:val="300"/>
  <w15:docId w15:val="{3B3881C3-1CC5-4A46-84DD-2343BD52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1503</Characters>
  <Application>Microsoft Office Word</Application>
  <DocSecurity>8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Amantha Sierra</cp:lastModifiedBy>
  <cp:revision>2</cp:revision>
  <cp:lastPrinted>2026-10-01T23:04:00Z</cp:lastPrinted>
  <dcterms:created xsi:type="dcterms:W3CDTF">2026-10-04T17:32:00Z</dcterms:created>
  <dcterms:modified xsi:type="dcterms:W3CDTF">2026-10-04T17:32:00Z</dcterms:modified>
  <cp:category/>
</cp:coreProperties>
</file>