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9CB5B" w14:textId="77777777" w:rsidR="00E07D61" w:rsidRDefault="006642D8">
      <w:pPr>
        <w:spacing w:after="40"/>
        <w:jc w:val="center"/>
      </w:pPr>
      <w:r>
        <w:rPr>
          <w:noProof/>
        </w:rPr>
        <w:drawing>
          <wp:inline distT="0" distB="0" distL="0" distR="0" wp14:anchorId="23386A58" wp14:editId="465466CB">
            <wp:extent cx="3977639" cy="1325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eding_our_people_valley_harvest.png"/>
                    <pic:cNvPicPr/>
                  </pic:nvPicPr>
                  <pic:blipFill>
                    <a:blip r:embed="rId6"/>
                    <a:stretch>
                      <a:fillRect/>
                    </a:stretch>
                  </pic:blipFill>
                  <pic:spPr>
                    <a:xfrm>
                      <a:off x="0" y="0"/>
                      <a:ext cx="3977639" cy="1325880"/>
                    </a:xfrm>
                    <a:prstGeom prst="rect">
                      <a:avLst/>
                    </a:prstGeom>
                  </pic:spPr>
                </pic:pic>
              </a:graphicData>
            </a:graphic>
          </wp:inline>
        </w:drawing>
      </w:r>
    </w:p>
    <w:p w14:paraId="586B4530" w14:textId="3B740303" w:rsidR="00E07D61" w:rsidRDefault="006642D8">
      <w:pPr>
        <w:spacing w:after="60"/>
        <w:jc w:val="center"/>
        <w:rPr>
          <w:b/>
          <w:color w:val="7E542C"/>
          <w:sz w:val="18"/>
        </w:rPr>
      </w:pPr>
      <w:r>
        <w:rPr>
          <w:b/>
          <w:color w:val="7E542C"/>
          <w:sz w:val="18"/>
        </w:rPr>
        <w:t xml:space="preserve"> </w:t>
      </w:r>
      <w:r w:rsidRPr="00454408">
        <w:rPr>
          <w:b/>
          <w:color w:val="7E542C"/>
          <w:sz w:val="28"/>
          <w:szCs w:val="28"/>
        </w:rPr>
        <w:t>SPONSOR</w:t>
      </w:r>
      <w:r w:rsidR="00166E4D" w:rsidRPr="00454408">
        <w:rPr>
          <w:b/>
          <w:color w:val="7E542C"/>
          <w:sz w:val="28"/>
          <w:szCs w:val="28"/>
        </w:rPr>
        <w:t>ED BY</w:t>
      </w:r>
      <w:r w:rsidR="00454408">
        <w:rPr>
          <w:b/>
          <w:color w:val="7E542C"/>
          <w:sz w:val="18"/>
        </w:rPr>
        <w:t xml:space="preserve"> </w:t>
      </w:r>
      <w:r>
        <w:rPr>
          <w:b/>
          <w:color w:val="7E542C"/>
          <w:sz w:val="18"/>
        </w:rPr>
        <w:t xml:space="preserve">   </w:t>
      </w:r>
      <w:r>
        <w:rPr>
          <w:noProof/>
        </w:rPr>
        <w:drawing>
          <wp:inline distT="0" distB="0" distL="0" distR="0" wp14:anchorId="2EF855C2" wp14:editId="7F6F2C45">
            <wp:extent cx="2956511"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_rogers_logos_main-07 (003).png"/>
                    <pic:cNvPicPr/>
                  </pic:nvPicPr>
                  <pic:blipFill>
                    <a:blip r:embed="rId7"/>
                    <a:stretch>
                      <a:fillRect/>
                    </a:stretch>
                  </pic:blipFill>
                  <pic:spPr>
                    <a:xfrm>
                      <a:off x="0" y="0"/>
                      <a:ext cx="2968057" cy="975344"/>
                    </a:xfrm>
                    <a:prstGeom prst="rect">
                      <a:avLst/>
                    </a:prstGeom>
                  </pic:spPr>
                </pic:pic>
              </a:graphicData>
            </a:graphic>
          </wp:inline>
        </w:drawing>
      </w:r>
    </w:p>
    <w:p w14:paraId="264A2831" w14:textId="77777777" w:rsidR="00E07D61" w:rsidRDefault="006642D8">
      <w:pPr>
        <w:spacing w:after="40"/>
        <w:jc w:val="center"/>
      </w:pPr>
      <w:r>
        <w:rPr>
          <w:b/>
          <w:color w:val="30604B"/>
          <w:sz w:val="23"/>
        </w:rPr>
        <w:t>2027 AGRICULTURE &amp; PRODUCER CELEBRATION</w:t>
      </w:r>
    </w:p>
    <w:p w14:paraId="05F4ACE8" w14:textId="77777777" w:rsidR="00E07D61" w:rsidRDefault="006642D8">
      <w:pPr>
        <w:spacing w:after="80"/>
        <w:jc w:val="center"/>
      </w:pPr>
      <w:r>
        <w:rPr>
          <w:b/>
          <w:color w:val="7E542C"/>
          <w:sz w:val="36"/>
        </w:rPr>
        <w:t>Celebrating Women in Agriculture</w:t>
      </w:r>
    </w:p>
    <w:p w14:paraId="1699F03D" w14:textId="77777777" w:rsidR="00E07D61" w:rsidRPr="00FA49A9" w:rsidRDefault="006642D8">
      <w:pPr>
        <w:spacing w:after="140"/>
        <w:jc w:val="center"/>
        <w:rPr>
          <w:sz w:val="22"/>
        </w:rPr>
      </w:pPr>
      <w:r w:rsidRPr="00FA49A9">
        <w:rPr>
          <w:b/>
          <w:color w:val="30604B"/>
          <w:sz w:val="22"/>
        </w:rPr>
        <w:t>THURSDAY, FEBRUARY 11, 2027   |   4:30–8:00 PM   |   CLEARWATER CASINO, LEWISTON</w:t>
      </w:r>
    </w:p>
    <w:p w14:paraId="2AA2113A" w14:textId="3E52EC98" w:rsidR="00E07D61" w:rsidRPr="00FA49A9" w:rsidRDefault="006642D8">
      <w:pPr>
        <w:spacing w:after="80"/>
        <w:rPr>
          <w:sz w:val="22"/>
        </w:rPr>
      </w:pPr>
      <w:r w:rsidRPr="00FA49A9">
        <w:rPr>
          <w:color w:val="373737"/>
          <w:sz w:val="22"/>
        </w:rPr>
        <w:t>Join the LC Valley Chamber of Commerce</w:t>
      </w:r>
      <w:r w:rsidR="000C7FB0">
        <w:rPr>
          <w:color w:val="373737"/>
          <w:sz w:val="22"/>
        </w:rPr>
        <w:t xml:space="preserve"> at NO COST</w:t>
      </w:r>
      <w:r w:rsidR="004135FE">
        <w:rPr>
          <w:color w:val="373737"/>
          <w:sz w:val="22"/>
        </w:rPr>
        <w:t xml:space="preserve">, </w:t>
      </w:r>
      <w:r w:rsidRPr="00FA49A9">
        <w:rPr>
          <w:color w:val="373737"/>
          <w:sz w:val="22"/>
        </w:rPr>
        <w:t xml:space="preserve"> for an evening honoring</w:t>
      </w:r>
      <w:r w:rsidR="00522BA9">
        <w:rPr>
          <w:color w:val="373737"/>
          <w:sz w:val="22"/>
        </w:rPr>
        <w:t xml:space="preserve"> you,</w:t>
      </w:r>
      <w:r w:rsidRPr="00FA49A9">
        <w:rPr>
          <w:color w:val="373737"/>
          <w:sz w:val="22"/>
        </w:rPr>
        <w:t xml:space="preserve"> the people who feed our communities and power our regional agricultural economy. Feeding Our People is a special invitation to farmers, ranchers, producers, and agricultural families throughout our region.</w:t>
      </w:r>
    </w:p>
    <w:p w14:paraId="267BB956" w14:textId="0FD61013" w:rsidR="00E07D61" w:rsidRPr="00FA49A9" w:rsidRDefault="006642D8">
      <w:pPr>
        <w:spacing w:after="100"/>
        <w:rPr>
          <w:sz w:val="22"/>
        </w:rPr>
      </w:pPr>
      <w:r w:rsidRPr="00FA49A9">
        <w:rPr>
          <w:color w:val="373737"/>
          <w:sz w:val="22"/>
        </w:rPr>
        <w:t xml:space="preserve">From cattle and grains to fruits, vegetables, and other food production, we invite agricultural producers to gather for an evening of appreciation, connection, and recognition. This year, we are also proud to </w:t>
      </w:r>
      <w:r w:rsidR="004A703C">
        <w:rPr>
          <w:color w:val="373737"/>
          <w:sz w:val="22"/>
        </w:rPr>
        <w:t>celebrate</w:t>
      </w:r>
      <w:r w:rsidRPr="00FA49A9">
        <w:rPr>
          <w:color w:val="373737"/>
          <w:sz w:val="22"/>
        </w:rPr>
        <w:t xml:space="preserve"> the leadership and dedication of women in agriculture.</w:t>
      </w:r>
    </w:p>
    <w:p w14:paraId="7381D4DB" w14:textId="77777777" w:rsidR="00E07D61" w:rsidRDefault="006642D8">
      <w:pPr>
        <w:spacing w:before="40" w:after="80"/>
      </w:pPr>
      <w:r>
        <w:rPr>
          <w:b/>
          <w:color w:val="30604B"/>
          <w:sz w:val="26"/>
        </w:rPr>
        <w:t>AN EVENING TO CONNECT, CELEBRATE &amp; SUPPORT THE NEXT GENERATION</w:t>
      </w:r>
    </w:p>
    <w:p w14:paraId="56CFD3BD" w14:textId="77777777" w:rsidR="00E07D61" w:rsidRDefault="006642D8">
      <w:pPr>
        <w:spacing w:after="40"/>
        <w:ind w:left="173" w:hanging="29"/>
      </w:pPr>
      <w:r>
        <w:rPr>
          <w:color w:val="AF9158"/>
        </w:rPr>
        <w:t xml:space="preserve">🌾  </w:t>
      </w:r>
      <w:r>
        <w:rPr>
          <w:b/>
          <w:color w:val="30604B"/>
          <w:sz w:val="20"/>
        </w:rPr>
        <w:t xml:space="preserve">Business Expo: </w:t>
      </w:r>
      <w:r>
        <w:rPr>
          <w:color w:val="373737"/>
          <w:sz w:val="20"/>
        </w:rPr>
        <w:t>Meet agriculture producers and connect local businesses with the farmers and ranchers serving our region.</w:t>
      </w:r>
    </w:p>
    <w:p w14:paraId="7DFACF00" w14:textId="77777777" w:rsidR="00E07D61" w:rsidRDefault="006642D8">
      <w:pPr>
        <w:spacing w:after="40"/>
        <w:ind w:left="173" w:hanging="29"/>
      </w:pPr>
      <w:r>
        <w:rPr>
          <w:color w:val="AF9158"/>
        </w:rPr>
        <w:t xml:space="preserve">🌾  </w:t>
      </w:r>
      <w:r>
        <w:rPr>
          <w:b/>
          <w:color w:val="30604B"/>
          <w:sz w:val="20"/>
        </w:rPr>
        <w:t xml:space="preserve">Steak Dinner: </w:t>
      </w:r>
      <w:r>
        <w:rPr>
          <w:color w:val="373737"/>
          <w:sz w:val="20"/>
        </w:rPr>
        <w:t>Enjoy a shared meal while celebrating agriculture and the people behind it.</w:t>
      </w:r>
    </w:p>
    <w:p w14:paraId="19E42EEF" w14:textId="77777777" w:rsidR="00E07D61" w:rsidRDefault="006642D8">
      <w:pPr>
        <w:spacing w:after="40"/>
        <w:ind w:left="173" w:hanging="29"/>
      </w:pPr>
      <w:r>
        <w:rPr>
          <w:color w:val="AF9158"/>
        </w:rPr>
        <w:t xml:space="preserve">🌾  </w:t>
      </w:r>
      <w:r>
        <w:rPr>
          <w:b/>
          <w:color w:val="30604B"/>
          <w:sz w:val="20"/>
        </w:rPr>
        <w:t xml:space="preserve">Women in Agriculture: </w:t>
      </w:r>
      <w:r>
        <w:rPr>
          <w:color w:val="373737"/>
          <w:sz w:val="20"/>
        </w:rPr>
        <w:t>Hear personal stories from women who live and lead in agriculture every day.</w:t>
      </w:r>
    </w:p>
    <w:p w14:paraId="61E94B15" w14:textId="77777777" w:rsidR="00E07D61" w:rsidRDefault="006642D8">
      <w:pPr>
        <w:spacing w:after="40"/>
        <w:ind w:left="173" w:hanging="29"/>
      </w:pPr>
      <w:r>
        <w:rPr>
          <w:color w:val="AF9158"/>
        </w:rPr>
        <w:t xml:space="preserve">🌾  </w:t>
      </w:r>
      <w:r>
        <w:rPr>
          <w:b/>
          <w:color w:val="30604B"/>
          <w:sz w:val="20"/>
        </w:rPr>
        <w:t xml:space="preserve">FFA Chapter Highlights: </w:t>
      </w:r>
      <w:r>
        <w:rPr>
          <w:color w:val="373737"/>
          <w:sz w:val="20"/>
        </w:rPr>
        <w:t>Celebrate wins, achievements, and the future of agriculture through our area FFA chapters.</w:t>
      </w:r>
    </w:p>
    <w:p w14:paraId="4DF250AD" w14:textId="77777777" w:rsidR="00E07D61" w:rsidRDefault="006642D8">
      <w:pPr>
        <w:spacing w:after="40"/>
        <w:ind w:left="173" w:hanging="29"/>
      </w:pPr>
      <w:r>
        <w:rPr>
          <w:color w:val="AF9158"/>
        </w:rPr>
        <w:t xml:space="preserve">🌾  </w:t>
      </w:r>
      <w:r>
        <w:rPr>
          <w:b/>
          <w:color w:val="30604B"/>
          <w:sz w:val="20"/>
        </w:rPr>
        <w:t xml:space="preserve">Producer of the Year: </w:t>
      </w:r>
      <w:r>
        <w:rPr>
          <w:color w:val="373737"/>
          <w:sz w:val="20"/>
        </w:rPr>
        <w:t>Recognize an exceptional regional producer for their contributions.</w:t>
      </w:r>
    </w:p>
    <w:p w14:paraId="640DD3D6" w14:textId="77777777" w:rsidR="00E07D61" w:rsidRDefault="006642D8">
      <w:pPr>
        <w:spacing w:after="40"/>
        <w:ind w:left="173" w:hanging="29"/>
      </w:pPr>
      <w:r>
        <w:rPr>
          <w:color w:val="AF9158"/>
        </w:rPr>
        <w:t xml:space="preserve">🌾  </w:t>
      </w:r>
      <w:r>
        <w:rPr>
          <w:b/>
          <w:color w:val="30604B"/>
          <w:sz w:val="20"/>
        </w:rPr>
        <w:t xml:space="preserve">Student Scholarships: </w:t>
      </w:r>
      <w:r>
        <w:rPr>
          <w:color w:val="373737"/>
          <w:sz w:val="20"/>
        </w:rPr>
        <w:t>Celebrate three student scholarship awards: 1st place $2,500, 2nd place $1,500, and 3rd place $1,000.</w:t>
      </w:r>
    </w:p>
    <w:p w14:paraId="0184B487" w14:textId="77777777" w:rsidR="00E07D61" w:rsidRDefault="006642D8">
      <w:pPr>
        <w:spacing w:after="40"/>
        <w:ind w:left="173" w:hanging="29"/>
      </w:pPr>
      <w:r>
        <w:rPr>
          <w:color w:val="AF9158"/>
        </w:rPr>
        <w:t xml:space="preserve">🌾  </w:t>
      </w:r>
      <w:r>
        <w:rPr>
          <w:b/>
          <w:color w:val="30604B"/>
          <w:sz w:val="20"/>
        </w:rPr>
        <w:t xml:space="preserve">Silent Auction: </w:t>
      </w:r>
      <w:r>
        <w:rPr>
          <w:color w:val="373737"/>
          <w:sz w:val="20"/>
        </w:rPr>
        <w:t>Help raise $5,000 for scholarships benefiting agriculture students graduating in 2028.</w:t>
      </w:r>
    </w:p>
    <w:p w14:paraId="5B0E5537" w14:textId="77777777" w:rsidR="00E07D61" w:rsidRDefault="006642D8">
      <w:pPr>
        <w:spacing w:before="100" w:after="60"/>
      </w:pPr>
      <w:r>
        <w:rPr>
          <w:b/>
          <w:color w:val="30604B"/>
          <w:sz w:val="25"/>
        </w:rPr>
        <w:t>A REGION-WIDE INVITATION</w:t>
      </w:r>
    </w:p>
    <w:p w14:paraId="4FE80555" w14:textId="214F6BBE" w:rsidR="00E07D61" w:rsidRPr="00FA49A9" w:rsidRDefault="006642D8">
      <w:pPr>
        <w:spacing w:after="60"/>
        <w:rPr>
          <w:sz w:val="22"/>
        </w:rPr>
      </w:pPr>
      <w:r w:rsidRPr="00FA49A9">
        <w:rPr>
          <w:color w:val="373737"/>
          <w:sz w:val="22"/>
        </w:rPr>
        <w:t xml:space="preserve">We welcome producers and businesses throughout the LC Valley, Pullman, Moscow, and surrounding agricultural communities. </w:t>
      </w:r>
      <w:r w:rsidR="00FA49A9">
        <w:rPr>
          <w:color w:val="373737"/>
          <w:sz w:val="22"/>
        </w:rPr>
        <w:t>Agricultural</w:t>
      </w:r>
      <w:r w:rsidRPr="00FA49A9">
        <w:rPr>
          <w:color w:val="373737"/>
          <w:sz w:val="22"/>
        </w:rPr>
        <w:t xml:space="preserve"> producers are invited to attend at no cost. Businesses are encouraged to participate, sponsor tables, and connect with the producers who help sustain our region.</w:t>
      </w:r>
    </w:p>
    <w:p w14:paraId="132177D5" w14:textId="77777777" w:rsidR="00E07D61" w:rsidRDefault="006642D8">
      <w:pPr>
        <w:spacing w:after="100"/>
      </w:pPr>
      <w:r w:rsidRPr="00FA49A9">
        <w:rPr>
          <w:color w:val="373737"/>
          <w:sz w:val="22"/>
        </w:rPr>
        <w:t>Businesses sponsor tables with four seats for their own guests and four seats for producers. Sponsors may invite producers they know, or the Chamber will help match registered producers with a table. Producers may register online or by completing the return form on page 2</w:t>
      </w:r>
      <w:r>
        <w:rPr>
          <w:color w:val="373737"/>
        </w:rPr>
        <w:t>.</w:t>
      </w:r>
    </w:p>
    <w:p w14:paraId="05FED3B7" w14:textId="77777777" w:rsidR="00E07D61" w:rsidRDefault="006642D8">
      <w:pPr>
        <w:spacing w:after="0"/>
        <w:jc w:val="center"/>
      </w:pPr>
      <w:r>
        <w:rPr>
          <w:b/>
          <w:color w:val="7E542C"/>
          <w:sz w:val="20"/>
        </w:rPr>
        <w:t>Registration deadline: February 6, 2027  |  Presented by the LC Valley Chamber of Commerce</w:t>
      </w:r>
    </w:p>
    <w:p w14:paraId="1C0CC2D6" w14:textId="77777777" w:rsidR="00E07D61" w:rsidRDefault="00E07D61">
      <w:pPr>
        <w:sectPr w:rsidR="00E07D61">
          <w:pgSz w:w="12240" w:h="15840"/>
          <w:pgMar w:top="576" w:right="893" w:bottom="576" w:left="893" w:header="720" w:footer="720" w:gutter="0"/>
          <w:cols w:space="720"/>
          <w:docGrid w:linePitch="360"/>
        </w:sectPr>
      </w:pPr>
    </w:p>
    <w:p w14:paraId="15118BEB" w14:textId="77777777" w:rsidR="00E6527E" w:rsidRDefault="00E6527E">
      <w:pPr>
        <w:spacing w:after="40"/>
        <w:jc w:val="center"/>
        <w:rPr>
          <w:b/>
          <w:color w:val="30604B"/>
          <w:sz w:val="28"/>
          <w:szCs w:val="28"/>
        </w:rPr>
      </w:pPr>
    </w:p>
    <w:p w14:paraId="309B5DCA" w14:textId="512F0CF9" w:rsidR="00E07D61" w:rsidRPr="00E6527E" w:rsidRDefault="006642D8">
      <w:pPr>
        <w:spacing w:after="40"/>
        <w:jc w:val="center"/>
        <w:rPr>
          <w:sz w:val="28"/>
          <w:szCs w:val="28"/>
        </w:rPr>
      </w:pPr>
      <w:r w:rsidRPr="00E6527E">
        <w:rPr>
          <w:b/>
          <w:color w:val="30604B"/>
          <w:sz w:val="28"/>
          <w:szCs w:val="28"/>
        </w:rPr>
        <w:t>2027 AGRICULTURE &amp; PRODUCER CELEBRATION</w:t>
      </w:r>
    </w:p>
    <w:p w14:paraId="5369E440" w14:textId="77777777" w:rsidR="00E07D61" w:rsidRPr="00E6527E" w:rsidRDefault="006642D8">
      <w:pPr>
        <w:spacing w:after="80"/>
        <w:jc w:val="center"/>
        <w:rPr>
          <w:sz w:val="32"/>
          <w:szCs w:val="32"/>
        </w:rPr>
      </w:pPr>
      <w:r w:rsidRPr="00E6527E">
        <w:rPr>
          <w:b/>
          <w:color w:val="7E542C"/>
          <w:sz w:val="32"/>
          <w:szCs w:val="32"/>
        </w:rPr>
        <w:t>Producer RSVP &amp; Producer of the Year Nomination</w:t>
      </w:r>
    </w:p>
    <w:p w14:paraId="20664B3C" w14:textId="77777777" w:rsidR="00E07D61" w:rsidRDefault="006642D8">
      <w:pPr>
        <w:spacing w:after="100"/>
        <w:jc w:val="center"/>
        <w:rPr>
          <w:b/>
          <w:color w:val="30604B"/>
        </w:rPr>
      </w:pPr>
      <w:r>
        <w:rPr>
          <w:b/>
          <w:color w:val="30604B"/>
        </w:rPr>
        <w:t>THURSDAY, FEBRUARY 11, 2027   |   CLEARWATER CASINO   |   4:30–8:00 PM</w:t>
      </w:r>
    </w:p>
    <w:p w14:paraId="72DDCBB3" w14:textId="522EF88F" w:rsidR="00B14099" w:rsidRPr="00285840" w:rsidRDefault="00B14099">
      <w:pPr>
        <w:spacing w:after="100"/>
        <w:jc w:val="center"/>
        <w:rPr>
          <w:b/>
          <w:color w:val="30604B"/>
          <w:sz w:val="24"/>
          <w:szCs w:val="24"/>
        </w:rPr>
      </w:pPr>
      <w:r w:rsidRPr="00285840">
        <w:rPr>
          <w:b/>
          <w:color w:val="30604B"/>
          <w:sz w:val="24"/>
          <w:szCs w:val="24"/>
        </w:rPr>
        <w:t>S</w:t>
      </w:r>
      <w:r w:rsidR="00285840" w:rsidRPr="00285840">
        <w:rPr>
          <w:b/>
          <w:color w:val="30604B"/>
          <w:sz w:val="24"/>
          <w:szCs w:val="24"/>
        </w:rPr>
        <w:t>ponsored By</w:t>
      </w:r>
    </w:p>
    <w:p w14:paraId="41F1C080" w14:textId="02CF5905" w:rsidR="00B14099" w:rsidRDefault="00B14099">
      <w:pPr>
        <w:spacing w:after="100"/>
        <w:jc w:val="center"/>
        <w:rPr>
          <w:b/>
          <w:color w:val="30604B"/>
        </w:rPr>
      </w:pPr>
      <w:r>
        <w:rPr>
          <w:noProof/>
        </w:rPr>
        <w:drawing>
          <wp:inline distT="0" distB="0" distL="0" distR="0" wp14:anchorId="6796C0A6" wp14:editId="4A339710">
            <wp:extent cx="2466975" cy="810681"/>
            <wp:effectExtent l="0" t="0" r="0" b="0"/>
            <wp:docPr id="1880848345" name="Picture 188084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_rogers_logos_main-07 (003).png"/>
                    <pic:cNvPicPr/>
                  </pic:nvPicPr>
                  <pic:blipFill>
                    <a:blip r:embed="rId7"/>
                    <a:stretch>
                      <a:fillRect/>
                    </a:stretch>
                  </pic:blipFill>
                  <pic:spPr>
                    <a:xfrm>
                      <a:off x="0" y="0"/>
                      <a:ext cx="2486510" cy="817100"/>
                    </a:xfrm>
                    <a:prstGeom prst="rect">
                      <a:avLst/>
                    </a:prstGeom>
                  </pic:spPr>
                </pic:pic>
              </a:graphicData>
            </a:graphic>
          </wp:inline>
        </w:drawing>
      </w:r>
    </w:p>
    <w:p w14:paraId="36B93795" w14:textId="77777777" w:rsidR="00B14099" w:rsidRDefault="00B14099">
      <w:pPr>
        <w:spacing w:after="100"/>
        <w:jc w:val="center"/>
      </w:pPr>
    </w:p>
    <w:p w14:paraId="18D9B1F8" w14:textId="77777777" w:rsidR="00E07D61" w:rsidRDefault="006642D8">
      <w:pPr>
        <w:spacing w:after="120"/>
        <w:jc w:val="center"/>
      </w:pPr>
      <w:r>
        <w:rPr>
          <w:b/>
          <w:color w:val="7E542C"/>
          <w:sz w:val="20"/>
        </w:rPr>
        <w:t>[ QR CODE PLACEHOLDER — ADD FINAL CODE HERE ]</w:t>
      </w:r>
    </w:p>
    <w:p w14:paraId="728D3DAC" w14:textId="77777777" w:rsidR="00E07D61" w:rsidRDefault="006642D8">
      <w:pPr>
        <w:spacing w:after="100"/>
      </w:pPr>
      <w:r>
        <w:rPr>
          <w:color w:val="373737"/>
        </w:rPr>
        <w:t>Please complete and return this form by February 6, 2027. Admission for agricultural producers is free.</w:t>
      </w:r>
    </w:p>
    <w:p w14:paraId="2F83F3BC" w14:textId="77777777" w:rsidR="00E07D61" w:rsidRDefault="006642D8">
      <w:pPr>
        <w:spacing w:before="20" w:after="60"/>
      </w:pPr>
      <w:r>
        <w:rPr>
          <w:b/>
          <w:color w:val="30604B"/>
          <w:sz w:val="26"/>
        </w:rPr>
        <w:t>PRODUCER RSVP</w:t>
      </w:r>
    </w:p>
    <w:p w14:paraId="742A3DB3" w14:textId="77777777" w:rsidR="00E07D61" w:rsidRDefault="006642D8">
      <w:pPr>
        <w:spacing w:after="60"/>
      </w:pPr>
      <w:r>
        <w:rPr>
          <w:color w:val="373737"/>
        </w:rPr>
        <w:t>Farm / Ranch / Business Name: _________________________________________________</w:t>
      </w:r>
    </w:p>
    <w:p w14:paraId="138DE408" w14:textId="1F5548DA" w:rsidR="00E07D61" w:rsidRDefault="006642D8">
      <w:pPr>
        <w:spacing w:after="60"/>
      </w:pPr>
      <w:r>
        <w:rPr>
          <w:color w:val="373737"/>
        </w:rPr>
        <w:t>Primary Contact: ____________________________________________________________</w:t>
      </w:r>
    </w:p>
    <w:p w14:paraId="4571BEE1" w14:textId="77777777" w:rsidR="00E07D61" w:rsidRDefault="006642D8">
      <w:pPr>
        <w:spacing w:after="60"/>
      </w:pPr>
      <w:r>
        <w:rPr>
          <w:color w:val="373737"/>
        </w:rPr>
        <w:t>Phone: ______________________________    Email: ______________________________</w:t>
      </w:r>
    </w:p>
    <w:p w14:paraId="37B48B84" w14:textId="77777777" w:rsidR="00E07D61" w:rsidRDefault="006642D8">
      <w:pPr>
        <w:spacing w:after="60"/>
      </w:pPr>
      <w:r>
        <w:rPr>
          <w:b/>
          <w:color w:val="373737"/>
        </w:rPr>
        <w:t>Please list the full names of everyone attending, including yourself:</w:t>
      </w:r>
    </w:p>
    <w:p w14:paraId="24590F43" w14:textId="77777777" w:rsidR="00E07D61" w:rsidRDefault="006642D8">
      <w:pPr>
        <w:spacing w:after="40"/>
      </w:pPr>
      <w:r>
        <w:rPr>
          <w:color w:val="373737"/>
        </w:rPr>
        <w:t>1. _______________________________________________________________________</w:t>
      </w:r>
    </w:p>
    <w:p w14:paraId="07AB3BAF" w14:textId="77777777" w:rsidR="00E07D61" w:rsidRDefault="006642D8">
      <w:pPr>
        <w:spacing w:after="40"/>
      </w:pPr>
      <w:r>
        <w:rPr>
          <w:color w:val="373737"/>
        </w:rPr>
        <w:t>2. _______________________________________________________________________</w:t>
      </w:r>
    </w:p>
    <w:p w14:paraId="4F1D60D8" w14:textId="77777777" w:rsidR="00E07D61" w:rsidRDefault="006642D8">
      <w:pPr>
        <w:spacing w:after="40"/>
      </w:pPr>
      <w:r>
        <w:rPr>
          <w:color w:val="373737"/>
        </w:rPr>
        <w:t>3. _______________________________________________________________________</w:t>
      </w:r>
    </w:p>
    <w:p w14:paraId="3519281E" w14:textId="77777777" w:rsidR="00E07D61" w:rsidRDefault="006642D8">
      <w:pPr>
        <w:spacing w:after="40"/>
      </w:pPr>
      <w:r>
        <w:rPr>
          <w:color w:val="373737"/>
        </w:rPr>
        <w:t>4. _______________________________________________________________________</w:t>
      </w:r>
    </w:p>
    <w:p w14:paraId="2124E516" w14:textId="32FACCD6" w:rsidR="00E07D61" w:rsidRDefault="006642D8">
      <w:pPr>
        <w:spacing w:after="40"/>
        <w:rPr>
          <w:color w:val="373737"/>
        </w:rPr>
      </w:pPr>
      <w:r>
        <w:rPr>
          <w:color w:val="373737"/>
        </w:rPr>
        <w:t>Additional attendees (attach a list if needed): ____________________________________</w:t>
      </w:r>
      <w:r w:rsidR="00285840">
        <w:rPr>
          <w:color w:val="373737"/>
        </w:rPr>
        <w:t>___</w:t>
      </w:r>
      <w:r>
        <w:rPr>
          <w:color w:val="373737"/>
        </w:rPr>
        <w:t>__</w:t>
      </w:r>
    </w:p>
    <w:p w14:paraId="0668F718" w14:textId="77777777" w:rsidR="00285840" w:rsidRDefault="00285840">
      <w:pPr>
        <w:spacing w:after="40"/>
      </w:pPr>
    </w:p>
    <w:p w14:paraId="1F753CD5" w14:textId="77777777" w:rsidR="00E07D61" w:rsidRDefault="006642D8">
      <w:pPr>
        <w:spacing w:before="100" w:after="20"/>
      </w:pPr>
      <w:r>
        <w:rPr>
          <w:b/>
          <w:color w:val="30604B"/>
          <w:sz w:val="26"/>
        </w:rPr>
        <w:t>PRODUCER OF THE YEAR</w:t>
      </w:r>
    </w:p>
    <w:p w14:paraId="6FAB87ED" w14:textId="77777777" w:rsidR="00E07D61" w:rsidRDefault="006642D8">
      <w:pPr>
        <w:spacing w:after="60"/>
      </w:pPr>
      <w:r>
        <w:rPr>
          <w:b/>
          <w:color w:val="7E542C"/>
          <w:sz w:val="27"/>
        </w:rPr>
        <w:t>Nomination Ballot</w:t>
      </w:r>
    </w:p>
    <w:p w14:paraId="228A730E" w14:textId="77777777" w:rsidR="00E07D61" w:rsidRDefault="006642D8">
      <w:pPr>
        <w:spacing w:after="80"/>
      </w:pPr>
      <w:r>
        <w:rPr>
          <w:color w:val="373737"/>
        </w:rPr>
        <w:t>Nominate a farmer, rancher, or food producer whose dedication, leadership, or service has made a difference in our region.</w:t>
      </w:r>
    </w:p>
    <w:p w14:paraId="346C9F8D" w14:textId="77777777" w:rsidR="00E07D61" w:rsidRDefault="006642D8">
      <w:pPr>
        <w:spacing w:after="40"/>
      </w:pPr>
      <w:r>
        <w:rPr>
          <w:color w:val="373737"/>
        </w:rPr>
        <w:t>Nominee Name: ______________________________________________________________</w:t>
      </w:r>
    </w:p>
    <w:p w14:paraId="4631B84B" w14:textId="7076B774" w:rsidR="00E07D61" w:rsidRDefault="006642D8">
      <w:pPr>
        <w:spacing w:after="40"/>
      </w:pPr>
      <w:r>
        <w:rPr>
          <w:color w:val="373737"/>
        </w:rPr>
        <w:t>Farm / Ranch / Business: ___________________________________________________</w:t>
      </w:r>
      <w:r w:rsidR="008B1AED">
        <w:rPr>
          <w:color w:val="373737"/>
        </w:rPr>
        <w:t>____</w:t>
      </w:r>
      <w:r>
        <w:rPr>
          <w:color w:val="373737"/>
        </w:rPr>
        <w:t>_</w:t>
      </w:r>
    </w:p>
    <w:p w14:paraId="7C77E770" w14:textId="77777777" w:rsidR="00E07D61" w:rsidRDefault="006642D8">
      <w:pPr>
        <w:spacing w:after="40"/>
      </w:pPr>
      <w:r>
        <w:rPr>
          <w:color w:val="373737"/>
        </w:rPr>
        <w:t>Why does this producer deserve recognition?</w:t>
      </w:r>
    </w:p>
    <w:p w14:paraId="1EF6BDDC" w14:textId="77777777" w:rsidR="00E07D61" w:rsidRDefault="006642D8">
      <w:pPr>
        <w:spacing w:after="40"/>
      </w:pPr>
      <w:r>
        <w:rPr>
          <w:color w:val="373737"/>
        </w:rPr>
        <w:t>____________________________________________________________________________</w:t>
      </w:r>
    </w:p>
    <w:p w14:paraId="7ADE524C" w14:textId="77777777" w:rsidR="00E07D61" w:rsidRDefault="006642D8">
      <w:pPr>
        <w:spacing w:after="40"/>
      </w:pPr>
      <w:r>
        <w:rPr>
          <w:color w:val="373737"/>
        </w:rPr>
        <w:t>____________________________________________________________________________</w:t>
      </w:r>
    </w:p>
    <w:p w14:paraId="3E082259" w14:textId="4C2F5B1C" w:rsidR="00E07D61" w:rsidRDefault="006642D8">
      <w:pPr>
        <w:spacing w:after="40"/>
      </w:pPr>
      <w:r>
        <w:rPr>
          <w:color w:val="373737"/>
        </w:rPr>
        <w:t>Nominated by: ____________________________________________________________</w:t>
      </w:r>
      <w:r w:rsidR="008B1AED">
        <w:rPr>
          <w:color w:val="373737"/>
        </w:rPr>
        <w:t>___</w:t>
      </w:r>
      <w:r>
        <w:rPr>
          <w:color w:val="373737"/>
        </w:rPr>
        <w:t>__</w:t>
      </w:r>
    </w:p>
    <w:p w14:paraId="591A8A2B" w14:textId="2207C675" w:rsidR="00E07D61" w:rsidRDefault="006642D8">
      <w:pPr>
        <w:spacing w:after="40"/>
      </w:pPr>
      <w:r>
        <w:rPr>
          <w:color w:val="373737"/>
        </w:rPr>
        <w:t>Your Phone / Email: _______________________________________________________</w:t>
      </w:r>
      <w:r w:rsidR="008B1AED">
        <w:rPr>
          <w:color w:val="373737"/>
        </w:rPr>
        <w:t>____</w:t>
      </w:r>
      <w:r>
        <w:rPr>
          <w:color w:val="373737"/>
        </w:rPr>
        <w:t>__</w:t>
      </w:r>
    </w:p>
    <w:p w14:paraId="3FD034CF" w14:textId="77777777" w:rsidR="00285840" w:rsidRDefault="00285840">
      <w:pPr>
        <w:spacing w:after="20"/>
        <w:jc w:val="center"/>
        <w:rPr>
          <w:b/>
          <w:color w:val="7E542C"/>
          <w:sz w:val="20"/>
        </w:rPr>
      </w:pPr>
    </w:p>
    <w:p w14:paraId="17182949" w14:textId="77777777" w:rsidR="00285840" w:rsidRDefault="00285840">
      <w:pPr>
        <w:spacing w:after="20"/>
        <w:jc w:val="center"/>
        <w:rPr>
          <w:b/>
          <w:color w:val="7E542C"/>
          <w:sz w:val="20"/>
        </w:rPr>
      </w:pPr>
    </w:p>
    <w:p w14:paraId="6A338BA7" w14:textId="3186AFEF" w:rsidR="00E07D61" w:rsidRDefault="006642D8">
      <w:pPr>
        <w:spacing w:after="20"/>
        <w:jc w:val="center"/>
      </w:pPr>
      <w:r>
        <w:rPr>
          <w:b/>
          <w:color w:val="7E542C"/>
          <w:sz w:val="20"/>
        </w:rPr>
        <w:t>RETURN TO THE LC VALLEY CHAMBER BY FEBRUARY 6, 2027</w:t>
      </w:r>
    </w:p>
    <w:p w14:paraId="5681856B" w14:textId="77777777" w:rsidR="00E07D61" w:rsidRDefault="006642D8">
      <w:pPr>
        <w:spacing w:after="20"/>
        <w:jc w:val="center"/>
      </w:pPr>
      <w:r>
        <w:rPr>
          <w:color w:val="373737"/>
          <w:sz w:val="19"/>
        </w:rPr>
        <w:t>Email: marklosh@lcvalleychamber.org  |  Mailing / drop-off address: [add address]</w:t>
      </w:r>
    </w:p>
    <w:p w14:paraId="41E84E76" w14:textId="77777777" w:rsidR="00E07D61" w:rsidRDefault="006642D8">
      <w:pPr>
        <w:spacing w:after="0"/>
        <w:jc w:val="center"/>
      </w:pPr>
      <w:r>
        <w:rPr>
          <w:color w:val="373737"/>
          <w:sz w:val="19"/>
        </w:rPr>
        <w:t>Questions? marklosh@lcvalleychamber.org  •  One nomination per completed ballot.</w:t>
      </w:r>
    </w:p>
    <w:sectPr w:rsidR="00E07D61" w:rsidSect="00034616">
      <w:pgSz w:w="12240" w:h="15840"/>
      <w:pgMar w:top="605"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924885">
    <w:abstractNumId w:val="8"/>
  </w:num>
  <w:num w:numId="2" w16cid:durableId="1766609455">
    <w:abstractNumId w:val="6"/>
  </w:num>
  <w:num w:numId="3" w16cid:durableId="426540837">
    <w:abstractNumId w:val="5"/>
  </w:num>
  <w:num w:numId="4" w16cid:durableId="409353582">
    <w:abstractNumId w:val="4"/>
  </w:num>
  <w:num w:numId="5" w16cid:durableId="1410301658">
    <w:abstractNumId w:val="7"/>
  </w:num>
  <w:num w:numId="6" w16cid:durableId="1183858731">
    <w:abstractNumId w:val="3"/>
  </w:num>
  <w:num w:numId="7" w16cid:durableId="1966423431">
    <w:abstractNumId w:val="2"/>
  </w:num>
  <w:num w:numId="8" w16cid:durableId="557060716">
    <w:abstractNumId w:val="1"/>
  </w:num>
  <w:num w:numId="9" w16cid:durableId="231820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EF7"/>
    <w:rsid w:val="00034616"/>
    <w:rsid w:val="0006063C"/>
    <w:rsid w:val="000C7FB0"/>
    <w:rsid w:val="0015074B"/>
    <w:rsid w:val="00166E4D"/>
    <w:rsid w:val="00285840"/>
    <w:rsid w:val="0029639D"/>
    <w:rsid w:val="00326F90"/>
    <w:rsid w:val="004135FE"/>
    <w:rsid w:val="00454408"/>
    <w:rsid w:val="004A703C"/>
    <w:rsid w:val="00522BA9"/>
    <w:rsid w:val="006642D8"/>
    <w:rsid w:val="008B1AED"/>
    <w:rsid w:val="008F0043"/>
    <w:rsid w:val="00AA1D8D"/>
    <w:rsid w:val="00B14099"/>
    <w:rsid w:val="00B47730"/>
    <w:rsid w:val="00CB0664"/>
    <w:rsid w:val="00E07D61"/>
    <w:rsid w:val="00E6527E"/>
    <w:rsid w:val="00FA49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93AAEFE-0F83-4993-8D0E-550B6CA2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eorgia" w:hAnsi="Georg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LC Valley Chamber of Commerce</cp:lastModifiedBy>
  <cp:revision>12</cp:revision>
  <dcterms:created xsi:type="dcterms:W3CDTF">2013-12-23T23:15:00Z</dcterms:created>
  <dcterms:modified xsi:type="dcterms:W3CDTF">2026-10-28T19:14:00Z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ed244529e1aeccec48f2eb67629d1cfcf9a5e82e55732289e1d34d8d57cca571</vt:lpwstr>
  </property>
</Properties>
</file>