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43163" w14:textId="77777777" w:rsidR="00964E47" w:rsidRDefault="00964E47" w:rsidP="00964E47">
      <w:pPr>
        <w:pStyle w:val="Title"/>
        <w:rPr>
          <w:b/>
          <w:sz w:val="40"/>
        </w:rPr>
      </w:pPr>
      <w:r>
        <w:rPr>
          <w:noProof/>
        </w:rPr>
        <w:drawing>
          <wp:anchor distT="0" distB="0" distL="114300" distR="114300" simplePos="0" relativeHeight="251661824" behindDoc="0" locked="0" layoutInCell="1" allowOverlap="1" wp14:anchorId="45375CB9" wp14:editId="188FCC9A">
            <wp:simplePos x="0" y="0"/>
            <wp:positionH relativeFrom="column">
              <wp:posOffset>1781175</wp:posOffset>
            </wp:positionH>
            <wp:positionV relativeFrom="paragraph">
              <wp:posOffset>-390525</wp:posOffset>
            </wp:positionV>
            <wp:extent cx="2112010" cy="1722755"/>
            <wp:effectExtent l="0" t="0" r="2540" b="0"/>
            <wp:wrapSquare wrapText="bothSides"/>
            <wp:docPr id="1989697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2010" cy="1722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D62220" w14:textId="77777777" w:rsidR="00964E47" w:rsidRDefault="00964E47" w:rsidP="00964E47">
      <w:pPr>
        <w:pStyle w:val="Title"/>
        <w:rPr>
          <w:b/>
          <w:sz w:val="40"/>
        </w:rPr>
      </w:pPr>
    </w:p>
    <w:p w14:paraId="20B344BB" w14:textId="77777777" w:rsidR="00964E47" w:rsidRDefault="00964E47" w:rsidP="00964E47">
      <w:pPr>
        <w:pStyle w:val="Title"/>
        <w:rPr>
          <w:b/>
          <w:sz w:val="40"/>
        </w:rPr>
      </w:pPr>
    </w:p>
    <w:p w14:paraId="4A4BB909" w14:textId="77777777" w:rsidR="00964E47" w:rsidRDefault="00964E47" w:rsidP="00964E47">
      <w:pPr>
        <w:pStyle w:val="Title"/>
        <w:rPr>
          <w:b/>
          <w:sz w:val="40"/>
        </w:rPr>
      </w:pPr>
    </w:p>
    <w:p w14:paraId="4E9B4E6E" w14:textId="77777777" w:rsidR="00964E47" w:rsidRDefault="00964E47" w:rsidP="00964E47">
      <w:pPr>
        <w:pStyle w:val="Title"/>
        <w:rPr>
          <w:b/>
          <w:sz w:val="40"/>
        </w:rPr>
      </w:pPr>
    </w:p>
    <w:p w14:paraId="2A46C5EE" w14:textId="48AD6071" w:rsidR="00964E47" w:rsidRDefault="00964E47" w:rsidP="00111A45">
      <w:pPr>
        <w:pStyle w:val="Title"/>
        <w:jc w:val="center"/>
      </w:pPr>
      <w:r>
        <w:rPr>
          <w:b/>
          <w:sz w:val="40"/>
        </w:rPr>
        <w:t>K3–12th Grade Faith Formation Handbook</w:t>
      </w:r>
      <w:r>
        <w:rPr>
          <w:b/>
          <w:sz w:val="40"/>
        </w:rPr>
        <w:br/>
        <w:t>2026–2027</w:t>
      </w:r>
    </w:p>
    <w:p w14:paraId="714C8DA9" w14:textId="0B9BD5FF" w:rsidR="00567079" w:rsidRPr="00781EA4" w:rsidRDefault="00781EA4" w:rsidP="00A2756F">
      <w:pPr>
        <w:jc w:val="center"/>
      </w:pPr>
      <w:r>
        <w:rPr>
          <w:rFonts w:eastAsia="Times New Roman" w:cs="Tahoma"/>
          <w:b/>
          <w:bCs/>
          <w:sz w:val="28"/>
          <w:szCs w:val="28"/>
        </w:rPr>
        <w:t>C</w:t>
      </w:r>
      <w:r w:rsidR="00567079" w:rsidRPr="007352D1">
        <w:rPr>
          <w:rFonts w:eastAsia="Times New Roman" w:cs="Tahoma"/>
          <w:b/>
          <w:bCs/>
          <w:sz w:val="28"/>
          <w:szCs w:val="28"/>
        </w:rPr>
        <w:t>hurch Information:</w:t>
      </w:r>
    </w:p>
    <w:p w14:paraId="20E36D58" w14:textId="77777777" w:rsidR="00567079" w:rsidRPr="007352D1" w:rsidRDefault="00567079" w:rsidP="00567079">
      <w:pPr>
        <w:spacing w:after="240" w:line="240" w:lineRule="auto"/>
        <w:jc w:val="center"/>
        <w:rPr>
          <w:rFonts w:eastAsia="Times New Roman"/>
          <w:sz w:val="28"/>
          <w:szCs w:val="28"/>
        </w:rPr>
      </w:pPr>
      <w:r w:rsidRPr="007352D1">
        <w:rPr>
          <w:rFonts w:eastAsia="Times New Roman" w:cs="Tahoma"/>
          <w:sz w:val="28"/>
          <w:szCs w:val="28"/>
        </w:rPr>
        <w:t>Most Precious Blood Church</w:t>
      </w:r>
      <w:r w:rsidRPr="007352D1">
        <w:rPr>
          <w:rFonts w:eastAsia="Times New Roman" w:cs="Tahoma"/>
          <w:sz w:val="28"/>
          <w:szCs w:val="28"/>
        </w:rPr>
        <w:br/>
        <w:t>3502 Saratoga Blvd.</w:t>
      </w:r>
      <w:r w:rsidRPr="007352D1">
        <w:rPr>
          <w:rFonts w:eastAsia="Times New Roman" w:cs="Tahoma"/>
          <w:sz w:val="28"/>
          <w:szCs w:val="28"/>
        </w:rPr>
        <w:br/>
        <w:t>Corpus Christi, TX 78415</w:t>
      </w:r>
    </w:p>
    <w:p w14:paraId="4FE69552" w14:textId="77777777" w:rsidR="00567079" w:rsidRPr="007352D1" w:rsidRDefault="00567079" w:rsidP="00567079">
      <w:pPr>
        <w:spacing w:after="0" w:line="240" w:lineRule="auto"/>
        <w:jc w:val="center"/>
        <w:rPr>
          <w:rFonts w:eastAsia="Times New Roman"/>
          <w:sz w:val="28"/>
          <w:szCs w:val="28"/>
        </w:rPr>
      </w:pPr>
      <w:r w:rsidRPr="007352D1">
        <w:rPr>
          <w:rFonts w:eastAsia="Times New Roman" w:cs="Tahoma"/>
          <w:sz w:val="28"/>
          <w:szCs w:val="28"/>
        </w:rPr>
        <w:t>Phone: 361-854-3800</w:t>
      </w:r>
      <w:r w:rsidRPr="007352D1">
        <w:rPr>
          <w:rFonts w:eastAsia="Times New Roman" w:cs="Tahoma"/>
          <w:sz w:val="28"/>
          <w:szCs w:val="28"/>
        </w:rPr>
        <w:br/>
      </w:r>
    </w:p>
    <w:p w14:paraId="5BFB4826" w14:textId="77777777" w:rsidR="00567079" w:rsidRPr="007352D1" w:rsidRDefault="00567079" w:rsidP="00567079">
      <w:pPr>
        <w:spacing w:after="0" w:line="240" w:lineRule="auto"/>
        <w:jc w:val="center"/>
        <w:rPr>
          <w:rFonts w:eastAsia="Times New Roman"/>
          <w:sz w:val="28"/>
          <w:szCs w:val="28"/>
        </w:rPr>
      </w:pPr>
      <w:r w:rsidRPr="007352D1">
        <w:rPr>
          <w:rFonts w:eastAsia="Times New Roman" w:cs="Tahoma"/>
          <w:sz w:val="28"/>
          <w:szCs w:val="28"/>
        </w:rPr>
        <w:t xml:space="preserve">Website: </w:t>
      </w:r>
      <w:r w:rsidRPr="007938A0">
        <w:rPr>
          <w:rFonts w:eastAsia="Times New Roman" w:cs="Tahoma"/>
          <w:sz w:val="28"/>
          <w:szCs w:val="28"/>
        </w:rPr>
        <w:t>www.mpbchurch.org</w:t>
      </w:r>
    </w:p>
    <w:p w14:paraId="520BC015" w14:textId="77777777" w:rsidR="00567079" w:rsidRPr="007352D1" w:rsidRDefault="00567079" w:rsidP="00567079">
      <w:pPr>
        <w:spacing w:after="240" w:line="240" w:lineRule="auto"/>
        <w:jc w:val="center"/>
        <w:rPr>
          <w:rFonts w:eastAsia="Times New Roman"/>
          <w:sz w:val="28"/>
          <w:szCs w:val="28"/>
        </w:rPr>
      </w:pPr>
      <w:r w:rsidRPr="007352D1">
        <w:rPr>
          <w:rFonts w:eastAsia="Times New Roman" w:cs="Tahoma"/>
          <w:sz w:val="28"/>
          <w:szCs w:val="28"/>
        </w:rPr>
        <w:br/>
      </w:r>
      <w:r w:rsidRPr="007352D1">
        <w:rPr>
          <w:rFonts w:eastAsia="Times New Roman" w:cs="Tahoma"/>
          <w:b/>
          <w:bCs/>
          <w:sz w:val="28"/>
          <w:szCs w:val="28"/>
        </w:rPr>
        <w:t>Priests and Deacons:</w:t>
      </w:r>
    </w:p>
    <w:p w14:paraId="27D4BD26" w14:textId="4578F729" w:rsidR="00567079" w:rsidRDefault="00EE5B1C" w:rsidP="00567079">
      <w:pPr>
        <w:pStyle w:val="NoSpacing"/>
        <w:jc w:val="center"/>
        <w:rPr>
          <w:sz w:val="24"/>
          <w:szCs w:val="24"/>
        </w:rPr>
      </w:pPr>
      <w:r>
        <w:rPr>
          <w:sz w:val="24"/>
          <w:szCs w:val="24"/>
        </w:rPr>
        <w:t xml:space="preserve">Very </w:t>
      </w:r>
      <w:r w:rsidR="00567079" w:rsidRPr="007352D1">
        <w:rPr>
          <w:sz w:val="24"/>
          <w:szCs w:val="24"/>
        </w:rPr>
        <w:t>Rev. Joseph A. Lopez, J.C.L., Pastor</w:t>
      </w:r>
      <w:r w:rsidR="00567079" w:rsidRPr="007352D1">
        <w:rPr>
          <w:sz w:val="24"/>
          <w:szCs w:val="24"/>
        </w:rPr>
        <w:br/>
        <w:t xml:space="preserve">Rev. </w:t>
      </w:r>
      <w:proofErr w:type="spellStart"/>
      <w:r w:rsidR="00567079" w:rsidRPr="007352D1">
        <w:rPr>
          <w:sz w:val="24"/>
          <w:szCs w:val="24"/>
        </w:rPr>
        <w:t>Arularasu</w:t>
      </w:r>
      <w:proofErr w:type="spellEnd"/>
      <w:r w:rsidR="00567079" w:rsidRPr="007352D1">
        <w:rPr>
          <w:sz w:val="24"/>
          <w:szCs w:val="24"/>
        </w:rPr>
        <w:t xml:space="preserve"> Mathias</w:t>
      </w:r>
      <w:r w:rsidR="00567079">
        <w:rPr>
          <w:sz w:val="24"/>
          <w:szCs w:val="24"/>
        </w:rPr>
        <w:t>, Parochial Vicar</w:t>
      </w:r>
    </w:p>
    <w:p w14:paraId="27691447" w14:textId="77777777" w:rsidR="00567079" w:rsidRPr="007352D1" w:rsidRDefault="00567079" w:rsidP="00567079">
      <w:pPr>
        <w:pStyle w:val="NoSpacing"/>
        <w:jc w:val="center"/>
        <w:rPr>
          <w:sz w:val="24"/>
          <w:szCs w:val="24"/>
        </w:rPr>
      </w:pPr>
      <w:r>
        <w:rPr>
          <w:sz w:val="24"/>
          <w:szCs w:val="24"/>
        </w:rPr>
        <w:t>Rev. Javier Ebertowski, Parochial Vicar</w:t>
      </w:r>
      <w:r w:rsidRPr="007352D1">
        <w:rPr>
          <w:sz w:val="24"/>
          <w:szCs w:val="24"/>
        </w:rPr>
        <w:br/>
        <w:t>Deacon Ken Bockholt</w:t>
      </w:r>
    </w:p>
    <w:p w14:paraId="053BA77C" w14:textId="77777777" w:rsidR="00567079" w:rsidRPr="007352D1" w:rsidRDefault="00567079" w:rsidP="00567079">
      <w:pPr>
        <w:pStyle w:val="NoSpacing"/>
        <w:jc w:val="center"/>
        <w:rPr>
          <w:sz w:val="24"/>
          <w:szCs w:val="24"/>
        </w:rPr>
      </w:pPr>
      <w:r w:rsidRPr="007352D1">
        <w:rPr>
          <w:sz w:val="24"/>
          <w:szCs w:val="24"/>
        </w:rPr>
        <w:t>Deacon Frank Newchurch</w:t>
      </w:r>
    </w:p>
    <w:p w14:paraId="5C9502A8" w14:textId="77777777" w:rsidR="00567079" w:rsidRPr="007352D1" w:rsidRDefault="00567079" w:rsidP="00567079">
      <w:pPr>
        <w:pStyle w:val="NoSpacing"/>
        <w:jc w:val="center"/>
        <w:rPr>
          <w:sz w:val="24"/>
          <w:szCs w:val="24"/>
        </w:rPr>
      </w:pPr>
      <w:r w:rsidRPr="007352D1">
        <w:rPr>
          <w:sz w:val="24"/>
          <w:szCs w:val="24"/>
        </w:rPr>
        <w:t>Deacon David Castillo</w:t>
      </w:r>
    </w:p>
    <w:p w14:paraId="5B93D33A" w14:textId="77777777" w:rsidR="00567079" w:rsidRDefault="00567079" w:rsidP="00567079">
      <w:pPr>
        <w:pStyle w:val="NoSpacing"/>
        <w:jc w:val="center"/>
        <w:rPr>
          <w:sz w:val="24"/>
          <w:szCs w:val="24"/>
        </w:rPr>
      </w:pPr>
      <w:r w:rsidRPr="007352D1">
        <w:rPr>
          <w:sz w:val="24"/>
          <w:szCs w:val="24"/>
        </w:rPr>
        <w:t>Deacon Mark Cazalas</w:t>
      </w:r>
    </w:p>
    <w:p w14:paraId="511B3CFF" w14:textId="77777777" w:rsidR="00567079" w:rsidRPr="007352D1" w:rsidRDefault="00567079" w:rsidP="00567079">
      <w:pPr>
        <w:pStyle w:val="NoSpacing"/>
        <w:jc w:val="center"/>
        <w:rPr>
          <w:sz w:val="24"/>
          <w:szCs w:val="24"/>
        </w:rPr>
      </w:pPr>
      <w:r>
        <w:rPr>
          <w:sz w:val="24"/>
          <w:szCs w:val="24"/>
        </w:rPr>
        <w:t>Deacon Vince Stark</w:t>
      </w:r>
    </w:p>
    <w:p w14:paraId="1CFFF62E" w14:textId="77777777" w:rsidR="00567079" w:rsidRPr="007352D1" w:rsidRDefault="00567079" w:rsidP="00567079">
      <w:pPr>
        <w:pStyle w:val="NoSpacing"/>
        <w:jc w:val="center"/>
        <w:rPr>
          <w:sz w:val="24"/>
          <w:szCs w:val="24"/>
        </w:rPr>
      </w:pPr>
    </w:p>
    <w:p w14:paraId="2293F9A3" w14:textId="77777777" w:rsidR="00567079" w:rsidRPr="007352D1" w:rsidRDefault="00567079" w:rsidP="00567079">
      <w:pPr>
        <w:pStyle w:val="NoSpacing"/>
        <w:jc w:val="center"/>
        <w:rPr>
          <w:sz w:val="24"/>
          <w:szCs w:val="24"/>
        </w:rPr>
      </w:pPr>
    </w:p>
    <w:p w14:paraId="21DC9B2A" w14:textId="77777777" w:rsidR="00567079" w:rsidRPr="007352D1" w:rsidRDefault="00567079" w:rsidP="00567079">
      <w:pPr>
        <w:spacing w:after="0" w:line="240" w:lineRule="auto"/>
        <w:jc w:val="center"/>
        <w:rPr>
          <w:rFonts w:eastAsia="Times New Roman"/>
          <w:sz w:val="24"/>
          <w:szCs w:val="24"/>
        </w:rPr>
      </w:pPr>
      <w:r w:rsidRPr="007352D1">
        <w:rPr>
          <w:rFonts w:eastAsia="Times New Roman" w:cs="Tahoma"/>
          <w:b/>
          <w:bCs/>
          <w:sz w:val="28"/>
          <w:szCs w:val="28"/>
        </w:rPr>
        <w:t xml:space="preserve">Parish Faith Formation &amp; Discipleship Office - </w:t>
      </w:r>
      <w:r w:rsidRPr="007352D1">
        <w:rPr>
          <w:rFonts w:eastAsia="Times New Roman" w:cs="Tahoma"/>
          <w:sz w:val="24"/>
          <w:szCs w:val="24"/>
        </w:rPr>
        <w:t>Phone: 361-854-3800</w:t>
      </w:r>
      <w:r w:rsidRPr="007352D1">
        <w:rPr>
          <w:rFonts w:eastAsia="Times New Roman" w:cs="Tahoma"/>
          <w:sz w:val="24"/>
          <w:szCs w:val="24"/>
        </w:rPr>
        <w:br/>
      </w:r>
    </w:p>
    <w:p w14:paraId="27394F89" w14:textId="6EDDDA3C" w:rsidR="00567079" w:rsidRDefault="00567079" w:rsidP="00567079">
      <w:pPr>
        <w:spacing w:after="240" w:line="240" w:lineRule="auto"/>
        <w:jc w:val="center"/>
        <w:rPr>
          <w:rFonts w:eastAsia="Times New Roman" w:cs="Tahoma"/>
          <w:color w:val="0000FF"/>
          <w:sz w:val="24"/>
          <w:szCs w:val="24"/>
          <w:u w:val="single"/>
        </w:rPr>
      </w:pPr>
      <w:r w:rsidRPr="00111A45">
        <w:rPr>
          <w:rFonts w:eastAsia="Times New Roman" w:cs="Tahoma"/>
          <w:b/>
          <w:bCs/>
          <w:sz w:val="24"/>
          <w:szCs w:val="24"/>
        </w:rPr>
        <w:t>Tina Villegas, Director</w:t>
      </w:r>
      <w:r w:rsidRPr="007352D1">
        <w:rPr>
          <w:rFonts w:eastAsia="Times New Roman" w:cs="Tahoma"/>
          <w:sz w:val="24"/>
          <w:szCs w:val="24"/>
        </w:rPr>
        <w:t xml:space="preserve"> - E-mail: </w:t>
      </w:r>
      <w:hyperlink r:id="rId7" w:history="1">
        <w:r w:rsidR="00111A45" w:rsidRPr="000A41EB">
          <w:rPr>
            <w:rStyle w:val="Hyperlink"/>
            <w:rFonts w:eastAsia="Times New Roman" w:cs="Tahoma"/>
            <w:sz w:val="24"/>
            <w:szCs w:val="24"/>
          </w:rPr>
          <w:t>tvillegas@mpbchurch.org</w:t>
        </w:r>
      </w:hyperlink>
    </w:p>
    <w:p w14:paraId="5CACF3DD" w14:textId="36035EFA" w:rsidR="00567079" w:rsidRDefault="00567079" w:rsidP="00567079">
      <w:pPr>
        <w:spacing w:after="240" w:line="240" w:lineRule="auto"/>
        <w:jc w:val="center"/>
        <w:rPr>
          <w:rFonts w:eastAsia="Times New Roman" w:cs="Tahoma"/>
          <w:sz w:val="24"/>
          <w:szCs w:val="24"/>
        </w:rPr>
      </w:pPr>
      <w:r w:rsidRPr="00111A45">
        <w:rPr>
          <w:rFonts w:eastAsia="Times New Roman" w:cs="Tahoma"/>
          <w:b/>
          <w:bCs/>
          <w:sz w:val="24"/>
          <w:szCs w:val="24"/>
        </w:rPr>
        <w:t>Justin De Los Santos, Youth Minister</w:t>
      </w:r>
      <w:r w:rsidRPr="007352D1">
        <w:rPr>
          <w:rFonts w:eastAsia="Times New Roman" w:cs="Tahoma"/>
          <w:sz w:val="24"/>
          <w:szCs w:val="24"/>
        </w:rPr>
        <w:t xml:space="preserve"> – E-mail: </w:t>
      </w:r>
      <w:hyperlink r:id="rId8" w:history="1">
        <w:r w:rsidR="00111A45" w:rsidRPr="000A41EB">
          <w:rPr>
            <w:rStyle w:val="Hyperlink"/>
            <w:rFonts w:eastAsia="Times New Roman" w:cs="Tahoma"/>
            <w:sz w:val="24"/>
            <w:szCs w:val="24"/>
          </w:rPr>
          <w:t>jdelossantos@mpbchurch.org</w:t>
        </w:r>
      </w:hyperlink>
    </w:p>
    <w:p w14:paraId="72144EDB" w14:textId="3B9238DB" w:rsidR="00567079" w:rsidRDefault="00567079" w:rsidP="00567079">
      <w:pPr>
        <w:spacing w:after="240" w:line="240" w:lineRule="auto"/>
        <w:jc w:val="center"/>
        <w:rPr>
          <w:rFonts w:eastAsia="Times New Roman" w:cs="Tahoma"/>
          <w:sz w:val="24"/>
          <w:szCs w:val="24"/>
        </w:rPr>
      </w:pPr>
      <w:r w:rsidRPr="00111A45">
        <w:rPr>
          <w:rFonts w:eastAsia="Times New Roman" w:cs="Tahoma"/>
          <w:b/>
          <w:bCs/>
          <w:sz w:val="24"/>
          <w:szCs w:val="24"/>
        </w:rPr>
        <w:t>Stacie Bunting, 7</w:t>
      </w:r>
      <w:r w:rsidRPr="00111A45">
        <w:rPr>
          <w:rFonts w:eastAsia="Times New Roman" w:cs="Tahoma"/>
          <w:b/>
          <w:bCs/>
          <w:sz w:val="24"/>
          <w:szCs w:val="24"/>
          <w:vertAlign w:val="superscript"/>
        </w:rPr>
        <w:t>th</w:t>
      </w:r>
      <w:r w:rsidRPr="00111A45">
        <w:rPr>
          <w:rFonts w:eastAsia="Times New Roman" w:cs="Tahoma"/>
          <w:b/>
          <w:bCs/>
          <w:sz w:val="24"/>
          <w:szCs w:val="24"/>
        </w:rPr>
        <w:t xml:space="preserve"> &amp; 8</w:t>
      </w:r>
      <w:r w:rsidRPr="00111A45">
        <w:rPr>
          <w:rFonts w:eastAsia="Times New Roman" w:cs="Tahoma"/>
          <w:b/>
          <w:bCs/>
          <w:sz w:val="24"/>
          <w:szCs w:val="24"/>
          <w:vertAlign w:val="superscript"/>
        </w:rPr>
        <w:t>th</w:t>
      </w:r>
      <w:r w:rsidRPr="00111A45">
        <w:rPr>
          <w:rFonts w:eastAsia="Times New Roman" w:cs="Tahoma"/>
          <w:b/>
          <w:bCs/>
          <w:sz w:val="24"/>
          <w:szCs w:val="24"/>
        </w:rPr>
        <w:t xml:space="preserve"> grade Coordinator</w:t>
      </w:r>
      <w:r>
        <w:rPr>
          <w:rFonts w:eastAsia="Times New Roman" w:cs="Tahoma"/>
          <w:sz w:val="24"/>
          <w:szCs w:val="24"/>
        </w:rPr>
        <w:t xml:space="preserve"> – E-mail: </w:t>
      </w:r>
      <w:hyperlink r:id="rId9" w:history="1">
        <w:r w:rsidR="00111A45" w:rsidRPr="000A41EB">
          <w:rPr>
            <w:rStyle w:val="Hyperlink"/>
            <w:rFonts w:eastAsia="Times New Roman" w:cs="Tahoma"/>
            <w:sz w:val="24"/>
            <w:szCs w:val="24"/>
          </w:rPr>
          <w:t>mpbyouthonfire@gmail.com</w:t>
        </w:r>
      </w:hyperlink>
    </w:p>
    <w:p w14:paraId="468B41B9" w14:textId="77777777" w:rsidR="00964E47" w:rsidRDefault="00964E47" w:rsidP="00567079">
      <w:pPr>
        <w:spacing w:after="240" w:line="240" w:lineRule="auto"/>
        <w:jc w:val="center"/>
        <w:rPr>
          <w:rFonts w:eastAsia="Times New Roman" w:cs="Tahoma"/>
          <w:sz w:val="24"/>
          <w:szCs w:val="24"/>
        </w:rPr>
      </w:pPr>
    </w:p>
    <w:p w14:paraId="2FF6CDC6" w14:textId="77777777" w:rsidR="00964E47" w:rsidRDefault="00964E47" w:rsidP="00567079">
      <w:pPr>
        <w:spacing w:after="240" w:line="240" w:lineRule="auto"/>
        <w:jc w:val="center"/>
        <w:rPr>
          <w:rFonts w:eastAsia="Times New Roman" w:cs="Tahoma"/>
          <w:sz w:val="24"/>
          <w:szCs w:val="24"/>
        </w:rPr>
      </w:pPr>
    </w:p>
    <w:p w14:paraId="0F25188A" w14:textId="77777777" w:rsidR="00352907" w:rsidRDefault="00352907" w:rsidP="00352907">
      <w:pPr>
        <w:pStyle w:val="Heading1"/>
      </w:pPr>
      <w:bookmarkStart w:id="0" w:name="generalinfo"/>
      <w:bookmarkEnd w:id="0"/>
      <w:r>
        <w:lastRenderedPageBreak/>
        <w:t>Welcome</w:t>
      </w:r>
    </w:p>
    <w:p w14:paraId="1D2B0F92" w14:textId="77777777" w:rsidR="00352907" w:rsidRDefault="00352907" w:rsidP="00352907">
      <w:r>
        <w:t>Welcome families to Most Precious Blood Catholic Church. This handbook is intended to help parents and students understand our Faith Formation programs and the shared responsibility of forming lifelong disciples of Jesus Christ.</w:t>
      </w:r>
    </w:p>
    <w:p w14:paraId="033C69FA" w14:textId="77777777" w:rsidR="001903DF" w:rsidRDefault="001903DF" w:rsidP="001903DF">
      <w:pPr>
        <w:pStyle w:val="Heading1"/>
      </w:pPr>
      <w:r>
        <w:t>Mission &amp; Vision</w:t>
      </w:r>
    </w:p>
    <w:p w14:paraId="3FBA4542" w14:textId="77777777" w:rsidR="001903DF" w:rsidRDefault="001903DF" w:rsidP="001903DF">
      <w:r>
        <w:t>Parents are the primary educators of their children in the faith. Our mission is to partner with families through prayer, catechesis, sacramental preparation, worship, and community life.</w:t>
      </w:r>
    </w:p>
    <w:p w14:paraId="67FFB99C" w14:textId="77777777" w:rsidR="001903DF" w:rsidRDefault="001903DF" w:rsidP="001903DF">
      <w:pPr>
        <w:pStyle w:val="ListBullet"/>
      </w:pPr>
      <w:r>
        <w:t>Encounter Jesus Christ</w:t>
      </w:r>
    </w:p>
    <w:p w14:paraId="58809533" w14:textId="77777777" w:rsidR="001903DF" w:rsidRDefault="001903DF" w:rsidP="001903DF">
      <w:pPr>
        <w:pStyle w:val="ListBullet"/>
      </w:pPr>
      <w:proofErr w:type="gramStart"/>
      <w:r>
        <w:t>Grow</w:t>
      </w:r>
      <w:proofErr w:type="gramEnd"/>
      <w:r>
        <w:t xml:space="preserve"> in holiness</w:t>
      </w:r>
    </w:p>
    <w:p w14:paraId="57E8A536" w14:textId="77777777" w:rsidR="001903DF" w:rsidRDefault="001903DF" w:rsidP="001903DF">
      <w:pPr>
        <w:pStyle w:val="ListBullet"/>
      </w:pPr>
      <w:r>
        <w:t>Live the Catholic faith</w:t>
      </w:r>
    </w:p>
    <w:p w14:paraId="1316E0BC" w14:textId="77777777" w:rsidR="001903DF" w:rsidRDefault="001903DF" w:rsidP="001903DF">
      <w:pPr>
        <w:pStyle w:val="ListBullet"/>
      </w:pPr>
      <w:r>
        <w:t>Become missionary disciples</w:t>
      </w:r>
    </w:p>
    <w:p w14:paraId="0787D66A" w14:textId="0F2A0C08" w:rsidR="005F5E96" w:rsidRPr="00861ACC" w:rsidRDefault="005F5E96" w:rsidP="009C1222">
      <w:pPr>
        <w:pStyle w:val="Heading1"/>
        <w:rPr>
          <w:rFonts w:cstheme="majorHAnsi"/>
        </w:rPr>
      </w:pPr>
      <w:r w:rsidRPr="00861ACC">
        <w:rPr>
          <w:rFonts w:cstheme="majorHAnsi"/>
        </w:rPr>
        <w:t xml:space="preserve">PARENT MEETING </w:t>
      </w:r>
    </w:p>
    <w:p w14:paraId="013944B4" w14:textId="77777777" w:rsidR="005F5E96" w:rsidRPr="00861ACC" w:rsidRDefault="005F5E96" w:rsidP="005F5E96">
      <w:pPr>
        <w:pStyle w:val="NoSpacing"/>
        <w:rPr>
          <w:rFonts w:asciiTheme="majorHAnsi" w:hAnsiTheme="majorHAnsi" w:cstheme="majorHAnsi"/>
        </w:rPr>
      </w:pPr>
      <w:r w:rsidRPr="00861ACC">
        <w:rPr>
          <w:rFonts w:asciiTheme="majorHAnsi" w:hAnsiTheme="majorHAnsi" w:cstheme="majorHAnsi"/>
        </w:rPr>
        <w:t>All families must attend a Parent Meeting before children begin Youth Faith Formation sessions.</w:t>
      </w:r>
    </w:p>
    <w:p w14:paraId="0D0D569B" w14:textId="77777777" w:rsidR="005F5E96" w:rsidRPr="00861ACC" w:rsidRDefault="005F5E96" w:rsidP="005F5E96">
      <w:pPr>
        <w:pStyle w:val="NoSpacing"/>
        <w:rPr>
          <w:rFonts w:asciiTheme="majorHAnsi" w:hAnsiTheme="majorHAnsi" w:cstheme="majorHAnsi"/>
        </w:rPr>
      </w:pPr>
    </w:p>
    <w:p w14:paraId="53C0280A" w14:textId="77777777" w:rsidR="005F5E96" w:rsidRPr="00861ACC" w:rsidRDefault="005F5E96" w:rsidP="005F5E96">
      <w:pPr>
        <w:pStyle w:val="NoSpacing"/>
        <w:rPr>
          <w:rFonts w:asciiTheme="majorHAnsi" w:hAnsiTheme="majorHAnsi" w:cstheme="majorHAnsi"/>
        </w:rPr>
      </w:pPr>
      <w:r w:rsidRPr="00861ACC">
        <w:rPr>
          <w:rFonts w:asciiTheme="majorHAnsi" w:hAnsiTheme="majorHAnsi" w:cstheme="majorHAnsi"/>
        </w:rPr>
        <w:t xml:space="preserve">Please choose one Parent Meeting session </w:t>
      </w:r>
      <w:r w:rsidRPr="00861ACC">
        <w:rPr>
          <w:rFonts w:asciiTheme="majorHAnsi" w:hAnsiTheme="majorHAnsi" w:cstheme="majorHAnsi"/>
          <w:b/>
          <w:bCs/>
        </w:rPr>
        <w:t>for each program</w:t>
      </w:r>
      <w:r w:rsidRPr="00861ACC">
        <w:rPr>
          <w:rFonts w:asciiTheme="majorHAnsi" w:hAnsiTheme="majorHAnsi" w:cstheme="majorHAnsi"/>
        </w:rPr>
        <w:t xml:space="preserve"> your children are registered for.</w:t>
      </w:r>
    </w:p>
    <w:p w14:paraId="0DCCE1AA" w14:textId="77777777" w:rsidR="005F5E96" w:rsidRPr="00861ACC" w:rsidRDefault="005F5E96" w:rsidP="005F5E96">
      <w:pPr>
        <w:pStyle w:val="NoSpacing"/>
        <w:rPr>
          <w:rFonts w:asciiTheme="majorHAnsi" w:hAnsiTheme="majorHAnsi" w:cstheme="majorHAnsi"/>
        </w:rPr>
      </w:pPr>
    </w:p>
    <w:p w14:paraId="07F9E046" w14:textId="77777777" w:rsidR="005F5E96" w:rsidRPr="00861ACC" w:rsidRDefault="005F5E96" w:rsidP="005F5E96">
      <w:pPr>
        <w:pStyle w:val="NoSpacing"/>
        <w:rPr>
          <w:rFonts w:asciiTheme="majorHAnsi" w:hAnsiTheme="majorHAnsi" w:cstheme="majorHAnsi"/>
        </w:rPr>
      </w:pPr>
      <w:r w:rsidRPr="00861ACC">
        <w:rPr>
          <w:rFonts w:asciiTheme="majorHAnsi" w:hAnsiTheme="majorHAnsi" w:cstheme="majorHAnsi"/>
        </w:rPr>
        <w:t>Families with children registered in both High School Confirmation and K3–8th Grade Faith Formation must attend one meeting for each program.</w:t>
      </w:r>
    </w:p>
    <w:p w14:paraId="181D82AC" w14:textId="77777777" w:rsidR="005F5E96" w:rsidRPr="00861ACC" w:rsidRDefault="005F5E96" w:rsidP="005F5E96">
      <w:pPr>
        <w:pStyle w:val="NoSpacing"/>
        <w:rPr>
          <w:rFonts w:asciiTheme="majorHAnsi" w:hAnsiTheme="majorHAnsi" w:cstheme="majorHAnsi"/>
        </w:rPr>
      </w:pPr>
    </w:p>
    <w:p w14:paraId="3F2ABE86" w14:textId="77777777" w:rsidR="005F5E96" w:rsidRPr="00861ACC" w:rsidRDefault="005F5E96" w:rsidP="005F5E96">
      <w:pPr>
        <w:pStyle w:val="NoSpacing"/>
        <w:rPr>
          <w:rFonts w:asciiTheme="majorHAnsi" w:hAnsiTheme="majorHAnsi" w:cstheme="majorHAnsi"/>
        </w:rPr>
      </w:pPr>
      <w:r w:rsidRPr="00861ACC">
        <w:rPr>
          <w:rFonts w:asciiTheme="majorHAnsi" w:hAnsiTheme="majorHAnsi" w:cstheme="majorHAnsi"/>
        </w:rPr>
        <w:t>Parent Meeting attendance is required before your child may attend the first day of class.</w:t>
      </w:r>
    </w:p>
    <w:p w14:paraId="65DC03CD" w14:textId="77777777" w:rsidR="005F5E96" w:rsidRPr="00861ACC" w:rsidRDefault="005F5E96" w:rsidP="005F5E96">
      <w:pPr>
        <w:pStyle w:val="NoSpacing"/>
        <w:rPr>
          <w:rFonts w:asciiTheme="majorHAnsi" w:hAnsiTheme="majorHAnsi" w:cstheme="majorHAnsi"/>
        </w:rPr>
      </w:pPr>
    </w:p>
    <w:p w14:paraId="448AC99B" w14:textId="77777777" w:rsidR="005F5E96" w:rsidRPr="00861ACC" w:rsidRDefault="005F5E96" w:rsidP="005F5E96">
      <w:pPr>
        <w:pStyle w:val="NoSpacing"/>
        <w:rPr>
          <w:rFonts w:asciiTheme="majorHAnsi" w:hAnsiTheme="majorHAnsi" w:cstheme="majorHAnsi"/>
        </w:rPr>
      </w:pPr>
      <w:r w:rsidRPr="00861ACC">
        <w:rPr>
          <w:rFonts w:asciiTheme="majorHAnsi" w:hAnsiTheme="majorHAnsi" w:cstheme="majorHAnsi"/>
        </w:rPr>
        <w:t>Check-in will take place by QR code at the meeting.</w:t>
      </w:r>
    </w:p>
    <w:p w14:paraId="75316E6D" w14:textId="0466522C" w:rsidR="009C1222" w:rsidRPr="008C0874" w:rsidRDefault="009C1222" w:rsidP="005F5E96">
      <w:pPr>
        <w:pStyle w:val="NoSpacing"/>
        <w:rPr>
          <w:rFonts w:ascii="Helvetica" w:hAnsi="Helvetica" w:cs="Helvetica"/>
          <w:sz w:val="28"/>
          <w:szCs w:val="28"/>
        </w:rPr>
      </w:pPr>
      <w:r w:rsidRPr="008C0874">
        <w:rPr>
          <w:noProof/>
        </w:rPr>
        <w:drawing>
          <wp:inline distT="0" distB="0" distL="0" distR="0" wp14:anchorId="646B1E26" wp14:editId="21B8A18A">
            <wp:extent cx="5486400" cy="3383280"/>
            <wp:effectExtent l="0" t="0" r="0" b="7620"/>
            <wp:docPr id="5097080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3383280"/>
                    </a:xfrm>
                    <a:prstGeom prst="rect">
                      <a:avLst/>
                    </a:prstGeom>
                    <a:noFill/>
                    <a:ln>
                      <a:noFill/>
                    </a:ln>
                  </pic:spPr>
                </pic:pic>
              </a:graphicData>
            </a:graphic>
          </wp:inline>
        </w:drawing>
      </w:r>
    </w:p>
    <w:p w14:paraId="1E4D3BEC" w14:textId="5F9EFD59" w:rsidR="00B6423E" w:rsidRDefault="00B6423E"/>
    <w:p w14:paraId="1400944B" w14:textId="77777777" w:rsidR="00B6423E" w:rsidRDefault="00E71A5A">
      <w:pPr>
        <w:pStyle w:val="Heading1"/>
      </w:pPr>
      <w:r>
        <w:lastRenderedPageBreak/>
        <w:t>Registration &amp; Admission</w:t>
      </w:r>
    </w:p>
    <w:p w14:paraId="3F7234D6" w14:textId="77777777" w:rsidR="006951FB" w:rsidRPr="006951FB" w:rsidRDefault="006951FB" w:rsidP="006951FB">
      <w:pPr>
        <w:spacing w:after="0" w:line="240" w:lineRule="auto"/>
        <w:rPr>
          <w:rFonts w:asciiTheme="majorHAnsi" w:hAnsiTheme="majorHAnsi" w:cstheme="majorHAnsi"/>
        </w:rPr>
      </w:pPr>
      <w:r w:rsidRPr="006951FB">
        <w:rPr>
          <w:rFonts w:asciiTheme="majorHAnsi" w:eastAsia="Times New Roman" w:hAnsiTheme="majorHAnsi" w:cstheme="majorHAnsi"/>
        </w:rPr>
        <w:t>You must be a registered parishioner of Most Precious Blood Church to enroll your child for a K-12</w:t>
      </w:r>
      <w:r w:rsidRPr="006951FB">
        <w:rPr>
          <w:rFonts w:asciiTheme="majorHAnsi" w:eastAsia="Times New Roman" w:hAnsiTheme="majorHAnsi" w:cstheme="majorHAnsi"/>
          <w:vertAlign w:val="superscript"/>
        </w:rPr>
        <w:t>th</w:t>
      </w:r>
      <w:r w:rsidRPr="006951FB">
        <w:rPr>
          <w:rFonts w:asciiTheme="majorHAnsi" w:eastAsia="Times New Roman" w:hAnsiTheme="majorHAnsi" w:cstheme="majorHAnsi"/>
        </w:rPr>
        <w:t xml:space="preserve"> Religious Education classes. Registration fees (June-September 1</w:t>
      </w:r>
      <w:proofErr w:type="gramStart"/>
      <w:r w:rsidRPr="006951FB">
        <w:rPr>
          <w:rFonts w:asciiTheme="majorHAnsi" w:eastAsia="Times New Roman" w:hAnsiTheme="majorHAnsi" w:cstheme="majorHAnsi"/>
          <w:vertAlign w:val="superscript"/>
        </w:rPr>
        <w:t>st</w:t>
      </w:r>
      <w:r w:rsidRPr="006951FB">
        <w:rPr>
          <w:rFonts w:asciiTheme="majorHAnsi" w:eastAsia="Times New Roman" w:hAnsiTheme="majorHAnsi" w:cstheme="majorHAnsi"/>
        </w:rPr>
        <w:t>)  are</w:t>
      </w:r>
      <w:proofErr w:type="gramEnd"/>
      <w:r w:rsidRPr="006951FB">
        <w:rPr>
          <w:rFonts w:asciiTheme="majorHAnsi" w:eastAsia="Times New Roman" w:hAnsiTheme="majorHAnsi" w:cstheme="majorHAnsi"/>
        </w:rPr>
        <w:t xml:space="preserve"> $45.00 </w:t>
      </w:r>
      <w:r w:rsidRPr="006951FB">
        <w:rPr>
          <w:rFonts w:asciiTheme="majorHAnsi" w:hAnsiTheme="majorHAnsi" w:cstheme="majorHAnsi"/>
        </w:rPr>
        <w:t>per child.</w:t>
      </w:r>
    </w:p>
    <w:p w14:paraId="1B61C013" w14:textId="77777777" w:rsidR="006951FB" w:rsidRPr="006951FB" w:rsidRDefault="006951FB" w:rsidP="006951FB">
      <w:pPr>
        <w:spacing w:after="0" w:line="240" w:lineRule="auto"/>
        <w:ind w:left="720"/>
        <w:rPr>
          <w:rFonts w:asciiTheme="majorHAnsi" w:hAnsiTheme="majorHAnsi" w:cstheme="majorHAnsi"/>
        </w:rPr>
      </w:pPr>
    </w:p>
    <w:p w14:paraId="10125393" w14:textId="77777777" w:rsidR="006951FB" w:rsidRPr="006951FB" w:rsidRDefault="006951FB" w:rsidP="006951FB">
      <w:pPr>
        <w:spacing w:after="0" w:line="240" w:lineRule="auto"/>
        <w:rPr>
          <w:rFonts w:asciiTheme="majorHAnsi" w:hAnsiTheme="majorHAnsi" w:cstheme="majorHAnsi"/>
          <w:color w:val="1D2228"/>
          <w:u w:val="single"/>
          <w:shd w:val="clear" w:color="auto" w:fill="FFFFFF"/>
        </w:rPr>
      </w:pPr>
      <w:r w:rsidRPr="006951FB">
        <w:rPr>
          <w:rFonts w:asciiTheme="majorHAnsi" w:hAnsiTheme="majorHAnsi" w:cstheme="majorHAnsi"/>
          <w:color w:val="1D2228"/>
          <w:u w:val="single"/>
          <w:shd w:val="clear" w:color="auto" w:fill="FFFFFF"/>
        </w:rPr>
        <w:t xml:space="preserve">Students from other parishes may be enrolled in our Religious Education </w:t>
      </w:r>
      <w:proofErr w:type="gramStart"/>
      <w:r w:rsidRPr="006951FB">
        <w:rPr>
          <w:rFonts w:asciiTheme="majorHAnsi" w:hAnsiTheme="majorHAnsi" w:cstheme="majorHAnsi"/>
          <w:color w:val="1D2228"/>
          <w:u w:val="single"/>
          <w:shd w:val="clear" w:color="auto" w:fill="FFFFFF"/>
        </w:rPr>
        <w:t>program  BUT</w:t>
      </w:r>
      <w:proofErr w:type="gramEnd"/>
      <w:r w:rsidRPr="006951FB">
        <w:rPr>
          <w:rFonts w:asciiTheme="majorHAnsi" w:hAnsiTheme="majorHAnsi" w:cstheme="majorHAnsi"/>
          <w:color w:val="1D2228"/>
          <w:u w:val="single"/>
          <w:shd w:val="clear" w:color="auto" w:fill="FFFFFF"/>
        </w:rPr>
        <w:t xml:space="preserve"> they must submit a written letter of permission from their appropriate pastor.</w:t>
      </w:r>
    </w:p>
    <w:p w14:paraId="2A1CEA7F" w14:textId="77777777" w:rsidR="006951FB" w:rsidRPr="006951FB" w:rsidRDefault="006951FB" w:rsidP="006951FB">
      <w:pPr>
        <w:spacing w:after="0" w:line="240" w:lineRule="auto"/>
        <w:ind w:left="720"/>
        <w:rPr>
          <w:rFonts w:asciiTheme="majorHAnsi" w:eastAsia="Times New Roman" w:hAnsiTheme="majorHAnsi" w:cstheme="majorHAnsi"/>
        </w:rPr>
      </w:pPr>
      <w:r w:rsidRPr="006951FB">
        <w:rPr>
          <w:rFonts w:asciiTheme="majorHAnsi" w:hAnsiTheme="majorHAnsi" w:cstheme="majorHAnsi"/>
        </w:rPr>
        <w:tab/>
        <w:t xml:space="preserve">      </w:t>
      </w:r>
      <w:r w:rsidRPr="006951FB">
        <w:rPr>
          <w:rFonts w:asciiTheme="majorHAnsi" w:hAnsiTheme="majorHAnsi" w:cstheme="majorHAnsi"/>
        </w:rPr>
        <w:tab/>
      </w:r>
      <w:r w:rsidRPr="006951FB">
        <w:rPr>
          <w:rFonts w:asciiTheme="majorHAnsi" w:hAnsiTheme="majorHAnsi" w:cstheme="majorHAnsi"/>
        </w:rPr>
        <w:tab/>
        <w:t xml:space="preserve">     </w:t>
      </w:r>
      <w:r w:rsidRPr="006951FB">
        <w:rPr>
          <w:rFonts w:asciiTheme="majorHAnsi" w:hAnsiTheme="majorHAnsi" w:cstheme="majorHAnsi"/>
        </w:rPr>
        <w:tab/>
        <w:t xml:space="preserve">    </w:t>
      </w:r>
    </w:p>
    <w:p w14:paraId="325CD78A" w14:textId="77777777" w:rsidR="006951FB" w:rsidRPr="006951FB" w:rsidRDefault="006951FB" w:rsidP="006951FB">
      <w:pPr>
        <w:spacing w:after="0" w:line="240" w:lineRule="auto"/>
        <w:ind w:left="720"/>
        <w:rPr>
          <w:rFonts w:asciiTheme="majorHAnsi" w:eastAsia="Times New Roman" w:hAnsiTheme="majorHAnsi" w:cstheme="majorHAnsi"/>
        </w:rPr>
      </w:pPr>
    </w:p>
    <w:p w14:paraId="2EC594F6" w14:textId="77777777" w:rsidR="006951FB" w:rsidRPr="006951FB" w:rsidRDefault="006951FB" w:rsidP="006951FB">
      <w:pPr>
        <w:spacing w:after="0" w:line="240" w:lineRule="auto"/>
        <w:rPr>
          <w:rFonts w:asciiTheme="majorHAnsi" w:eastAsia="Times New Roman" w:hAnsiTheme="majorHAnsi" w:cstheme="majorHAnsi"/>
        </w:rPr>
      </w:pPr>
      <w:r w:rsidRPr="006951FB">
        <w:rPr>
          <w:rFonts w:asciiTheme="majorHAnsi" w:eastAsia="Times New Roman" w:hAnsiTheme="majorHAnsi" w:cstheme="majorHAnsi"/>
        </w:rPr>
        <w:t xml:space="preserve">All students entering the program for the first time must also submit a copy of their Baptismal Certificate and First Holy Communion Certificate during the parent meeting. </w:t>
      </w:r>
    </w:p>
    <w:p w14:paraId="6CF0744F" w14:textId="77777777" w:rsidR="006951FB" w:rsidRPr="006951FB" w:rsidRDefault="006951FB" w:rsidP="006951FB">
      <w:pPr>
        <w:spacing w:after="0" w:line="240" w:lineRule="auto"/>
        <w:rPr>
          <w:rFonts w:asciiTheme="majorHAnsi" w:eastAsia="Times New Roman" w:hAnsiTheme="majorHAnsi" w:cstheme="majorHAnsi"/>
        </w:rPr>
      </w:pPr>
      <w:r w:rsidRPr="006951FB">
        <w:rPr>
          <w:rFonts w:asciiTheme="majorHAnsi" w:eastAsia="Times New Roman" w:hAnsiTheme="majorHAnsi" w:cstheme="majorHAnsi"/>
        </w:rPr>
        <w:t>If student is in OCIC– Birth certificate is required.</w:t>
      </w:r>
    </w:p>
    <w:p w14:paraId="5FAAFDD2" w14:textId="77777777" w:rsidR="006951FB" w:rsidRPr="006951FB" w:rsidRDefault="006951FB" w:rsidP="006951FB">
      <w:pPr>
        <w:spacing w:after="0" w:line="240" w:lineRule="auto"/>
        <w:ind w:left="720"/>
        <w:rPr>
          <w:rFonts w:asciiTheme="majorHAnsi" w:eastAsia="Times New Roman" w:hAnsiTheme="majorHAnsi" w:cstheme="majorHAnsi"/>
        </w:rPr>
      </w:pPr>
    </w:p>
    <w:p w14:paraId="10E1EFF9" w14:textId="38F3DAF5" w:rsidR="00B6423E" w:rsidRPr="00D448B4" w:rsidRDefault="006951FB" w:rsidP="00D448B4">
      <w:pPr>
        <w:spacing w:after="0" w:line="240" w:lineRule="auto"/>
        <w:rPr>
          <w:rFonts w:asciiTheme="majorHAnsi" w:eastAsia="Times New Roman" w:hAnsiTheme="majorHAnsi" w:cstheme="majorHAnsi"/>
          <w:b/>
        </w:rPr>
      </w:pPr>
      <w:r w:rsidRPr="006951FB">
        <w:rPr>
          <w:rFonts w:asciiTheme="majorHAnsi" w:eastAsia="Times New Roman" w:hAnsiTheme="majorHAnsi" w:cstheme="majorHAnsi"/>
        </w:rPr>
        <w:t xml:space="preserve">Registration Is available on-line.  Please visit our website mpbchurch.org – Religious Ed/Faith Formation and/or look in the bulletin for more information. </w:t>
      </w:r>
    </w:p>
    <w:p w14:paraId="46BFE312" w14:textId="7B3FD916" w:rsidR="00B6423E" w:rsidRDefault="00D448B4">
      <w:pPr>
        <w:pStyle w:val="Heading1"/>
      </w:pPr>
      <w:r>
        <w:t>C</w:t>
      </w:r>
      <w:r w:rsidR="00E71A5A">
        <w:t>ommunication</w:t>
      </w:r>
    </w:p>
    <w:p w14:paraId="4A770B8C" w14:textId="77777777" w:rsidR="00B6423E" w:rsidRDefault="00E71A5A">
      <w:r>
        <w:t>Official communication methods:</w:t>
      </w:r>
    </w:p>
    <w:p w14:paraId="5402C3D0" w14:textId="77777777" w:rsidR="00B6423E" w:rsidRDefault="00E71A5A">
      <w:pPr>
        <w:pStyle w:val="ListBullet"/>
      </w:pPr>
      <w:r>
        <w:t>OSV Church Manager</w:t>
      </w:r>
    </w:p>
    <w:p w14:paraId="091EE71F" w14:textId="77777777" w:rsidR="00B6423E" w:rsidRDefault="00E71A5A">
      <w:pPr>
        <w:pStyle w:val="ListBullet"/>
      </w:pPr>
      <w:r>
        <w:t>Flocknote</w:t>
      </w:r>
    </w:p>
    <w:p w14:paraId="01953A9A" w14:textId="77777777" w:rsidR="00B6423E" w:rsidRDefault="00E71A5A">
      <w:pPr>
        <w:pStyle w:val="ListBullet"/>
      </w:pPr>
      <w:r>
        <w:t>Text Messages</w:t>
      </w:r>
    </w:p>
    <w:p w14:paraId="54F5CB1C" w14:textId="77777777" w:rsidR="00B6423E" w:rsidRDefault="00E71A5A">
      <w:pPr>
        <w:pStyle w:val="ListBullet"/>
      </w:pPr>
      <w:r>
        <w:t>Email</w:t>
      </w:r>
    </w:p>
    <w:p w14:paraId="747DCE9B" w14:textId="77777777" w:rsidR="00B6423E" w:rsidRDefault="00E71A5A">
      <w:pPr>
        <w:pStyle w:val="ListBullet"/>
      </w:pPr>
      <w:r>
        <w:t>Parish Website</w:t>
      </w:r>
    </w:p>
    <w:p w14:paraId="196C0905" w14:textId="77777777" w:rsidR="00B6423E" w:rsidRDefault="00E71A5A">
      <w:pPr>
        <w:pStyle w:val="ListBullet"/>
      </w:pPr>
      <w:r>
        <w:t>Weekly Bulletin</w:t>
      </w:r>
    </w:p>
    <w:p w14:paraId="60A2D044" w14:textId="77777777" w:rsidR="00B6423E" w:rsidRDefault="00E71A5A">
      <w:pPr>
        <w:pStyle w:val="ListBullet"/>
      </w:pPr>
      <w:r>
        <w:t>Facebook</w:t>
      </w:r>
    </w:p>
    <w:p w14:paraId="269FFBC6" w14:textId="7822EC04" w:rsidR="00B6423E" w:rsidRDefault="00E71A5A" w:rsidP="00D448B4">
      <w:pPr>
        <w:pStyle w:val="ListBullet"/>
      </w:pPr>
      <w:r>
        <w:t>Instagram</w:t>
      </w:r>
    </w:p>
    <w:p w14:paraId="628AADF3" w14:textId="77777777" w:rsidR="00B6423E" w:rsidRDefault="00E71A5A">
      <w:pPr>
        <w:pStyle w:val="Heading1"/>
      </w:pPr>
      <w:r>
        <w:t>Curriculum</w:t>
      </w:r>
    </w:p>
    <w:p w14:paraId="2103D285" w14:textId="77777777" w:rsidR="00CB38D9" w:rsidRPr="00CB38D9" w:rsidRDefault="00CB38D9" w:rsidP="00CB38D9">
      <w:pPr>
        <w:rPr>
          <w:b/>
          <w:bCs/>
        </w:rPr>
      </w:pPr>
      <w:r w:rsidRPr="00CB38D9">
        <w:rPr>
          <w:b/>
          <w:bCs/>
        </w:rPr>
        <w:t>Faith Formation Curriculum</w:t>
      </w:r>
    </w:p>
    <w:p w14:paraId="2AAFEAE5" w14:textId="77777777" w:rsidR="00CB38D9" w:rsidRPr="00CB38D9" w:rsidRDefault="00CB38D9" w:rsidP="00CB38D9">
      <w:r w:rsidRPr="00CB38D9">
        <w:t>Our Faith Formation programs are designed to help children and teens encounter Jesus Christ, deepen their understanding of the Catholic faith, and live as faithful disciples through prayer, Scripture, the sacraments, and active participation in the life of the Church. Each program follows the curriculum and catechetical guidelines established by the Diocese of Corpus Christi.</w:t>
      </w:r>
    </w:p>
    <w:p w14:paraId="73319792" w14:textId="2E1216A3" w:rsidR="00CB38D9" w:rsidRPr="00CB38D9" w:rsidRDefault="00CB38D9" w:rsidP="00CB38D9">
      <w:r w:rsidRPr="00CB38D9">
        <w:rPr>
          <w:b/>
          <w:bCs/>
        </w:rPr>
        <w:t>K3–6th Grade</w:t>
      </w:r>
      <w:r w:rsidR="008843C8">
        <w:rPr>
          <w:b/>
          <w:bCs/>
        </w:rPr>
        <w:t xml:space="preserve"> - </w:t>
      </w:r>
      <w:r w:rsidRPr="00CB38D9">
        <w:rPr>
          <w:b/>
          <w:bCs/>
        </w:rPr>
        <w:t>Catechesis of the Good Shepherd (CGS)</w:t>
      </w:r>
    </w:p>
    <w:p w14:paraId="5090AC22" w14:textId="77777777" w:rsidR="00CB38D9" w:rsidRPr="00CB38D9" w:rsidRDefault="00CB38D9" w:rsidP="00CB38D9">
      <w:r w:rsidRPr="00CB38D9">
        <w:t>Catechesis of the Good Shepherd is a Montessori-based approach to Catholic faith formation that nurtures a child's relationship with Jesus Christ through prayer, Scripture, liturgy, and hands-on materials. In the Atrium, children encounter the Good Shepherd in a peaceful environment specifically prepared to foster wonder, contemplation, and a lifelong love for God and His Church.</w:t>
      </w:r>
    </w:p>
    <w:p w14:paraId="7D91310F" w14:textId="616D7F6D" w:rsidR="00CB38D9" w:rsidRPr="00CB38D9" w:rsidRDefault="00CB38D9" w:rsidP="00CB38D9">
      <w:r w:rsidRPr="00CB38D9">
        <w:rPr>
          <w:b/>
          <w:bCs/>
        </w:rPr>
        <w:t>7th–8th Grade</w:t>
      </w:r>
      <w:r w:rsidR="008843C8">
        <w:rPr>
          <w:b/>
          <w:bCs/>
        </w:rPr>
        <w:t xml:space="preserve"> - </w:t>
      </w:r>
      <w:r w:rsidRPr="00CB38D9">
        <w:rPr>
          <w:b/>
          <w:bCs/>
        </w:rPr>
        <w:t>Alive in Christ</w:t>
      </w:r>
    </w:p>
    <w:p w14:paraId="4613FD37" w14:textId="77777777" w:rsidR="00CB38D9" w:rsidRPr="00CB38D9" w:rsidRDefault="00CB38D9" w:rsidP="00CB38D9">
      <w:r w:rsidRPr="00CB38D9">
        <w:t xml:space="preserve">Students in grades 7 and 8 use </w:t>
      </w:r>
      <w:r w:rsidRPr="00CB38D9">
        <w:rPr>
          <w:i/>
          <w:iCs/>
        </w:rPr>
        <w:t>Alive in Christ</w:t>
      </w:r>
      <w:r w:rsidRPr="00CB38D9">
        <w:t xml:space="preserve"> by Our Sunday Visitor. This curriculum provides a comprehensive presentation of Catholic doctrine while helping young adolescents apply their faith to everyday life. Through Scripture, Sacred Tradition, prayer, small-group discussion, and </w:t>
      </w:r>
      <w:r w:rsidRPr="00CB38D9">
        <w:lastRenderedPageBreak/>
        <w:t>interactive learning, students develop a deeper understanding of the Creed, the Sacraments, Christian morality, and prayer.</w:t>
      </w:r>
    </w:p>
    <w:p w14:paraId="1FDC7164" w14:textId="67BCFA5B" w:rsidR="00CB38D9" w:rsidRPr="00CB38D9" w:rsidRDefault="00CB38D9" w:rsidP="00CB38D9">
      <w:r w:rsidRPr="00CB38D9">
        <w:rPr>
          <w:b/>
          <w:bCs/>
        </w:rPr>
        <w:t>9th–10th Grade</w:t>
      </w:r>
      <w:r w:rsidR="008843C8">
        <w:rPr>
          <w:b/>
          <w:bCs/>
        </w:rPr>
        <w:t xml:space="preserve"> - </w:t>
      </w:r>
      <w:r w:rsidRPr="00CB38D9">
        <w:rPr>
          <w:b/>
          <w:bCs/>
        </w:rPr>
        <w:t>Catholic Bible, YOUCAT &amp; YOUCAT Confirmation</w:t>
      </w:r>
    </w:p>
    <w:p w14:paraId="66F6D2FB" w14:textId="77777777" w:rsidR="00CB38D9" w:rsidRPr="00CB38D9" w:rsidRDefault="00CB38D9" w:rsidP="00CB38D9">
      <w:r w:rsidRPr="00CB38D9">
        <w:t xml:space="preserve">Confirmation preparation is a two-year journey designed to help teens grow as committed disciples of Jesus Christ and active members of the Church. Using the Catholic Bible, </w:t>
      </w:r>
      <w:r w:rsidRPr="00CB38D9">
        <w:rPr>
          <w:i/>
          <w:iCs/>
        </w:rPr>
        <w:t>YOUCAT (Youth Catechism of the Catholic Church)</w:t>
      </w:r>
      <w:r w:rsidRPr="00CB38D9">
        <w:t xml:space="preserve">, and </w:t>
      </w:r>
      <w:r w:rsidRPr="00CB38D9">
        <w:rPr>
          <w:i/>
          <w:iCs/>
        </w:rPr>
        <w:t>YOUCAT Confirmation</w:t>
      </w:r>
      <w:r w:rsidRPr="00CB38D9">
        <w:t>, students deepen their understanding of Catholic teaching while exploring prayer, Scripture, the Holy Spirit, the sacraments, Christian discipleship, and their personal vocation. Weekly sessions, retreats, service opportunities, and participation in parish life help prepare candidates to receive the Sacrament of Confirmation with faith and readiness.</w:t>
      </w:r>
    </w:p>
    <w:p w14:paraId="3C0F5041" w14:textId="78F326F5" w:rsidR="00CB38D9" w:rsidRPr="00CB38D9" w:rsidRDefault="00CB38D9" w:rsidP="00CB38D9">
      <w:r w:rsidRPr="00CB38D9">
        <w:rPr>
          <w:b/>
          <w:bCs/>
        </w:rPr>
        <w:t>First Holy Communion</w:t>
      </w:r>
      <w:r w:rsidR="008843C8">
        <w:rPr>
          <w:b/>
          <w:bCs/>
        </w:rPr>
        <w:t xml:space="preserve"> - </w:t>
      </w:r>
      <w:r w:rsidRPr="00CB38D9">
        <w:rPr>
          <w:b/>
          <w:bCs/>
        </w:rPr>
        <w:t>Signs of Grace</w:t>
      </w:r>
    </w:p>
    <w:p w14:paraId="779F06AD" w14:textId="007178C6" w:rsidR="00B6423E" w:rsidRDefault="00CB38D9">
      <w:r w:rsidRPr="00CB38D9">
        <w:t xml:space="preserve">Children preparing to receive First Reconciliation and First Holy Communion participate in the </w:t>
      </w:r>
      <w:r w:rsidRPr="00CB38D9">
        <w:rPr>
          <w:i/>
          <w:iCs/>
        </w:rPr>
        <w:t>Signs of Grace</w:t>
      </w:r>
      <w:r w:rsidRPr="00CB38D9">
        <w:t xml:space="preserve"> sacramental preparation program. This curriculum helps children and their families understand God's mercy through the Sacrament of Reconciliation and encounter the Real Presence of Jesus Christ in the Holy Eucharist. Through engaging lessons, prayer, family involvement, and parish celebrations, children are prepared to receive these sacraments with reverence, understanding, and joy.</w:t>
      </w:r>
    </w:p>
    <w:p w14:paraId="2AD011E9" w14:textId="77777777" w:rsidR="00B6423E" w:rsidRDefault="00E71A5A">
      <w:pPr>
        <w:pStyle w:val="Heading1"/>
      </w:pPr>
      <w:r>
        <w:t>Attendance</w:t>
      </w:r>
    </w:p>
    <w:p w14:paraId="28877D49" w14:textId="77777777" w:rsidR="00EE1C85" w:rsidRPr="009F5449" w:rsidRDefault="00EE1C85" w:rsidP="00EE1C85">
      <w:pPr>
        <w:spacing w:after="0" w:line="240" w:lineRule="auto"/>
        <w:rPr>
          <w:rFonts w:ascii="Helvetica" w:eastAsia="Times New Roman" w:hAnsi="Helvetica" w:cs="Helvetica"/>
          <w:sz w:val="24"/>
          <w:szCs w:val="24"/>
        </w:rPr>
      </w:pPr>
      <w:r w:rsidRPr="009F5449">
        <w:rPr>
          <w:rFonts w:ascii="Helvetica" w:eastAsia="Times New Roman" w:hAnsi="Helvetica" w:cs="Helvetica"/>
          <w:sz w:val="24"/>
          <w:szCs w:val="24"/>
        </w:rPr>
        <w:t xml:space="preserve">Regular attendance is an important factor in helping your child deepen their understanding of church teaching, scripture, prayer and community. If there are special circumstances regarding your child’s participation in the program, they may be worked </w:t>
      </w:r>
      <w:r w:rsidRPr="009F5449">
        <w:rPr>
          <w:rFonts w:ascii="Helvetica" w:eastAsia="Times New Roman" w:hAnsi="Helvetica" w:cs="Helvetica"/>
          <w:b/>
          <w:bCs/>
          <w:sz w:val="24"/>
          <w:szCs w:val="24"/>
        </w:rPr>
        <w:t>out in advance</w:t>
      </w:r>
      <w:r w:rsidRPr="009F5449">
        <w:rPr>
          <w:rFonts w:ascii="Helvetica" w:eastAsia="Times New Roman" w:hAnsi="Helvetica" w:cs="Helvetica"/>
          <w:sz w:val="24"/>
          <w:szCs w:val="24"/>
        </w:rPr>
        <w:t xml:space="preserve"> with the Director of Faith Formation</w:t>
      </w:r>
      <w:r>
        <w:rPr>
          <w:rFonts w:ascii="Helvetica" w:eastAsia="Times New Roman" w:hAnsi="Helvetica" w:cs="Helvetica"/>
          <w:sz w:val="24"/>
          <w:szCs w:val="24"/>
        </w:rPr>
        <w:t xml:space="preserve"> for students attending Pk3-8</w:t>
      </w:r>
      <w:r w:rsidRPr="00AB2E8D">
        <w:rPr>
          <w:rFonts w:ascii="Helvetica" w:eastAsia="Times New Roman" w:hAnsi="Helvetica" w:cs="Helvetica"/>
          <w:sz w:val="24"/>
          <w:szCs w:val="24"/>
          <w:vertAlign w:val="superscript"/>
        </w:rPr>
        <w:t>th</w:t>
      </w:r>
      <w:r>
        <w:rPr>
          <w:rFonts w:ascii="Helvetica" w:eastAsia="Times New Roman" w:hAnsi="Helvetica" w:cs="Helvetica"/>
          <w:sz w:val="24"/>
          <w:szCs w:val="24"/>
        </w:rPr>
        <w:t xml:space="preserve"> grade and the </w:t>
      </w:r>
      <w:proofErr w:type="gramStart"/>
      <w:r>
        <w:rPr>
          <w:rFonts w:ascii="Helvetica" w:eastAsia="Times New Roman" w:hAnsi="Helvetica" w:cs="Helvetica"/>
          <w:sz w:val="24"/>
          <w:szCs w:val="24"/>
        </w:rPr>
        <w:t>Youth Minister</w:t>
      </w:r>
      <w:proofErr w:type="gramEnd"/>
      <w:r>
        <w:rPr>
          <w:rFonts w:ascii="Helvetica" w:eastAsia="Times New Roman" w:hAnsi="Helvetica" w:cs="Helvetica"/>
          <w:sz w:val="24"/>
          <w:szCs w:val="24"/>
        </w:rPr>
        <w:t xml:space="preserve"> for students attending 9</w:t>
      </w:r>
      <w:r w:rsidRPr="00AB2E8D">
        <w:rPr>
          <w:rFonts w:ascii="Helvetica" w:eastAsia="Times New Roman" w:hAnsi="Helvetica" w:cs="Helvetica"/>
          <w:sz w:val="24"/>
          <w:szCs w:val="24"/>
          <w:vertAlign w:val="superscript"/>
        </w:rPr>
        <w:t>th</w:t>
      </w:r>
      <w:r>
        <w:rPr>
          <w:rFonts w:ascii="Helvetica" w:eastAsia="Times New Roman" w:hAnsi="Helvetica" w:cs="Helvetica"/>
          <w:sz w:val="24"/>
          <w:szCs w:val="24"/>
        </w:rPr>
        <w:t>-12</w:t>
      </w:r>
      <w:r w:rsidRPr="00AB2E8D">
        <w:rPr>
          <w:rFonts w:ascii="Helvetica" w:eastAsia="Times New Roman" w:hAnsi="Helvetica" w:cs="Helvetica"/>
          <w:sz w:val="24"/>
          <w:szCs w:val="24"/>
          <w:vertAlign w:val="superscript"/>
        </w:rPr>
        <w:t>th</w:t>
      </w:r>
      <w:r>
        <w:rPr>
          <w:rFonts w:ascii="Helvetica" w:eastAsia="Times New Roman" w:hAnsi="Helvetica" w:cs="Helvetica"/>
          <w:sz w:val="24"/>
          <w:szCs w:val="24"/>
        </w:rPr>
        <w:t xml:space="preserve"> grade sessions.</w:t>
      </w:r>
    </w:p>
    <w:p w14:paraId="6CBDB9B0" w14:textId="77777777" w:rsidR="007706AC" w:rsidRDefault="007706AC" w:rsidP="00E304B7">
      <w:pPr>
        <w:rPr>
          <w:b/>
          <w:bCs/>
          <w:color w:val="4F81BD" w:themeColor="accent1"/>
          <w:sz w:val="24"/>
          <w:szCs w:val="24"/>
        </w:rPr>
      </w:pPr>
    </w:p>
    <w:p w14:paraId="4ABB115C" w14:textId="1702A95D" w:rsidR="007706AC" w:rsidRDefault="007706AC" w:rsidP="007706AC">
      <w:pPr>
        <w:pStyle w:val="Heading1"/>
      </w:pPr>
      <w:r>
        <w:t>Arrival &amp; Dismissal</w:t>
      </w:r>
    </w:p>
    <w:p w14:paraId="3A51D38C" w14:textId="77777777" w:rsidR="005054B9" w:rsidRPr="005054B9" w:rsidRDefault="005054B9" w:rsidP="005054B9">
      <w:r w:rsidRPr="005054B9">
        <w:t>To ensure the safety and well-being of all children and youth, families are asked to follow the arrival and dismissal procedures outlined below.</w:t>
      </w:r>
    </w:p>
    <w:p w14:paraId="702D6778" w14:textId="77777777" w:rsidR="005054B9" w:rsidRPr="005054B9" w:rsidRDefault="005054B9" w:rsidP="005054B9">
      <w:pPr>
        <w:rPr>
          <w:b/>
          <w:bCs/>
        </w:rPr>
      </w:pPr>
      <w:r w:rsidRPr="005054B9">
        <w:rPr>
          <w:b/>
          <w:bCs/>
        </w:rPr>
        <w:t>K3–6th Grade</w:t>
      </w:r>
    </w:p>
    <w:p w14:paraId="18E74D9F" w14:textId="77777777" w:rsidR="005054B9" w:rsidRPr="005054B9" w:rsidRDefault="005054B9" w:rsidP="005054B9">
      <w:pPr>
        <w:rPr>
          <w:b/>
          <w:bCs/>
        </w:rPr>
      </w:pPr>
      <w:r w:rsidRPr="005054B9">
        <w:rPr>
          <w:b/>
          <w:bCs/>
        </w:rPr>
        <w:t>Arrival</w:t>
      </w:r>
    </w:p>
    <w:p w14:paraId="7C999D4E" w14:textId="77777777" w:rsidR="005054B9" w:rsidRPr="005054B9" w:rsidRDefault="005054B9" w:rsidP="005054B9">
      <w:pPr>
        <w:numPr>
          <w:ilvl w:val="0"/>
          <w:numId w:val="10"/>
        </w:numPr>
      </w:pPr>
      <w:r w:rsidRPr="005054B9">
        <w:t>Students must be escorted to their assigned atrium or classroom by a parent or authorized guardian.</w:t>
      </w:r>
    </w:p>
    <w:p w14:paraId="2C34C3A8" w14:textId="77777777" w:rsidR="005054B9" w:rsidRPr="005054B9" w:rsidRDefault="005054B9" w:rsidP="005054B9">
      <w:pPr>
        <w:numPr>
          <w:ilvl w:val="0"/>
          <w:numId w:val="10"/>
        </w:numPr>
      </w:pPr>
      <w:r w:rsidRPr="005054B9">
        <w:t xml:space="preserve">A parent or guardian must </w:t>
      </w:r>
      <w:proofErr w:type="gramStart"/>
      <w:r w:rsidRPr="005054B9">
        <w:rPr>
          <w:b/>
          <w:bCs/>
        </w:rPr>
        <w:t>sign</w:t>
      </w:r>
      <w:proofErr w:type="gramEnd"/>
      <w:r w:rsidRPr="005054B9">
        <w:rPr>
          <w:b/>
          <w:bCs/>
        </w:rPr>
        <w:t xml:space="preserve"> their </w:t>
      </w:r>
      <w:proofErr w:type="gramStart"/>
      <w:r w:rsidRPr="005054B9">
        <w:rPr>
          <w:b/>
          <w:bCs/>
        </w:rPr>
        <w:t>child in</w:t>
      </w:r>
      <w:proofErr w:type="gramEnd"/>
      <w:r w:rsidRPr="005054B9">
        <w:t xml:space="preserve"> upon arrival.</w:t>
      </w:r>
    </w:p>
    <w:p w14:paraId="7F42C37E" w14:textId="77777777" w:rsidR="005054B9" w:rsidRPr="005054B9" w:rsidRDefault="005054B9" w:rsidP="005054B9">
      <w:pPr>
        <w:numPr>
          <w:ilvl w:val="0"/>
          <w:numId w:val="10"/>
        </w:numPr>
      </w:pPr>
      <w:r w:rsidRPr="005054B9">
        <w:t xml:space="preserve">Students may </w:t>
      </w:r>
      <w:r w:rsidRPr="005054B9">
        <w:rPr>
          <w:b/>
          <w:bCs/>
        </w:rPr>
        <w:t>not</w:t>
      </w:r>
      <w:r w:rsidRPr="005054B9">
        <w:t xml:space="preserve"> enter a classroom or atrium unless a catechist or approved adult is present.</w:t>
      </w:r>
    </w:p>
    <w:p w14:paraId="3F52B335" w14:textId="77777777" w:rsidR="005054B9" w:rsidRPr="005054B9" w:rsidRDefault="005054B9" w:rsidP="005054B9">
      <w:pPr>
        <w:numPr>
          <w:ilvl w:val="0"/>
          <w:numId w:val="10"/>
        </w:numPr>
      </w:pPr>
      <w:r w:rsidRPr="005054B9">
        <w:t>If the catechist has not yet arrived, parents and students should wait quietly outside the classroom until the room is opened.</w:t>
      </w:r>
    </w:p>
    <w:p w14:paraId="62B1CA99" w14:textId="77777777" w:rsidR="005054B9" w:rsidRPr="005054B9" w:rsidRDefault="005054B9" w:rsidP="005054B9">
      <w:pPr>
        <w:numPr>
          <w:ilvl w:val="0"/>
          <w:numId w:val="10"/>
        </w:numPr>
      </w:pPr>
      <w:r w:rsidRPr="005054B9">
        <w:lastRenderedPageBreak/>
        <w:t>Please arrive on time. Tardiness disrupts the learning environment and causes students to miss important prayer and instructional time.</w:t>
      </w:r>
    </w:p>
    <w:p w14:paraId="59B64152" w14:textId="77777777" w:rsidR="005054B9" w:rsidRPr="005054B9" w:rsidRDefault="005054B9" w:rsidP="005054B9">
      <w:pPr>
        <w:rPr>
          <w:b/>
          <w:bCs/>
        </w:rPr>
      </w:pPr>
      <w:r w:rsidRPr="005054B9">
        <w:rPr>
          <w:b/>
          <w:bCs/>
        </w:rPr>
        <w:t>Dismissal</w:t>
      </w:r>
    </w:p>
    <w:p w14:paraId="3FF4DCA7" w14:textId="77777777" w:rsidR="005054B9" w:rsidRPr="005054B9" w:rsidRDefault="005054B9" w:rsidP="005054B9">
      <w:pPr>
        <w:numPr>
          <w:ilvl w:val="0"/>
          <w:numId w:val="11"/>
        </w:numPr>
      </w:pPr>
      <w:r w:rsidRPr="005054B9">
        <w:t xml:space="preserve">Parents or authorized guardians must </w:t>
      </w:r>
      <w:r w:rsidRPr="005054B9">
        <w:rPr>
          <w:b/>
          <w:bCs/>
        </w:rPr>
        <w:t>park their vehicle</w:t>
      </w:r>
      <w:r w:rsidRPr="005054B9">
        <w:t xml:space="preserve"> and come into the building to </w:t>
      </w:r>
      <w:r w:rsidRPr="005054B9">
        <w:rPr>
          <w:b/>
          <w:bCs/>
        </w:rPr>
        <w:t>sign their child out</w:t>
      </w:r>
      <w:r w:rsidRPr="005054B9">
        <w:t xml:space="preserve"> from the classroom.</w:t>
      </w:r>
    </w:p>
    <w:p w14:paraId="2FC1C1CB" w14:textId="77777777" w:rsidR="005054B9" w:rsidRPr="005054B9" w:rsidRDefault="005054B9" w:rsidP="005054B9">
      <w:pPr>
        <w:numPr>
          <w:ilvl w:val="0"/>
          <w:numId w:val="11"/>
        </w:numPr>
      </w:pPr>
      <w:r w:rsidRPr="005054B9">
        <w:t>Students will only be released to a parent, guardian, or another individual authorized by the parent.</w:t>
      </w:r>
    </w:p>
    <w:p w14:paraId="37345B65" w14:textId="77777777" w:rsidR="005054B9" w:rsidRPr="005054B9" w:rsidRDefault="005054B9" w:rsidP="005054B9">
      <w:pPr>
        <w:numPr>
          <w:ilvl w:val="0"/>
          <w:numId w:val="11"/>
        </w:numPr>
      </w:pPr>
      <w:r w:rsidRPr="005054B9">
        <w:t>Anyone unfamiliar to parish staff who is picking up a child may be asked to present a valid photo ID.</w:t>
      </w:r>
    </w:p>
    <w:p w14:paraId="6EA2F294" w14:textId="77777777" w:rsidR="005054B9" w:rsidRPr="005054B9" w:rsidRDefault="005054B9" w:rsidP="005054B9">
      <w:pPr>
        <w:numPr>
          <w:ilvl w:val="0"/>
          <w:numId w:val="11"/>
        </w:numPr>
      </w:pPr>
      <w:r w:rsidRPr="005054B9">
        <w:t>These procedures are in place to ensure the safety of every child entering and leaving our campus.</w:t>
      </w:r>
    </w:p>
    <w:p w14:paraId="7C40FD24" w14:textId="77777777" w:rsidR="005054B9" w:rsidRPr="005054B9" w:rsidRDefault="005054B9" w:rsidP="005054B9">
      <w:pPr>
        <w:rPr>
          <w:b/>
          <w:bCs/>
        </w:rPr>
      </w:pPr>
      <w:r w:rsidRPr="005054B9">
        <w:rPr>
          <w:b/>
          <w:bCs/>
        </w:rPr>
        <w:t>Early Dismissal</w:t>
      </w:r>
    </w:p>
    <w:p w14:paraId="643C4523" w14:textId="77777777" w:rsidR="005054B9" w:rsidRPr="005054B9" w:rsidRDefault="005054B9" w:rsidP="005054B9">
      <w:r w:rsidRPr="005054B9">
        <w:t>Early dismissal is discouraged, as missing any portion of class impacts your child's faith formation.</w:t>
      </w:r>
    </w:p>
    <w:p w14:paraId="773541AD" w14:textId="77777777" w:rsidR="005054B9" w:rsidRPr="005054B9" w:rsidRDefault="005054B9" w:rsidP="005054B9">
      <w:r w:rsidRPr="005054B9">
        <w:t>If an early dismissal is necessary:</w:t>
      </w:r>
    </w:p>
    <w:p w14:paraId="5125949D" w14:textId="77777777" w:rsidR="005054B9" w:rsidRPr="005054B9" w:rsidRDefault="005054B9" w:rsidP="005054B9">
      <w:pPr>
        <w:numPr>
          <w:ilvl w:val="0"/>
          <w:numId w:val="12"/>
        </w:numPr>
      </w:pPr>
      <w:r w:rsidRPr="005054B9">
        <w:t>Notify the Faith Formation Office in advance by providing the student's name, catechist, classroom, date, and pickup time.</w:t>
      </w:r>
    </w:p>
    <w:p w14:paraId="29C33429" w14:textId="77777777" w:rsidR="005054B9" w:rsidRPr="005054B9" w:rsidRDefault="005054B9" w:rsidP="005054B9">
      <w:pPr>
        <w:numPr>
          <w:ilvl w:val="0"/>
          <w:numId w:val="12"/>
        </w:numPr>
      </w:pPr>
      <w:r w:rsidRPr="005054B9">
        <w:t>Parents or guardians should report to the St. Maria Goretti Youth Center (SMGYC) Lobby to sign out their child.</w:t>
      </w:r>
    </w:p>
    <w:p w14:paraId="40B4DCAA" w14:textId="77777777" w:rsidR="005054B9" w:rsidRPr="005054B9" w:rsidRDefault="005054B9" w:rsidP="005054B9">
      <w:pPr>
        <w:numPr>
          <w:ilvl w:val="0"/>
          <w:numId w:val="12"/>
        </w:numPr>
      </w:pPr>
      <w:r w:rsidRPr="005054B9">
        <w:t>Children will only be released to an authorized adult.</w:t>
      </w:r>
    </w:p>
    <w:p w14:paraId="75824271" w14:textId="77777777" w:rsidR="005054B9" w:rsidRPr="005054B9" w:rsidRDefault="00E71A5A" w:rsidP="005054B9">
      <w:r>
        <w:pict w14:anchorId="116F098F">
          <v:rect id="_x0000_i1025" style="width:0;height:1.5pt" o:hralign="center" o:hrstd="t" o:hr="t" fillcolor="#a0a0a0" stroked="f"/>
        </w:pict>
      </w:r>
    </w:p>
    <w:p w14:paraId="213BDD57" w14:textId="77777777" w:rsidR="005054B9" w:rsidRPr="005054B9" w:rsidRDefault="005054B9" w:rsidP="005054B9">
      <w:pPr>
        <w:rPr>
          <w:b/>
          <w:bCs/>
        </w:rPr>
      </w:pPr>
      <w:r w:rsidRPr="005054B9">
        <w:rPr>
          <w:b/>
          <w:bCs/>
        </w:rPr>
        <w:t>7th–8th Grade</w:t>
      </w:r>
    </w:p>
    <w:p w14:paraId="10A728DA" w14:textId="77777777" w:rsidR="005054B9" w:rsidRPr="005054B9" w:rsidRDefault="005054B9" w:rsidP="005054B9">
      <w:pPr>
        <w:rPr>
          <w:b/>
          <w:bCs/>
        </w:rPr>
      </w:pPr>
      <w:r w:rsidRPr="005054B9">
        <w:rPr>
          <w:b/>
          <w:bCs/>
        </w:rPr>
        <w:t>Arrival</w:t>
      </w:r>
    </w:p>
    <w:p w14:paraId="77D6E94A" w14:textId="77777777" w:rsidR="005054B9" w:rsidRPr="005054B9" w:rsidRDefault="005054B9" w:rsidP="005054B9">
      <w:pPr>
        <w:numPr>
          <w:ilvl w:val="0"/>
          <w:numId w:val="13"/>
        </w:numPr>
      </w:pPr>
      <w:r w:rsidRPr="005054B9">
        <w:t xml:space="preserve">Students should enter through the </w:t>
      </w:r>
      <w:r w:rsidRPr="005054B9">
        <w:rPr>
          <w:b/>
          <w:bCs/>
        </w:rPr>
        <w:t>St. Maria Goretti Youth Center (SMGYC) Main Lobby</w:t>
      </w:r>
      <w:r w:rsidRPr="005054B9">
        <w:t>.</w:t>
      </w:r>
    </w:p>
    <w:p w14:paraId="0AC0C1A2" w14:textId="77777777" w:rsidR="005054B9" w:rsidRPr="005054B9" w:rsidRDefault="005054B9" w:rsidP="005054B9">
      <w:pPr>
        <w:numPr>
          <w:ilvl w:val="0"/>
          <w:numId w:val="13"/>
        </w:numPr>
      </w:pPr>
      <w:r w:rsidRPr="005054B9">
        <w:t>Attendance and check-in will be completed in the lobby before students proceed to their assigned session.</w:t>
      </w:r>
    </w:p>
    <w:p w14:paraId="1FD1202C" w14:textId="77777777" w:rsidR="005054B9" w:rsidRPr="005054B9" w:rsidRDefault="005054B9" w:rsidP="005054B9">
      <w:pPr>
        <w:rPr>
          <w:b/>
          <w:bCs/>
        </w:rPr>
      </w:pPr>
      <w:r w:rsidRPr="005054B9">
        <w:rPr>
          <w:b/>
          <w:bCs/>
        </w:rPr>
        <w:t>Dismissal</w:t>
      </w:r>
    </w:p>
    <w:p w14:paraId="34CBF3EE" w14:textId="77777777" w:rsidR="005054B9" w:rsidRPr="005054B9" w:rsidRDefault="005054B9" w:rsidP="005054B9">
      <w:pPr>
        <w:numPr>
          <w:ilvl w:val="0"/>
          <w:numId w:val="14"/>
        </w:numPr>
      </w:pPr>
      <w:r w:rsidRPr="005054B9">
        <w:t xml:space="preserve">Students should be picked up promptly at the </w:t>
      </w:r>
      <w:r w:rsidRPr="005054B9">
        <w:rPr>
          <w:b/>
          <w:bCs/>
        </w:rPr>
        <w:t>St. Maria Goretti Youth Center</w:t>
      </w:r>
      <w:r w:rsidRPr="005054B9">
        <w:t xml:space="preserve"> at the conclusion of class.</w:t>
      </w:r>
    </w:p>
    <w:p w14:paraId="0F59B0EE" w14:textId="77777777" w:rsidR="005054B9" w:rsidRPr="005054B9" w:rsidRDefault="00E71A5A" w:rsidP="005054B9">
      <w:r>
        <w:pict w14:anchorId="6BCE6C44">
          <v:rect id="_x0000_i1026" style="width:0;height:1.5pt" o:hralign="center" o:hrstd="t" o:hr="t" fillcolor="#a0a0a0" stroked="f"/>
        </w:pict>
      </w:r>
    </w:p>
    <w:p w14:paraId="7EE5482A" w14:textId="77777777" w:rsidR="005054B9" w:rsidRPr="005054B9" w:rsidRDefault="005054B9" w:rsidP="005054B9">
      <w:pPr>
        <w:rPr>
          <w:b/>
          <w:bCs/>
        </w:rPr>
      </w:pPr>
      <w:r w:rsidRPr="005054B9">
        <w:rPr>
          <w:b/>
          <w:bCs/>
        </w:rPr>
        <w:t>9th–12th Grade (Confirmation)</w:t>
      </w:r>
    </w:p>
    <w:p w14:paraId="3D0E6BD1" w14:textId="77777777" w:rsidR="005054B9" w:rsidRPr="005054B9" w:rsidRDefault="005054B9" w:rsidP="005054B9">
      <w:pPr>
        <w:rPr>
          <w:b/>
          <w:bCs/>
        </w:rPr>
      </w:pPr>
      <w:r w:rsidRPr="005054B9">
        <w:rPr>
          <w:b/>
          <w:bCs/>
        </w:rPr>
        <w:t>Arrival</w:t>
      </w:r>
    </w:p>
    <w:p w14:paraId="6D4B14CE" w14:textId="77777777" w:rsidR="005054B9" w:rsidRPr="005054B9" w:rsidRDefault="005054B9" w:rsidP="005054B9">
      <w:pPr>
        <w:numPr>
          <w:ilvl w:val="0"/>
          <w:numId w:val="15"/>
        </w:numPr>
      </w:pPr>
      <w:r w:rsidRPr="005054B9">
        <w:lastRenderedPageBreak/>
        <w:t xml:space="preserve">Students should enter through the </w:t>
      </w:r>
      <w:r w:rsidRPr="005054B9">
        <w:rPr>
          <w:b/>
          <w:bCs/>
        </w:rPr>
        <w:t>St. Maria Goretti Youth Center (SMGYC) Main Lobby</w:t>
      </w:r>
      <w:r w:rsidRPr="005054B9">
        <w:t>.</w:t>
      </w:r>
    </w:p>
    <w:p w14:paraId="746A018B" w14:textId="77777777" w:rsidR="005054B9" w:rsidRPr="005054B9" w:rsidRDefault="005054B9" w:rsidP="005054B9">
      <w:pPr>
        <w:numPr>
          <w:ilvl w:val="0"/>
          <w:numId w:val="15"/>
        </w:numPr>
      </w:pPr>
      <w:r w:rsidRPr="005054B9">
        <w:t>Attendance will be taken during check-in, after which students will sign in at their assigned small-group tables.</w:t>
      </w:r>
    </w:p>
    <w:p w14:paraId="21CA221E" w14:textId="77777777" w:rsidR="005054B9" w:rsidRPr="005054B9" w:rsidRDefault="005054B9" w:rsidP="005054B9">
      <w:pPr>
        <w:numPr>
          <w:ilvl w:val="0"/>
          <w:numId w:val="15"/>
        </w:numPr>
      </w:pPr>
      <w:r w:rsidRPr="005054B9">
        <w:t xml:space="preserve">Doors open at </w:t>
      </w:r>
      <w:r w:rsidRPr="005054B9">
        <w:rPr>
          <w:b/>
          <w:bCs/>
        </w:rPr>
        <w:t>4:30 p.m.</w:t>
      </w:r>
    </w:p>
    <w:p w14:paraId="628B8CAC" w14:textId="77777777" w:rsidR="005054B9" w:rsidRPr="005054B9" w:rsidRDefault="005054B9" w:rsidP="005054B9">
      <w:pPr>
        <w:numPr>
          <w:ilvl w:val="0"/>
          <w:numId w:val="15"/>
        </w:numPr>
      </w:pPr>
      <w:r w:rsidRPr="005054B9">
        <w:t xml:space="preserve">Sessions begin promptly at </w:t>
      </w:r>
      <w:r w:rsidRPr="005054B9">
        <w:rPr>
          <w:b/>
          <w:bCs/>
        </w:rPr>
        <w:t>5:00 p.m.</w:t>
      </w:r>
    </w:p>
    <w:p w14:paraId="1EA09008" w14:textId="77777777" w:rsidR="005054B9" w:rsidRPr="005054B9" w:rsidRDefault="005054B9" w:rsidP="005054B9">
      <w:pPr>
        <w:numPr>
          <w:ilvl w:val="0"/>
          <w:numId w:val="15"/>
        </w:numPr>
      </w:pPr>
      <w:r w:rsidRPr="005054B9">
        <w:t xml:space="preserve">Students arriving after </w:t>
      </w:r>
      <w:r w:rsidRPr="005054B9">
        <w:rPr>
          <w:b/>
          <w:bCs/>
        </w:rPr>
        <w:t>5:15 p.m.</w:t>
      </w:r>
      <w:r w:rsidRPr="005054B9">
        <w:t xml:space="preserve"> will be marked tardy.</w:t>
      </w:r>
    </w:p>
    <w:p w14:paraId="10C24BD1" w14:textId="77777777" w:rsidR="005054B9" w:rsidRPr="005054B9" w:rsidRDefault="005054B9" w:rsidP="005054B9">
      <w:pPr>
        <w:numPr>
          <w:ilvl w:val="0"/>
          <w:numId w:val="15"/>
        </w:numPr>
      </w:pPr>
      <w:r w:rsidRPr="005054B9">
        <w:t xml:space="preserve">Students who arrive after the lesson has begun will be </w:t>
      </w:r>
      <w:proofErr w:type="gramStart"/>
      <w:r w:rsidRPr="005054B9">
        <w:t>counted</w:t>
      </w:r>
      <w:proofErr w:type="gramEnd"/>
      <w:r w:rsidRPr="005054B9">
        <w:t xml:space="preserve"> absent for that session.</w:t>
      </w:r>
    </w:p>
    <w:p w14:paraId="08E33A4A" w14:textId="77777777" w:rsidR="005054B9" w:rsidRPr="005054B9" w:rsidRDefault="005054B9" w:rsidP="005054B9">
      <w:pPr>
        <w:rPr>
          <w:b/>
          <w:bCs/>
        </w:rPr>
      </w:pPr>
      <w:r w:rsidRPr="005054B9">
        <w:rPr>
          <w:b/>
          <w:bCs/>
        </w:rPr>
        <w:t>Dismissal</w:t>
      </w:r>
    </w:p>
    <w:p w14:paraId="103FE68D" w14:textId="77777777" w:rsidR="005054B9" w:rsidRPr="005054B9" w:rsidRDefault="005054B9" w:rsidP="005054B9">
      <w:pPr>
        <w:numPr>
          <w:ilvl w:val="0"/>
          <w:numId w:val="16"/>
        </w:numPr>
      </w:pPr>
      <w:r w:rsidRPr="005054B9">
        <w:t xml:space="preserve">Students should be picked up promptly at the </w:t>
      </w:r>
      <w:r w:rsidRPr="005054B9">
        <w:rPr>
          <w:b/>
          <w:bCs/>
        </w:rPr>
        <w:t>St. Maria Goretti Youth Center</w:t>
      </w:r>
      <w:r w:rsidRPr="005054B9">
        <w:t xml:space="preserve"> at the conclusion of the session.</w:t>
      </w:r>
    </w:p>
    <w:p w14:paraId="7E7C7580" w14:textId="77777777" w:rsidR="005054B9" w:rsidRPr="005054B9" w:rsidRDefault="00E71A5A" w:rsidP="005054B9">
      <w:r>
        <w:pict w14:anchorId="691C6B2E">
          <v:rect id="_x0000_i1027" style="width:0;height:1.5pt" o:hralign="center" o:hrstd="t" o:hr="t" fillcolor="#a0a0a0" stroked="f"/>
        </w:pict>
      </w:r>
    </w:p>
    <w:p w14:paraId="07B4BE3E" w14:textId="77777777" w:rsidR="005054B9" w:rsidRPr="005054B9" w:rsidRDefault="005054B9" w:rsidP="005054B9">
      <w:pPr>
        <w:rPr>
          <w:b/>
          <w:bCs/>
        </w:rPr>
      </w:pPr>
      <w:r w:rsidRPr="005054B9">
        <w:rPr>
          <w:b/>
          <w:bCs/>
        </w:rPr>
        <w:t>General Expectations</w:t>
      </w:r>
    </w:p>
    <w:p w14:paraId="3BF3050C" w14:textId="77777777" w:rsidR="005054B9" w:rsidRPr="005054B9" w:rsidRDefault="005054B9" w:rsidP="005054B9">
      <w:pPr>
        <w:numPr>
          <w:ilvl w:val="0"/>
          <w:numId w:val="17"/>
        </w:numPr>
      </w:pPr>
      <w:r w:rsidRPr="005054B9">
        <w:t>Please arrive and pick up students on time each week.</w:t>
      </w:r>
    </w:p>
    <w:p w14:paraId="751583DC" w14:textId="77777777" w:rsidR="005054B9" w:rsidRPr="005054B9" w:rsidRDefault="005054B9" w:rsidP="005054B9">
      <w:pPr>
        <w:numPr>
          <w:ilvl w:val="0"/>
          <w:numId w:val="17"/>
        </w:numPr>
      </w:pPr>
      <w:r w:rsidRPr="005054B9">
        <w:t>Early dismissal should be limited to unavoidable circumstances.</w:t>
      </w:r>
    </w:p>
    <w:p w14:paraId="55707B58" w14:textId="77777777" w:rsidR="005054B9" w:rsidRPr="005054B9" w:rsidRDefault="005054B9" w:rsidP="005054B9">
      <w:pPr>
        <w:numPr>
          <w:ilvl w:val="0"/>
          <w:numId w:val="17"/>
        </w:numPr>
      </w:pPr>
      <w:r w:rsidRPr="005054B9">
        <w:t>Consistent attendance and full participation are important parts of every student's faith formation journey.</w:t>
      </w:r>
    </w:p>
    <w:p w14:paraId="5738B283" w14:textId="77777777" w:rsidR="005054B9" w:rsidRPr="005054B9" w:rsidRDefault="005054B9" w:rsidP="005054B9">
      <w:pPr>
        <w:numPr>
          <w:ilvl w:val="0"/>
          <w:numId w:val="17"/>
        </w:numPr>
      </w:pPr>
      <w:r w:rsidRPr="005054B9">
        <w:t>These procedures help us provide a safe, secure, and welcoming environment for every child and family entrusted to our care.</w:t>
      </w:r>
    </w:p>
    <w:p w14:paraId="68AA5677" w14:textId="30E81D0D" w:rsidR="00B6423E" w:rsidRDefault="00352907" w:rsidP="00352907">
      <w:pPr>
        <w:pStyle w:val="Heading1"/>
      </w:pPr>
      <w:r>
        <w:t>S</w:t>
      </w:r>
      <w:r w:rsidR="00E71A5A">
        <w:t>acramental Preparation</w:t>
      </w:r>
    </w:p>
    <w:p w14:paraId="5051A712" w14:textId="77777777" w:rsidR="00F37E08" w:rsidRPr="00F37E08" w:rsidRDefault="00F37E08" w:rsidP="00F37E08">
      <w:r w:rsidRPr="00F37E08">
        <w:t>The sacraments are sacred encounters with Jesus Christ and important milestones in the life of every Catholic. At Most Precious Blood Catholic Church, sacramental preparation is centered on ongoing faith formation, participation in the life of the parish, and the partnership between parents and the Church. Parents are the primary educators of their children in the faith, and their active involvement is an essential part of the sacramental journey.</w:t>
      </w:r>
    </w:p>
    <w:p w14:paraId="67833714" w14:textId="77777777" w:rsidR="00F37E08" w:rsidRPr="00F37E08" w:rsidRDefault="00E71A5A" w:rsidP="00F37E08">
      <w:r>
        <w:pict w14:anchorId="669AE326">
          <v:rect id="_x0000_i1028" style="width:0;height:1.5pt" o:hralign="center" o:hrstd="t" o:hr="t" fillcolor="#a0a0a0" stroked="f"/>
        </w:pict>
      </w:r>
    </w:p>
    <w:p w14:paraId="2FE4D66E" w14:textId="77777777" w:rsidR="00F37E08" w:rsidRPr="00F37E08" w:rsidRDefault="00F37E08" w:rsidP="00F37E08">
      <w:pPr>
        <w:rPr>
          <w:b/>
          <w:bCs/>
        </w:rPr>
      </w:pPr>
      <w:r w:rsidRPr="00F37E08">
        <w:rPr>
          <w:b/>
          <w:bCs/>
        </w:rPr>
        <w:t>Order of Christian Initiation of Children (OCIC)</w:t>
      </w:r>
    </w:p>
    <w:p w14:paraId="7902FD78" w14:textId="77777777" w:rsidR="00F37E08" w:rsidRPr="00F37E08" w:rsidRDefault="00F37E08" w:rsidP="00F37E08">
      <w:r w:rsidRPr="00F37E08">
        <w:t xml:space="preserve">The </w:t>
      </w:r>
      <w:r w:rsidRPr="00F37E08">
        <w:rPr>
          <w:b/>
          <w:bCs/>
        </w:rPr>
        <w:t>Order of Christian Initiation of Children (OCIC)</w:t>
      </w:r>
      <w:r w:rsidRPr="00F37E08">
        <w:t xml:space="preserve"> is a </w:t>
      </w:r>
      <w:r w:rsidRPr="00F37E08">
        <w:rPr>
          <w:b/>
          <w:bCs/>
        </w:rPr>
        <w:t>two-year process</w:t>
      </w:r>
      <w:r w:rsidRPr="00F37E08">
        <w:t xml:space="preserve"> for children </w:t>
      </w:r>
      <w:r w:rsidRPr="00F37E08">
        <w:rPr>
          <w:b/>
          <w:bCs/>
        </w:rPr>
        <w:t>8 years of age or older</w:t>
      </w:r>
      <w:r w:rsidRPr="00F37E08">
        <w:t xml:space="preserve"> who have </w:t>
      </w:r>
      <w:r w:rsidRPr="00F37E08">
        <w:rPr>
          <w:b/>
          <w:bCs/>
        </w:rPr>
        <w:t>not been baptized</w:t>
      </w:r>
      <w:r w:rsidRPr="00F37E08">
        <w:t xml:space="preserve"> and wish to become members of the Catholic Church.</w:t>
      </w:r>
    </w:p>
    <w:p w14:paraId="02C2D7B0" w14:textId="77777777" w:rsidR="00F37E08" w:rsidRPr="00F37E08" w:rsidRDefault="00F37E08" w:rsidP="00F37E08">
      <w:r w:rsidRPr="00F37E08">
        <w:t xml:space="preserve">A copy of the child's </w:t>
      </w:r>
      <w:r w:rsidRPr="00F37E08">
        <w:rPr>
          <w:b/>
          <w:bCs/>
        </w:rPr>
        <w:t>birth certificate</w:t>
      </w:r>
      <w:r w:rsidRPr="00F37E08">
        <w:t xml:space="preserve"> is required for registration.</w:t>
      </w:r>
    </w:p>
    <w:p w14:paraId="07D92E6B" w14:textId="77777777" w:rsidR="00F37E08" w:rsidRPr="00F37E08" w:rsidRDefault="00F37E08" w:rsidP="00F37E08">
      <w:r w:rsidRPr="00F37E08">
        <w:t>Throughout the process, children participate in:</w:t>
      </w:r>
    </w:p>
    <w:p w14:paraId="31D66A2F" w14:textId="77777777" w:rsidR="00F37E08" w:rsidRPr="00F37E08" w:rsidRDefault="00F37E08" w:rsidP="00F37E08">
      <w:pPr>
        <w:numPr>
          <w:ilvl w:val="0"/>
          <w:numId w:val="18"/>
        </w:numPr>
      </w:pPr>
      <w:r w:rsidRPr="00F37E08">
        <w:t>Weekly Faith Formation sessions with their grade level peers</w:t>
      </w:r>
    </w:p>
    <w:p w14:paraId="09B45719" w14:textId="77777777" w:rsidR="00F37E08" w:rsidRPr="00F37E08" w:rsidRDefault="00F37E08" w:rsidP="00F37E08">
      <w:pPr>
        <w:numPr>
          <w:ilvl w:val="0"/>
          <w:numId w:val="18"/>
        </w:numPr>
      </w:pPr>
      <w:r w:rsidRPr="00F37E08">
        <w:lastRenderedPageBreak/>
        <w:t>Monthly OCIC sessions designed specifically for sacramental preparation</w:t>
      </w:r>
    </w:p>
    <w:p w14:paraId="667E0FFE" w14:textId="77777777" w:rsidR="00F37E08" w:rsidRPr="00F37E08" w:rsidRDefault="00F37E08" w:rsidP="00F37E08">
      <w:pPr>
        <w:numPr>
          <w:ilvl w:val="0"/>
          <w:numId w:val="18"/>
        </w:numPr>
      </w:pPr>
      <w:r w:rsidRPr="00F37E08">
        <w:t>Liturgical rites throughout the year</w:t>
      </w:r>
    </w:p>
    <w:p w14:paraId="0D38646C" w14:textId="77777777" w:rsidR="00F37E08" w:rsidRPr="00F37E08" w:rsidRDefault="00F37E08" w:rsidP="00F37E08">
      <w:pPr>
        <w:numPr>
          <w:ilvl w:val="0"/>
          <w:numId w:val="18"/>
        </w:numPr>
      </w:pPr>
      <w:r w:rsidRPr="00F37E08">
        <w:t>Retreats and meditations</w:t>
      </w:r>
    </w:p>
    <w:p w14:paraId="477136A3" w14:textId="77777777" w:rsidR="00F37E08" w:rsidRPr="00F37E08" w:rsidRDefault="00F37E08" w:rsidP="00F37E08">
      <w:pPr>
        <w:numPr>
          <w:ilvl w:val="0"/>
          <w:numId w:val="18"/>
        </w:numPr>
      </w:pPr>
      <w:r w:rsidRPr="00F37E08">
        <w:t>Parent Formation sessions</w:t>
      </w:r>
    </w:p>
    <w:p w14:paraId="5D49D5EB" w14:textId="77777777" w:rsidR="00F37E08" w:rsidRPr="00F37E08" w:rsidRDefault="00F37E08" w:rsidP="00F37E08">
      <w:r w:rsidRPr="00F37E08">
        <w:t xml:space="preserve">Participation in </w:t>
      </w:r>
      <w:r w:rsidRPr="00F37E08">
        <w:rPr>
          <w:b/>
          <w:bCs/>
        </w:rPr>
        <w:t>both weekly Faith Formation and monthly OCIC sessions is required</w:t>
      </w:r>
      <w:r w:rsidRPr="00F37E08">
        <w:t>.</w:t>
      </w:r>
    </w:p>
    <w:p w14:paraId="74A075E1" w14:textId="77777777" w:rsidR="00F37E08" w:rsidRPr="00F37E08" w:rsidRDefault="00F37E08" w:rsidP="00F37E08">
      <w:pPr>
        <w:rPr>
          <w:b/>
          <w:bCs/>
        </w:rPr>
      </w:pPr>
      <w:r w:rsidRPr="00F37E08">
        <w:rPr>
          <w:b/>
          <w:bCs/>
        </w:rPr>
        <w:t>OCIC Year One Requirements</w:t>
      </w:r>
    </w:p>
    <w:p w14:paraId="4AD72CF4" w14:textId="77777777" w:rsidR="00F37E08" w:rsidRPr="00F37E08" w:rsidRDefault="00F37E08" w:rsidP="00F37E08">
      <w:r w:rsidRPr="00F37E08">
        <w:t>Students must:</w:t>
      </w:r>
    </w:p>
    <w:p w14:paraId="3BE45BFE" w14:textId="77777777" w:rsidR="00F37E08" w:rsidRPr="00F37E08" w:rsidRDefault="00F37E08" w:rsidP="00F37E08">
      <w:pPr>
        <w:numPr>
          <w:ilvl w:val="0"/>
          <w:numId w:val="19"/>
        </w:numPr>
      </w:pPr>
      <w:r w:rsidRPr="00F37E08">
        <w:t>Attend weekly Faith Formation sessions with their grade level.</w:t>
      </w:r>
    </w:p>
    <w:p w14:paraId="42A9E076" w14:textId="77777777" w:rsidR="00F37E08" w:rsidRPr="00F37E08" w:rsidRDefault="00F37E08" w:rsidP="00F37E08">
      <w:pPr>
        <w:numPr>
          <w:ilvl w:val="0"/>
          <w:numId w:val="19"/>
        </w:numPr>
      </w:pPr>
      <w:r w:rsidRPr="00F37E08">
        <w:t>Attend one monthly OCIC session each month (offered twice monthly; choose one).</w:t>
      </w:r>
    </w:p>
    <w:p w14:paraId="0A14E9C2" w14:textId="77777777" w:rsidR="00F37E08" w:rsidRPr="00F37E08" w:rsidRDefault="00F37E08" w:rsidP="00F37E08">
      <w:pPr>
        <w:numPr>
          <w:ilvl w:val="0"/>
          <w:numId w:val="19"/>
        </w:numPr>
      </w:pPr>
      <w:r w:rsidRPr="00F37E08">
        <w:t>Participate in the Rite of Acceptance (typically in December, depending on readiness).</w:t>
      </w:r>
    </w:p>
    <w:p w14:paraId="5F58779D" w14:textId="77777777" w:rsidR="00F37E08" w:rsidRPr="00F37E08" w:rsidRDefault="00F37E08" w:rsidP="00F37E08">
      <w:pPr>
        <w:numPr>
          <w:ilvl w:val="0"/>
          <w:numId w:val="19"/>
        </w:numPr>
      </w:pPr>
      <w:r w:rsidRPr="00F37E08">
        <w:t>Have a parent or guardian attend one Parent Formation session each month (multiple dates offered).</w:t>
      </w:r>
    </w:p>
    <w:p w14:paraId="5FF1AE74" w14:textId="77777777" w:rsidR="00F37E08" w:rsidRPr="00F37E08" w:rsidRDefault="00F37E08" w:rsidP="00F37E08">
      <w:pPr>
        <w:rPr>
          <w:b/>
          <w:bCs/>
        </w:rPr>
      </w:pPr>
      <w:r w:rsidRPr="00F37E08">
        <w:rPr>
          <w:b/>
          <w:bCs/>
        </w:rPr>
        <w:t>OCIC Year Two Requirements</w:t>
      </w:r>
    </w:p>
    <w:p w14:paraId="55BE91F9" w14:textId="77777777" w:rsidR="00F37E08" w:rsidRPr="00F37E08" w:rsidRDefault="00F37E08" w:rsidP="00F37E08">
      <w:r w:rsidRPr="00F37E08">
        <w:t>Students must:</w:t>
      </w:r>
    </w:p>
    <w:p w14:paraId="0AF2E4A3" w14:textId="77777777" w:rsidR="00F37E08" w:rsidRPr="00F37E08" w:rsidRDefault="00F37E08" w:rsidP="00F37E08">
      <w:pPr>
        <w:numPr>
          <w:ilvl w:val="0"/>
          <w:numId w:val="20"/>
        </w:numPr>
      </w:pPr>
      <w:r w:rsidRPr="00F37E08">
        <w:t>Continue attending weekly Faith Formation sessions.</w:t>
      </w:r>
    </w:p>
    <w:p w14:paraId="2339F943" w14:textId="77777777" w:rsidR="00F37E08" w:rsidRPr="00F37E08" w:rsidRDefault="00F37E08" w:rsidP="00F37E08">
      <w:pPr>
        <w:numPr>
          <w:ilvl w:val="0"/>
          <w:numId w:val="20"/>
        </w:numPr>
      </w:pPr>
      <w:r w:rsidRPr="00F37E08">
        <w:t>Attend one monthly OCIC session each month (offered twice monthly; choose one).</w:t>
      </w:r>
    </w:p>
    <w:p w14:paraId="021C5416" w14:textId="77777777" w:rsidR="00F37E08" w:rsidRPr="00F37E08" w:rsidRDefault="00F37E08" w:rsidP="00F37E08">
      <w:pPr>
        <w:numPr>
          <w:ilvl w:val="0"/>
          <w:numId w:val="20"/>
        </w:numPr>
      </w:pPr>
      <w:r w:rsidRPr="00F37E08">
        <w:t>Participate in the Rite of Acceptance if not celebrated during Year One.</w:t>
      </w:r>
    </w:p>
    <w:p w14:paraId="13D2942E" w14:textId="77777777" w:rsidR="00F37E08" w:rsidRPr="00F37E08" w:rsidRDefault="00F37E08" w:rsidP="00F37E08">
      <w:pPr>
        <w:numPr>
          <w:ilvl w:val="0"/>
          <w:numId w:val="20"/>
        </w:numPr>
      </w:pPr>
      <w:r w:rsidRPr="00F37E08">
        <w:t xml:space="preserve">Participate in Lenten </w:t>
      </w:r>
      <w:proofErr w:type="gramStart"/>
      <w:r w:rsidRPr="00F37E08">
        <w:t>meditations</w:t>
      </w:r>
      <w:proofErr w:type="gramEnd"/>
      <w:r w:rsidRPr="00F37E08">
        <w:t>.</w:t>
      </w:r>
    </w:p>
    <w:p w14:paraId="108B676E" w14:textId="77777777" w:rsidR="00F37E08" w:rsidRPr="00F37E08" w:rsidRDefault="00F37E08" w:rsidP="00F37E08">
      <w:pPr>
        <w:numPr>
          <w:ilvl w:val="0"/>
          <w:numId w:val="20"/>
        </w:numPr>
      </w:pPr>
      <w:r w:rsidRPr="00F37E08">
        <w:t>Participate in the following liturgical rites:</w:t>
      </w:r>
    </w:p>
    <w:p w14:paraId="4F0BB2B6" w14:textId="77777777" w:rsidR="00F37E08" w:rsidRPr="00F37E08" w:rsidRDefault="00F37E08" w:rsidP="00F37E08">
      <w:pPr>
        <w:numPr>
          <w:ilvl w:val="1"/>
          <w:numId w:val="20"/>
        </w:numPr>
      </w:pPr>
      <w:r w:rsidRPr="00F37E08">
        <w:t>Rite of Sending</w:t>
      </w:r>
    </w:p>
    <w:p w14:paraId="0ED3E276" w14:textId="77777777" w:rsidR="00F37E08" w:rsidRPr="00F37E08" w:rsidRDefault="00F37E08" w:rsidP="00F37E08">
      <w:pPr>
        <w:numPr>
          <w:ilvl w:val="1"/>
          <w:numId w:val="20"/>
        </w:numPr>
      </w:pPr>
      <w:r w:rsidRPr="00F37E08">
        <w:t>Rite of Election</w:t>
      </w:r>
    </w:p>
    <w:p w14:paraId="71A38362" w14:textId="77777777" w:rsidR="00F37E08" w:rsidRPr="00F37E08" w:rsidRDefault="00F37E08" w:rsidP="00F37E08">
      <w:pPr>
        <w:numPr>
          <w:ilvl w:val="1"/>
          <w:numId w:val="20"/>
        </w:numPr>
      </w:pPr>
      <w:r w:rsidRPr="00F37E08">
        <w:t xml:space="preserve">Three </w:t>
      </w:r>
      <w:proofErr w:type="spellStart"/>
      <w:r w:rsidRPr="00F37E08">
        <w:t>Scrutinies</w:t>
      </w:r>
      <w:proofErr w:type="spellEnd"/>
      <w:r w:rsidRPr="00F37E08">
        <w:t xml:space="preserve"> during Lent</w:t>
      </w:r>
    </w:p>
    <w:p w14:paraId="28F4417C" w14:textId="77777777" w:rsidR="00F37E08" w:rsidRPr="00F37E08" w:rsidRDefault="00F37E08" w:rsidP="00F37E08">
      <w:pPr>
        <w:numPr>
          <w:ilvl w:val="0"/>
          <w:numId w:val="20"/>
        </w:numPr>
      </w:pPr>
      <w:r w:rsidRPr="00F37E08">
        <w:t>Have a parent or guardian attend one Parent Formation session each month.</w:t>
      </w:r>
    </w:p>
    <w:p w14:paraId="3D8107B1" w14:textId="77777777" w:rsidR="00F37E08" w:rsidRPr="00F37E08" w:rsidRDefault="00E71A5A" w:rsidP="00F37E08">
      <w:r>
        <w:pict w14:anchorId="5F0917EC">
          <v:rect id="_x0000_i1029" style="width:0;height:1.5pt" o:hralign="center" o:hrstd="t" o:hr="t" fillcolor="#a0a0a0" stroked="f"/>
        </w:pict>
      </w:r>
    </w:p>
    <w:p w14:paraId="1A10DC62" w14:textId="77777777" w:rsidR="00F37E08" w:rsidRPr="00F37E08" w:rsidRDefault="00F37E08" w:rsidP="00F37E08">
      <w:pPr>
        <w:rPr>
          <w:b/>
          <w:bCs/>
        </w:rPr>
      </w:pPr>
      <w:r w:rsidRPr="00F37E08">
        <w:rPr>
          <w:b/>
          <w:bCs/>
        </w:rPr>
        <w:t>First Reconciliation &amp; First Holy Communion</w:t>
      </w:r>
    </w:p>
    <w:p w14:paraId="13E34F3B" w14:textId="77777777" w:rsidR="00F37E08" w:rsidRPr="00F37E08" w:rsidRDefault="00F37E08" w:rsidP="00F37E08">
      <w:r w:rsidRPr="00F37E08">
        <w:t xml:space="preserve">Children ordinarily celebrate the Sacraments of </w:t>
      </w:r>
      <w:r w:rsidRPr="00F37E08">
        <w:rPr>
          <w:b/>
          <w:bCs/>
        </w:rPr>
        <w:t>First Reconciliation</w:t>
      </w:r>
      <w:r w:rsidRPr="00F37E08">
        <w:t xml:space="preserve"> and </w:t>
      </w:r>
      <w:r w:rsidRPr="00F37E08">
        <w:rPr>
          <w:b/>
          <w:bCs/>
        </w:rPr>
        <w:t>First Holy Communion</w:t>
      </w:r>
      <w:r w:rsidRPr="00F37E08">
        <w:t xml:space="preserve"> during the second grade after completing </w:t>
      </w:r>
      <w:r w:rsidRPr="00F37E08">
        <w:rPr>
          <w:b/>
          <w:bCs/>
        </w:rPr>
        <w:t>two consecutive years of Faith Formation</w:t>
      </w:r>
      <w:r w:rsidRPr="00F37E08">
        <w:t>.</w:t>
      </w:r>
    </w:p>
    <w:p w14:paraId="126343AF" w14:textId="77777777" w:rsidR="00F37E08" w:rsidRPr="00F37E08" w:rsidRDefault="00F37E08" w:rsidP="00F37E08">
      <w:r w:rsidRPr="00F37E08">
        <w:t>Older children who have not yet celebrated these sacraments may also prepare after completing the required years of formation.</w:t>
      </w:r>
    </w:p>
    <w:p w14:paraId="05283B5D" w14:textId="77777777" w:rsidR="00F37E08" w:rsidRPr="00F37E08" w:rsidRDefault="00F37E08" w:rsidP="00F37E08">
      <w:r w:rsidRPr="00F37E08">
        <w:lastRenderedPageBreak/>
        <w:t xml:space="preserve">A copy of the child's </w:t>
      </w:r>
      <w:r w:rsidRPr="00F37E08">
        <w:rPr>
          <w:b/>
          <w:bCs/>
        </w:rPr>
        <w:t>Baptismal Certificate</w:t>
      </w:r>
      <w:r w:rsidRPr="00F37E08">
        <w:t xml:space="preserve"> is required.</w:t>
      </w:r>
    </w:p>
    <w:p w14:paraId="737A0765" w14:textId="77777777" w:rsidR="00F37E08" w:rsidRPr="00F37E08" w:rsidRDefault="00F37E08" w:rsidP="00F37E08">
      <w:pPr>
        <w:rPr>
          <w:b/>
          <w:bCs/>
        </w:rPr>
      </w:pPr>
      <w:r w:rsidRPr="00F37E08">
        <w:rPr>
          <w:b/>
          <w:bCs/>
        </w:rPr>
        <w:t>Year One Requirements</w:t>
      </w:r>
    </w:p>
    <w:p w14:paraId="2B7A98C4" w14:textId="77777777" w:rsidR="00F37E08" w:rsidRPr="00F37E08" w:rsidRDefault="00F37E08" w:rsidP="00F37E08">
      <w:r w:rsidRPr="00F37E08">
        <w:t>Students must:</w:t>
      </w:r>
    </w:p>
    <w:p w14:paraId="19436069" w14:textId="77777777" w:rsidR="00F37E08" w:rsidRPr="00F37E08" w:rsidRDefault="00F37E08" w:rsidP="00F37E08">
      <w:pPr>
        <w:numPr>
          <w:ilvl w:val="0"/>
          <w:numId w:val="21"/>
        </w:numPr>
      </w:pPr>
      <w:r w:rsidRPr="00F37E08">
        <w:t>Attend weekly Faith Formation sessions.</w:t>
      </w:r>
    </w:p>
    <w:p w14:paraId="48D66161" w14:textId="77777777" w:rsidR="00F37E08" w:rsidRPr="00F37E08" w:rsidRDefault="00F37E08" w:rsidP="00F37E08">
      <w:pPr>
        <w:numPr>
          <w:ilvl w:val="0"/>
          <w:numId w:val="21"/>
        </w:numPr>
      </w:pPr>
      <w:r w:rsidRPr="00F37E08">
        <w:t>Have a parent or guardian attend one Parent Formation session each month.</w:t>
      </w:r>
    </w:p>
    <w:p w14:paraId="636299C8" w14:textId="77777777" w:rsidR="00F37E08" w:rsidRPr="00F37E08" w:rsidRDefault="00F37E08" w:rsidP="00F37E08">
      <w:pPr>
        <w:rPr>
          <w:b/>
          <w:bCs/>
        </w:rPr>
      </w:pPr>
      <w:r w:rsidRPr="00F37E08">
        <w:rPr>
          <w:b/>
          <w:bCs/>
        </w:rPr>
        <w:t>Year Two Requirements</w:t>
      </w:r>
    </w:p>
    <w:p w14:paraId="58B27BCD" w14:textId="77777777" w:rsidR="00F37E08" w:rsidRPr="00F37E08" w:rsidRDefault="00F37E08" w:rsidP="00F37E08">
      <w:r w:rsidRPr="00F37E08">
        <w:t>Students must:</w:t>
      </w:r>
    </w:p>
    <w:p w14:paraId="524441C3" w14:textId="77777777" w:rsidR="00F37E08" w:rsidRPr="00F37E08" w:rsidRDefault="00F37E08" w:rsidP="00F37E08">
      <w:pPr>
        <w:numPr>
          <w:ilvl w:val="0"/>
          <w:numId w:val="22"/>
        </w:numPr>
      </w:pPr>
      <w:r w:rsidRPr="00F37E08">
        <w:t>Continue attending weekly Faith Formation sessions.</w:t>
      </w:r>
    </w:p>
    <w:p w14:paraId="1F9BAAF6" w14:textId="77777777" w:rsidR="00F37E08" w:rsidRPr="00F37E08" w:rsidRDefault="00F37E08" w:rsidP="00F37E08">
      <w:pPr>
        <w:numPr>
          <w:ilvl w:val="0"/>
          <w:numId w:val="22"/>
        </w:numPr>
      </w:pPr>
      <w:r w:rsidRPr="00F37E08">
        <w:t xml:space="preserve">Participate in Lenten </w:t>
      </w:r>
      <w:proofErr w:type="gramStart"/>
      <w:r w:rsidRPr="00F37E08">
        <w:t>meditations</w:t>
      </w:r>
      <w:proofErr w:type="gramEnd"/>
      <w:r w:rsidRPr="00F37E08">
        <w:t>.</w:t>
      </w:r>
    </w:p>
    <w:p w14:paraId="31FA6008" w14:textId="77777777" w:rsidR="00F37E08" w:rsidRPr="00F37E08" w:rsidRDefault="00F37E08" w:rsidP="00F37E08">
      <w:pPr>
        <w:numPr>
          <w:ilvl w:val="0"/>
          <w:numId w:val="22"/>
        </w:numPr>
      </w:pPr>
      <w:r w:rsidRPr="00F37E08">
        <w:t>Attend the First Reconciliation Retreat.</w:t>
      </w:r>
    </w:p>
    <w:p w14:paraId="6D42E360" w14:textId="77777777" w:rsidR="00F37E08" w:rsidRPr="00F37E08" w:rsidRDefault="00F37E08" w:rsidP="00F37E08">
      <w:pPr>
        <w:numPr>
          <w:ilvl w:val="0"/>
          <w:numId w:val="22"/>
        </w:numPr>
      </w:pPr>
      <w:r w:rsidRPr="00F37E08">
        <w:t>Have a parent or guardian attend one Parent Formation session each month.</w:t>
      </w:r>
    </w:p>
    <w:p w14:paraId="3A19DD3A" w14:textId="77777777" w:rsidR="00F37E08" w:rsidRPr="00F37E08" w:rsidRDefault="00F37E08" w:rsidP="00F37E08">
      <w:pPr>
        <w:numPr>
          <w:ilvl w:val="0"/>
          <w:numId w:val="22"/>
        </w:numPr>
      </w:pPr>
      <w:r w:rsidRPr="00F37E08">
        <w:t>Complete all parish requirements for the celebration of the sacraments.</w:t>
      </w:r>
    </w:p>
    <w:p w14:paraId="0D48BD96" w14:textId="77777777" w:rsidR="00F37E08" w:rsidRPr="00F37E08" w:rsidRDefault="00E71A5A" w:rsidP="00F37E08">
      <w:r>
        <w:pict w14:anchorId="7AE7A0E2">
          <v:rect id="_x0000_i1030" style="width:0;height:1.5pt" o:hralign="center" o:hrstd="t" o:hr="t" fillcolor="#a0a0a0" stroked="f"/>
        </w:pict>
      </w:r>
    </w:p>
    <w:p w14:paraId="3A9DC9DB" w14:textId="77777777" w:rsidR="00F37E08" w:rsidRPr="00F37E08" w:rsidRDefault="00F37E08" w:rsidP="00F37E08">
      <w:pPr>
        <w:rPr>
          <w:b/>
          <w:bCs/>
        </w:rPr>
      </w:pPr>
      <w:r w:rsidRPr="00F37E08">
        <w:rPr>
          <w:b/>
          <w:bCs/>
        </w:rPr>
        <w:t>Confirmation</w:t>
      </w:r>
    </w:p>
    <w:p w14:paraId="5255B066" w14:textId="77777777" w:rsidR="00F37E08" w:rsidRPr="00F37E08" w:rsidRDefault="00F37E08" w:rsidP="00F37E08">
      <w:r w:rsidRPr="00F37E08">
        <w:t xml:space="preserve">Confirmation preparation begins in </w:t>
      </w:r>
      <w:r w:rsidRPr="00F37E08">
        <w:rPr>
          <w:b/>
          <w:bCs/>
        </w:rPr>
        <w:t>9th Grade</w:t>
      </w:r>
      <w:r w:rsidRPr="00F37E08">
        <w:t xml:space="preserve"> and is ordinarily completed during the </w:t>
      </w:r>
      <w:r w:rsidRPr="00F37E08">
        <w:rPr>
          <w:b/>
          <w:bCs/>
        </w:rPr>
        <w:t>10th Grade</w:t>
      </w:r>
      <w:r w:rsidRPr="00F37E08">
        <w:t xml:space="preserve">, following </w:t>
      </w:r>
      <w:r w:rsidRPr="00F37E08">
        <w:rPr>
          <w:b/>
          <w:bCs/>
        </w:rPr>
        <w:t>two consecutive years</w:t>
      </w:r>
      <w:r w:rsidRPr="00F37E08">
        <w:t xml:space="preserve"> of Confirmation preparation.</w:t>
      </w:r>
    </w:p>
    <w:p w14:paraId="3C5D0ABA" w14:textId="77777777" w:rsidR="00F37E08" w:rsidRPr="00F37E08" w:rsidRDefault="00F37E08" w:rsidP="00F37E08">
      <w:r w:rsidRPr="00F37E08">
        <w:t>This two-year journey helps teens deepen their relationship with Jesus Christ, better understand the teachings of the Catholic Church, and prepare to receive the gifts of the Holy Spirit through the Sacrament of Confirmation.</w:t>
      </w:r>
    </w:p>
    <w:p w14:paraId="58715AF5" w14:textId="77777777" w:rsidR="00F37E08" w:rsidRPr="00F37E08" w:rsidRDefault="00F37E08" w:rsidP="00F37E08">
      <w:r w:rsidRPr="00F37E08">
        <w:t>Formation includes prayer, Scripture, catechesis, small-group discussions, service opportunities, retreats, and active participation in parish life.</w:t>
      </w:r>
    </w:p>
    <w:p w14:paraId="0FBB5D98" w14:textId="77777777" w:rsidR="00F37E08" w:rsidRPr="00F37E08" w:rsidRDefault="00F37E08" w:rsidP="00F37E08">
      <w:r w:rsidRPr="00F37E08">
        <w:t xml:space="preserve">Copies of the student's </w:t>
      </w:r>
      <w:r w:rsidRPr="00F37E08">
        <w:rPr>
          <w:b/>
          <w:bCs/>
        </w:rPr>
        <w:t>Baptismal Certificate</w:t>
      </w:r>
      <w:r w:rsidRPr="00F37E08">
        <w:t xml:space="preserve"> and </w:t>
      </w:r>
      <w:r w:rsidRPr="00F37E08">
        <w:rPr>
          <w:b/>
          <w:bCs/>
        </w:rPr>
        <w:t>First Holy Communion Certificate</w:t>
      </w:r>
      <w:r w:rsidRPr="00F37E08">
        <w:t xml:space="preserve"> are required.</w:t>
      </w:r>
    </w:p>
    <w:p w14:paraId="22025BF9" w14:textId="77777777" w:rsidR="00F37E08" w:rsidRPr="00F37E08" w:rsidRDefault="00F37E08" w:rsidP="00F37E08">
      <w:r w:rsidRPr="00F37E08">
        <w:t>The date of the Confirmation Mass is assigned by the Bishop's Office. Families will be notified of the rehearsal and Confirmation dates once they are received by the parish.</w:t>
      </w:r>
    </w:p>
    <w:p w14:paraId="4F8F2B6F" w14:textId="77777777" w:rsidR="00F37E08" w:rsidRPr="00F37E08" w:rsidRDefault="00F37E08" w:rsidP="00F37E08">
      <w:pPr>
        <w:rPr>
          <w:b/>
          <w:bCs/>
        </w:rPr>
      </w:pPr>
      <w:r w:rsidRPr="00F37E08">
        <w:rPr>
          <w:b/>
          <w:bCs/>
        </w:rPr>
        <w:t>Confirmation Program Requirements</w:t>
      </w:r>
    </w:p>
    <w:p w14:paraId="42822235" w14:textId="77777777" w:rsidR="00F37E08" w:rsidRPr="00F37E08" w:rsidRDefault="00F37E08" w:rsidP="00F37E08">
      <w:r w:rsidRPr="00F37E08">
        <w:t>Candidates are expected to:</w:t>
      </w:r>
    </w:p>
    <w:p w14:paraId="15671FC7" w14:textId="77777777" w:rsidR="00F37E08" w:rsidRPr="00F37E08" w:rsidRDefault="00F37E08" w:rsidP="00F37E08">
      <w:pPr>
        <w:numPr>
          <w:ilvl w:val="0"/>
          <w:numId w:val="23"/>
        </w:numPr>
      </w:pPr>
      <w:r w:rsidRPr="00F37E08">
        <w:t>Attend Sunday Mass and all Holy Days of Obligation.</w:t>
      </w:r>
    </w:p>
    <w:p w14:paraId="303AC493" w14:textId="77777777" w:rsidR="00F37E08" w:rsidRPr="00F37E08" w:rsidRDefault="00F37E08" w:rsidP="00F37E08">
      <w:pPr>
        <w:numPr>
          <w:ilvl w:val="0"/>
          <w:numId w:val="23"/>
        </w:numPr>
      </w:pPr>
      <w:r w:rsidRPr="00F37E08">
        <w:t>Attend and actively participate in weekly Confirmation sessions.</w:t>
      </w:r>
    </w:p>
    <w:p w14:paraId="5994067B" w14:textId="77777777" w:rsidR="00F37E08" w:rsidRPr="00F37E08" w:rsidRDefault="00F37E08" w:rsidP="00F37E08">
      <w:pPr>
        <w:numPr>
          <w:ilvl w:val="0"/>
          <w:numId w:val="23"/>
        </w:numPr>
      </w:pPr>
      <w:r w:rsidRPr="00F37E08">
        <w:t>Complete all required parish service and ministry hours.</w:t>
      </w:r>
    </w:p>
    <w:p w14:paraId="1EC976AD" w14:textId="77777777" w:rsidR="00F37E08" w:rsidRPr="00F37E08" w:rsidRDefault="00F37E08" w:rsidP="00F37E08">
      <w:pPr>
        <w:numPr>
          <w:ilvl w:val="0"/>
          <w:numId w:val="23"/>
        </w:numPr>
      </w:pPr>
      <w:r w:rsidRPr="00F37E08">
        <w:t>Attend one diocesan event each year:</w:t>
      </w:r>
    </w:p>
    <w:p w14:paraId="31DA8418" w14:textId="77777777" w:rsidR="00F37E08" w:rsidRPr="00F37E08" w:rsidRDefault="00F37E08" w:rsidP="00F37E08">
      <w:pPr>
        <w:numPr>
          <w:ilvl w:val="1"/>
          <w:numId w:val="23"/>
        </w:numPr>
      </w:pPr>
      <w:r w:rsidRPr="00F37E08">
        <w:lastRenderedPageBreak/>
        <w:t xml:space="preserve">Global Celebration of Young People (GCYP), </w:t>
      </w:r>
      <w:r w:rsidRPr="00F37E08">
        <w:rPr>
          <w:b/>
          <w:bCs/>
        </w:rPr>
        <w:t>or</w:t>
      </w:r>
    </w:p>
    <w:p w14:paraId="270A5DDE" w14:textId="77777777" w:rsidR="00F37E08" w:rsidRPr="00F37E08" w:rsidRDefault="00F37E08" w:rsidP="00F37E08">
      <w:pPr>
        <w:numPr>
          <w:ilvl w:val="1"/>
          <w:numId w:val="23"/>
        </w:numPr>
      </w:pPr>
      <w:r w:rsidRPr="00F37E08">
        <w:t>Diocesan Catholic Youth Conference (DCYC)</w:t>
      </w:r>
    </w:p>
    <w:p w14:paraId="53BFDC9F" w14:textId="77777777" w:rsidR="00F37E08" w:rsidRPr="00F37E08" w:rsidRDefault="00F37E08" w:rsidP="00F37E08">
      <w:pPr>
        <w:numPr>
          <w:ilvl w:val="0"/>
          <w:numId w:val="23"/>
        </w:numPr>
      </w:pPr>
      <w:r w:rsidRPr="00F37E08">
        <w:t>Attend the required Year Two Confirmation Retreat.</w:t>
      </w:r>
    </w:p>
    <w:p w14:paraId="027FAAD7" w14:textId="77777777" w:rsidR="00F37E08" w:rsidRPr="00F37E08" w:rsidRDefault="00F37E08" w:rsidP="00F37E08">
      <w:pPr>
        <w:numPr>
          <w:ilvl w:val="0"/>
          <w:numId w:val="23"/>
        </w:numPr>
      </w:pPr>
      <w:r w:rsidRPr="00F37E08">
        <w:t>Complete the Confirmation Saint Poster Project.</w:t>
      </w:r>
    </w:p>
    <w:p w14:paraId="76C99CDF" w14:textId="77777777" w:rsidR="00F37E08" w:rsidRPr="00F37E08" w:rsidRDefault="00F37E08" w:rsidP="00F37E08">
      <w:pPr>
        <w:numPr>
          <w:ilvl w:val="0"/>
          <w:numId w:val="23"/>
        </w:numPr>
      </w:pPr>
      <w:r w:rsidRPr="00F37E08">
        <w:t>Demonstrate readiness to receive the sacrament.</w:t>
      </w:r>
    </w:p>
    <w:p w14:paraId="2F93FBA5" w14:textId="77777777" w:rsidR="00F37E08" w:rsidRPr="00F37E08" w:rsidRDefault="00F37E08" w:rsidP="00F37E08">
      <w:pPr>
        <w:rPr>
          <w:b/>
          <w:bCs/>
        </w:rPr>
      </w:pPr>
      <w:r w:rsidRPr="00F37E08">
        <w:rPr>
          <w:b/>
          <w:bCs/>
        </w:rPr>
        <w:t>Confirmation Readiness Interview</w:t>
      </w:r>
    </w:p>
    <w:p w14:paraId="5B29B13F" w14:textId="77777777" w:rsidR="00F37E08" w:rsidRPr="00F37E08" w:rsidRDefault="00F37E08" w:rsidP="00F37E08">
      <w:r w:rsidRPr="00F37E08">
        <w:t>Near the completion of Year Two, each candidate will participate in a Confirmation Readiness Interview.</w:t>
      </w:r>
    </w:p>
    <w:p w14:paraId="6981A297" w14:textId="77777777" w:rsidR="00F37E08" w:rsidRPr="00F37E08" w:rsidRDefault="00F37E08" w:rsidP="00F37E08">
      <w:r w:rsidRPr="00F37E08">
        <w:t>Candidates will also complete a written assessment demonstrating their understanding of the Catholic faith and the Sacrament of Confirmation. Additional information and dates will be provided during the spring semester.</w:t>
      </w:r>
    </w:p>
    <w:p w14:paraId="2D47597E" w14:textId="77777777" w:rsidR="00F37E08" w:rsidRPr="00F37E08" w:rsidRDefault="00F37E08" w:rsidP="00F37E08">
      <w:pPr>
        <w:rPr>
          <w:b/>
          <w:bCs/>
        </w:rPr>
      </w:pPr>
      <w:r w:rsidRPr="00F37E08">
        <w:rPr>
          <w:b/>
          <w:bCs/>
        </w:rPr>
        <w:t>Confirmation Saint</w:t>
      </w:r>
    </w:p>
    <w:p w14:paraId="2540FA10" w14:textId="77777777" w:rsidR="00F37E08" w:rsidRPr="00F37E08" w:rsidRDefault="00F37E08" w:rsidP="00F37E08">
      <w:r w:rsidRPr="00F37E08">
        <w:t>Choosing a Confirmation Saint is a long-standing tradition in the Catholic Church. Candidates are encouraged to prayerfully select a saint whose life reflects the Christian virtues they hope to imitate.</w:t>
      </w:r>
    </w:p>
    <w:p w14:paraId="48C5EFA2" w14:textId="77777777" w:rsidR="00F37E08" w:rsidRPr="00F37E08" w:rsidRDefault="00F37E08" w:rsidP="00F37E08">
      <w:r w:rsidRPr="00F37E08">
        <w:t xml:space="preserve">The chosen saint becomes a spiritual companion and model of holiness throughout the candidate's life. As part of the preparation process, each candidate will complete and present a Confirmation Saint Poster highlighting the life, virtues, and </w:t>
      </w:r>
      <w:proofErr w:type="gramStart"/>
      <w:r w:rsidRPr="00F37E08">
        <w:t>witness</w:t>
      </w:r>
      <w:proofErr w:type="gramEnd"/>
      <w:r w:rsidRPr="00F37E08">
        <w:t xml:space="preserve"> of their chosen saint.</w:t>
      </w:r>
    </w:p>
    <w:p w14:paraId="6C87000D" w14:textId="77777777" w:rsidR="00F37E08" w:rsidRPr="00F37E08" w:rsidRDefault="00F37E08" w:rsidP="00F37E08">
      <w:r w:rsidRPr="00F37E08">
        <w:t xml:space="preserve">If a family anticipates difficulty completing any Confirmation </w:t>
      </w:r>
      <w:proofErr w:type="gramStart"/>
      <w:r w:rsidRPr="00F37E08">
        <w:t>requirement—</w:t>
      </w:r>
      <w:proofErr w:type="gramEnd"/>
      <w:r w:rsidRPr="00F37E08">
        <w:t xml:space="preserve">including attendance, service hours, projects, or </w:t>
      </w:r>
      <w:proofErr w:type="gramStart"/>
      <w:r w:rsidRPr="00F37E08">
        <w:t>retreats—</w:t>
      </w:r>
      <w:proofErr w:type="gramEnd"/>
      <w:r w:rsidRPr="00F37E08">
        <w:t xml:space="preserve">they are encouraged to contact the </w:t>
      </w:r>
      <w:proofErr w:type="gramStart"/>
      <w:r w:rsidRPr="00F37E08">
        <w:t>Youth Minister</w:t>
      </w:r>
      <w:proofErr w:type="gramEnd"/>
      <w:r w:rsidRPr="00F37E08">
        <w:t xml:space="preserve"> as early as possible to discuss available options.</w:t>
      </w:r>
    </w:p>
    <w:p w14:paraId="1219E9A3" w14:textId="77777777" w:rsidR="00F37E08" w:rsidRPr="00F37E08" w:rsidRDefault="00E71A5A" w:rsidP="00F37E08">
      <w:r>
        <w:pict w14:anchorId="2313EA60">
          <v:rect id="_x0000_i1031" style="width:0;height:1.5pt" o:hralign="center" o:hrstd="t" o:hr="t" fillcolor="#a0a0a0" stroked="f"/>
        </w:pict>
      </w:r>
    </w:p>
    <w:p w14:paraId="0724CFE2" w14:textId="77777777" w:rsidR="00F37E08" w:rsidRPr="00F37E08" w:rsidRDefault="00F37E08" w:rsidP="00F37E08">
      <w:pPr>
        <w:rPr>
          <w:b/>
          <w:bCs/>
        </w:rPr>
      </w:pPr>
      <w:r w:rsidRPr="00F37E08">
        <w:rPr>
          <w:b/>
          <w:bCs/>
        </w:rPr>
        <w:t>Confirmation Sponsor</w:t>
      </w:r>
    </w:p>
    <w:p w14:paraId="2A47D763" w14:textId="77777777" w:rsidR="00F37E08" w:rsidRPr="00F37E08" w:rsidRDefault="00F37E08" w:rsidP="00F37E08">
      <w:r w:rsidRPr="00F37E08">
        <w:t>Each Confirmation candidate must choose a qualified sponsor to accompany them on their faith journey.</w:t>
      </w:r>
    </w:p>
    <w:p w14:paraId="211EB2FB" w14:textId="77777777" w:rsidR="00F37E08" w:rsidRPr="00F37E08" w:rsidRDefault="00F37E08" w:rsidP="00F37E08">
      <w:r w:rsidRPr="00F37E08">
        <w:t xml:space="preserve">According to </w:t>
      </w:r>
      <w:r w:rsidRPr="00F37E08">
        <w:rPr>
          <w:b/>
          <w:bCs/>
        </w:rPr>
        <w:t>Canon 893</w:t>
      </w:r>
      <w:r w:rsidRPr="00F37E08">
        <w:t>, the sponsor represents the Catholic faith community and assists the candidate in living as a faithful witness of Jesus Christ.</w:t>
      </w:r>
    </w:p>
    <w:p w14:paraId="31C4FBA2" w14:textId="77777777" w:rsidR="00F37E08" w:rsidRPr="00F37E08" w:rsidRDefault="00F37E08" w:rsidP="00F37E08">
      <w:r w:rsidRPr="00F37E08">
        <w:t xml:space="preserve">Whenever possible, it is encouraged that the candidate's Baptismal godparent also </w:t>
      </w:r>
      <w:proofErr w:type="gramStart"/>
      <w:r w:rsidRPr="00F37E08">
        <w:t>serve</w:t>
      </w:r>
      <w:proofErr w:type="gramEnd"/>
      <w:r w:rsidRPr="00F37E08">
        <w:t xml:space="preserve"> as the Confirmation sponsor.</w:t>
      </w:r>
    </w:p>
    <w:p w14:paraId="6CF65562" w14:textId="77777777" w:rsidR="00F37E08" w:rsidRPr="00F37E08" w:rsidRDefault="00F37E08" w:rsidP="00F37E08">
      <w:r w:rsidRPr="00F37E08">
        <w:t>A Confirmation sponsor must:</w:t>
      </w:r>
    </w:p>
    <w:p w14:paraId="41368125" w14:textId="77777777" w:rsidR="00F37E08" w:rsidRPr="00F37E08" w:rsidRDefault="00F37E08" w:rsidP="00F37E08">
      <w:pPr>
        <w:numPr>
          <w:ilvl w:val="0"/>
          <w:numId w:val="24"/>
        </w:numPr>
      </w:pPr>
      <w:r w:rsidRPr="00F37E08">
        <w:t>Be a practicing Catholic in good standing with the Church.</w:t>
      </w:r>
    </w:p>
    <w:p w14:paraId="63053BAF" w14:textId="77777777" w:rsidR="00F37E08" w:rsidRPr="00F37E08" w:rsidRDefault="00F37E08" w:rsidP="00F37E08">
      <w:pPr>
        <w:numPr>
          <w:ilvl w:val="0"/>
          <w:numId w:val="24"/>
        </w:numPr>
      </w:pPr>
      <w:r w:rsidRPr="00F37E08">
        <w:t>Have received the Sacraments of Baptism, Eucharist, and Confirmation.</w:t>
      </w:r>
    </w:p>
    <w:p w14:paraId="5ACFA135" w14:textId="77777777" w:rsidR="00F37E08" w:rsidRPr="00F37E08" w:rsidRDefault="00F37E08" w:rsidP="00F37E08">
      <w:pPr>
        <w:numPr>
          <w:ilvl w:val="0"/>
          <w:numId w:val="24"/>
        </w:numPr>
      </w:pPr>
      <w:r w:rsidRPr="00F37E08">
        <w:t xml:space="preserve">Be at least </w:t>
      </w:r>
      <w:r w:rsidRPr="00F37E08">
        <w:rPr>
          <w:b/>
          <w:bCs/>
        </w:rPr>
        <w:t>16 years of age</w:t>
      </w:r>
      <w:r w:rsidRPr="00F37E08">
        <w:t>.</w:t>
      </w:r>
    </w:p>
    <w:p w14:paraId="6A685906" w14:textId="77777777" w:rsidR="00F37E08" w:rsidRPr="00F37E08" w:rsidRDefault="00F37E08" w:rsidP="00F37E08">
      <w:pPr>
        <w:numPr>
          <w:ilvl w:val="0"/>
          <w:numId w:val="24"/>
        </w:numPr>
      </w:pPr>
      <w:r w:rsidRPr="00F37E08">
        <w:lastRenderedPageBreak/>
        <w:t>Participate regularly in the sacramental life of the Church and be able to receive Holy Communion at the Confirmation Mass.</w:t>
      </w:r>
    </w:p>
    <w:p w14:paraId="402C352A" w14:textId="77777777" w:rsidR="00F37E08" w:rsidRPr="00F37E08" w:rsidRDefault="00F37E08" w:rsidP="00F37E08">
      <w:pPr>
        <w:numPr>
          <w:ilvl w:val="0"/>
          <w:numId w:val="24"/>
        </w:numPr>
      </w:pPr>
      <w:r w:rsidRPr="00F37E08">
        <w:t>If married, be married according to the laws of the Catholic Church.</w:t>
      </w:r>
    </w:p>
    <w:p w14:paraId="7B005B01" w14:textId="77777777" w:rsidR="00F37E08" w:rsidRPr="00F37E08" w:rsidRDefault="00F37E08" w:rsidP="00F37E08">
      <w:pPr>
        <w:numPr>
          <w:ilvl w:val="0"/>
          <w:numId w:val="24"/>
        </w:numPr>
      </w:pPr>
      <w:r w:rsidRPr="00F37E08">
        <w:t>If single, not be cohabiting with a significant other.</w:t>
      </w:r>
    </w:p>
    <w:p w14:paraId="57B031E5" w14:textId="77777777" w:rsidR="00F37E08" w:rsidRPr="00F37E08" w:rsidRDefault="00F37E08" w:rsidP="00F37E08">
      <w:pPr>
        <w:numPr>
          <w:ilvl w:val="0"/>
          <w:numId w:val="24"/>
        </w:numPr>
      </w:pPr>
      <w:r w:rsidRPr="00F37E08">
        <w:t>Not be the candidate's mother or father.</w:t>
      </w:r>
    </w:p>
    <w:p w14:paraId="394DCE1B" w14:textId="3AE74056" w:rsidR="00B6423E" w:rsidRDefault="00F37E08" w:rsidP="009E5B91">
      <w:pPr>
        <w:numPr>
          <w:ilvl w:val="0"/>
          <w:numId w:val="24"/>
        </w:numPr>
      </w:pPr>
      <w:r w:rsidRPr="00F37E08">
        <w:t>Be willing to faithfully support and encourage the candidate in living the Catholic faith.</w:t>
      </w:r>
    </w:p>
    <w:p w14:paraId="40D4E4D7" w14:textId="3CB950C7" w:rsidR="009E5B91" w:rsidRDefault="009E5B91" w:rsidP="005C7CCB">
      <w:pPr>
        <w:pStyle w:val="Heading1"/>
      </w:pPr>
      <w:r w:rsidRPr="009E5B91">
        <w:t>Student Expectations</w:t>
      </w:r>
    </w:p>
    <w:p w14:paraId="0C643C0A" w14:textId="77777777" w:rsidR="005C7CCB" w:rsidRPr="005C7CCB" w:rsidRDefault="005C7CCB" w:rsidP="005C7CCB">
      <w:r w:rsidRPr="005C7CCB">
        <w:t>At Most Precious Blood Catholic Church, we strive to provide a safe, welcoming, and faith-filled environment where every child and teen can grow in their relationship with Jesus Christ. Students are expected to demonstrate respect for God, themselves, others, and parish property during all Faith Formation sessions, Youth Ministry events, retreats, liturgies, and parish activities.</w:t>
      </w:r>
    </w:p>
    <w:p w14:paraId="7C5FFD15" w14:textId="77777777" w:rsidR="005C7CCB" w:rsidRPr="00C13ED2" w:rsidRDefault="005C7CCB" w:rsidP="007D289E">
      <w:pPr>
        <w:pStyle w:val="Heading1"/>
      </w:pPr>
      <w:r w:rsidRPr="00C13ED2">
        <w:t>Christian Conduct</w:t>
      </w:r>
    </w:p>
    <w:p w14:paraId="097D0A57" w14:textId="77777777" w:rsidR="005C7CCB" w:rsidRPr="005C7CCB" w:rsidRDefault="005C7CCB" w:rsidP="005C7CCB">
      <w:r w:rsidRPr="005C7CCB">
        <w:t>Students are expected to:</w:t>
      </w:r>
    </w:p>
    <w:p w14:paraId="1D025AE3" w14:textId="77777777" w:rsidR="005C7CCB" w:rsidRPr="005C7CCB" w:rsidRDefault="005C7CCB" w:rsidP="005C7CCB">
      <w:pPr>
        <w:numPr>
          <w:ilvl w:val="0"/>
          <w:numId w:val="32"/>
        </w:numPr>
      </w:pPr>
      <w:r w:rsidRPr="005C7CCB">
        <w:t>Treat catechists, leaders, volunteers, parish staff, and fellow students with kindness, courtesy, and respect.</w:t>
      </w:r>
    </w:p>
    <w:p w14:paraId="7E65818A" w14:textId="77777777" w:rsidR="005C7CCB" w:rsidRPr="005C7CCB" w:rsidRDefault="005C7CCB" w:rsidP="005C7CCB">
      <w:pPr>
        <w:numPr>
          <w:ilvl w:val="0"/>
          <w:numId w:val="32"/>
        </w:numPr>
      </w:pPr>
      <w:r w:rsidRPr="005C7CCB">
        <w:t>Demonstrate reverence while in church and during prayer, worship, and Faith Formation sessions.</w:t>
      </w:r>
    </w:p>
    <w:p w14:paraId="17278B7D" w14:textId="77777777" w:rsidR="005C7CCB" w:rsidRPr="005C7CCB" w:rsidRDefault="005C7CCB" w:rsidP="005C7CCB">
      <w:pPr>
        <w:numPr>
          <w:ilvl w:val="0"/>
          <w:numId w:val="32"/>
        </w:numPr>
      </w:pPr>
      <w:r w:rsidRPr="005C7CCB">
        <w:t>Arrive on time and participate fully in all activities.</w:t>
      </w:r>
    </w:p>
    <w:p w14:paraId="631EF3BA" w14:textId="77777777" w:rsidR="005C7CCB" w:rsidRPr="005C7CCB" w:rsidRDefault="005C7CCB" w:rsidP="005C7CCB">
      <w:pPr>
        <w:numPr>
          <w:ilvl w:val="0"/>
          <w:numId w:val="32"/>
        </w:numPr>
      </w:pPr>
      <w:proofErr w:type="gramStart"/>
      <w:r w:rsidRPr="005C7CCB">
        <w:t>Complete</w:t>
      </w:r>
      <w:proofErr w:type="gramEnd"/>
      <w:r w:rsidRPr="005C7CCB">
        <w:t xml:space="preserve"> assigned readings, activities, and projects to the best of their ability.</w:t>
      </w:r>
    </w:p>
    <w:p w14:paraId="3579250D" w14:textId="77777777" w:rsidR="005C7CCB" w:rsidRPr="005C7CCB" w:rsidRDefault="005C7CCB" w:rsidP="005C7CCB">
      <w:pPr>
        <w:numPr>
          <w:ilvl w:val="0"/>
          <w:numId w:val="32"/>
        </w:numPr>
      </w:pPr>
      <w:r w:rsidRPr="005C7CCB">
        <w:t xml:space="preserve">Use respectful and </w:t>
      </w:r>
      <w:proofErr w:type="gramStart"/>
      <w:r w:rsidRPr="005C7CCB">
        <w:t>encouraging language at all times</w:t>
      </w:r>
      <w:proofErr w:type="gramEnd"/>
      <w:r w:rsidRPr="005C7CCB">
        <w:t>.</w:t>
      </w:r>
    </w:p>
    <w:p w14:paraId="038F2E94" w14:textId="77777777" w:rsidR="005C7CCB" w:rsidRPr="005C7CCB" w:rsidRDefault="005C7CCB" w:rsidP="005C7CCB">
      <w:pPr>
        <w:numPr>
          <w:ilvl w:val="0"/>
          <w:numId w:val="32"/>
        </w:numPr>
      </w:pPr>
      <w:r w:rsidRPr="005C7CCB">
        <w:t>Follow directions given by catechists, leaders, volunteers, and parish staff.</w:t>
      </w:r>
    </w:p>
    <w:p w14:paraId="26FAA8DA" w14:textId="77777777" w:rsidR="005C7CCB" w:rsidRPr="005C7CCB" w:rsidRDefault="005C7CCB" w:rsidP="005C7CCB">
      <w:pPr>
        <w:numPr>
          <w:ilvl w:val="0"/>
          <w:numId w:val="32"/>
        </w:numPr>
      </w:pPr>
      <w:r w:rsidRPr="005C7CCB">
        <w:t>Help create a welcoming, safe, and Christ-centered learning environment.</w:t>
      </w:r>
    </w:p>
    <w:p w14:paraId="792C78CD" w14:textId="77777777" w:rsidR="005C7CCB" w:rsidRPr="005C7CCB" w:rsidRDefault="005C7CCB" w:rsidP="005C7CCB">
      <w:pPr>
        <w:numPr>
          <w:ilvl w:val="0"/>
          <w:numId w:val="32"/>
        </w:numPr>
      </w:pPr>
      <w:r w:rsidRPr="005C7CCB">
        <w:t>Refrain from any behavior that is dangerous, illegal, disruptive, or disrespectful.</w:t>
      </w:r>
    </w:p>
    <w:p w14:paraId="3A2346DC" w14:textId="77777777" w:rsidR="005C7CCB" w:rsidRPr="005C7CCB" w:rsidRDefault="00E71A5A" w:rsidP="005C7CCB">
      <w:r>
        <w:pict w14:anchorId="3D0C6C4E">
          <v:rect id="_x0000_i1032" style="width:0;height:1.5pt" o:hralign="center" o:hrstd="t" o:hr="t" fillcolor="#a0a0a0" stroked="f"/>
        </w:pict>
      </w:r>
    </w:p>
    <w:p w14:paraId="7E4415EE" w14:textId="77777777" w:rsidR="005C7CCB" w:rsidRDefault="005C7CCB" w:rsidP="005C7CCB">
      <w:pPr>
        <w:pStyle w:val="Heading1"/>
      </w:pPr>
      <w:r>
        <w:t>Dress Code</w:t>
      </w:r>
    </w:p>
    <w:p w14:paraId="32296E08" w14:textId="77777777" w:rsidR="005C7CCB" w:rsidRPr="005C7CCB" w:rsidRDefault="005C7CCB" w:rsidP="005C7CCB">
      <w:r w:rsidRPr="005C7CCB">
        <w:t>Students should dress modestly and appropriately for Faith Formation sessions, parish events, and while in the presence of the Blessed Sacrament.</w:t>
      </w:r>
    </w:p>
    <w:p w14:paraId="7A6EEC90" w14:textId="77777777" w:rsidR="005C7CCB" w:rsidRPr="005C7CCB" w:rsidRDefault="005C7CCB" w:rsidP="005C7CCB">
      <w:r w:rsidRPr="005C7CCB">
        <w:t>The following are expected:</w:t>
      </w:r>
    </w:p>
    <w:p w14:paraId="0C765158" w14:textId="77777777" w:rsidR="005C7CCB" w:rsidRPr="005C7CCB" w:rsidRDefault="005C7CCB" w:rsidP="005C7CCB">
      <w:pPr>
        <w:numPr>
          <w:ilvl w:val="0"/>
          <w:numId w:val="33"/>
        </w:numPr>
      </w:pPr>
      <w:r w:rsidRPr="005C7CCB">
        <w:t>Clothing should be clean, modest, and appropriate for a church setting.</w:t>
      </w:r>
    </w:p>
    <w:p w14:paraId="321B485A" w14:textId="77777777" w:rsidR="005C7CCB" w:rsidRPr="005C7CCB" w:rsidRDefault="005C7CCB" w:rsidP="005C7CCB">
      <w:pPr>
        <w:numPr>
          <w:ilvl w:val="0"/>
          <w:numId w:val="33"/>
        </w:numPr>
      </w:pPr>
      <w:r w:rsidRPr="005C7CCB">
        <w:lastRenderedPageBreak/>
        <w:t>All undergarments must remain covered.</w:t>
      </w:r>
    </w:p>
    <w:p w14:paraId="5BB3850D" w14:textId="77777777" w:rsidR="005C7CCB" w:rsidRPr="005C7CCB" w:rsidRDefault="005C7CCB" w:rsidP="005C7CCB">
      <w:pPr>
        <w:numPr>
          <w:ilvl w:val="0"/>
          <w:numId w:val="33"/>
        </w:numPr>
      </w:pPr>
      <w:r w:rsidRPr="005C7CCB">
        <w:t>Clothing should not be excessively tight or revealing.</w:t>
      </w:r>
    </w:p>
    <w:p w14:paraId="11043431" w14:textId="77777777" w:rsidR="005C7CCB" w:rsidRPr="005C7CCB" w:rsidRDefault="005C7CCB" w:rsidP="005C7CCB">
      <w:pPr>
        <w:numPr>
          <w:ilvl w:val="0"/>
          <w:numId w:val="33"/>
        </w:numPr>
      </w:pPr>
      <w:r w:rsidRPr="005C7CCB">
        <w:t>Shirts should completely cover the midriff.</w:t>
      </w:r>
    </w:p>
    <w:p w14:paraId="695307ED" w14:textId="77777777" w:rsidR="005C7CCB" w:rsidRPr="005C7CCB" w:rsidRDefault="005C7CCB" w:rsidP="005C7CCB">
      <w:pPr>
        <w:numPr>
          <w:ilvl w:val="0"/>
          <w:numId w:val="33"/>
        </w:numPr>
      </w:pPr>
      <w:r w:rsidRPr="005C7CCB">
        <w:t>Shorts, skirts, and dresses should be of appropriate length.</w:t>
      </w:r>
    </w:p>
    <w:p w14:paraId="3163FDEB" w14:textId="77777777" w:rsidR="005C7CCB" w:rsidRPr="005C7CCB" w:rsidRDefault="005C7CCB" w:rsidP="005C7CCB">
      <w:pPr>
        <w:numPr>
          <w:ilvl w:val="0"/>
          <w:numId w:val="33"/>
        </w:numPr>
      </w:pPr>
      <w:r w:rsidRPr="005C7CCB">
        <w:t>Clothing displaying inappropriate language, graphics, or messages is not permitted.</w:t>
      </w:r>
    </w:p>
    <w:p w14:paraId="6410ECA5" w14:textId="77777777" w:rsidR="005C7CCB" w:rsidRPr="005C7CCB" w:rsidRDefault="005C7CCB" w:rsidP="005C7CCB">
      <w:pPr>
        <w:numPr>
          <w:ilvl w:val="0"/>
          <w:numId w:val="33"/>
        </w:numPr>
      </w:pPr>
      <w:r w:rsidRPr="005C7CCB">
        <w:t>Boys and young men should remove hats upon entering the church as a sign of reverence.</w:t>
      </w:r>
    </w:p>
    <w:p w14:paraId="785372B2" w14:textId="77777777" w:rsidR="005C7CCB" w:rsidRPr="005C7CCB" w:rsidRDefault="005C7CCB" w:rsidP="005C7CCB">
      <w:r w:rsidRPr="005C7CCB">
        <w:t>Because students regularly visit the church throughout the year, families are encouraged to help their children choose clothing that reflects respect for God, themselves, and others.</w:t>
      </w:r>
    </w:p>
    <w:p w14:paraId="34640110" w14:textId="77777777" w:rsidR="005C7CCB" w:rsidRPr="005C7CCB" w:rsidRDefault="00E71A5A" w:rsidP="005C7CCB">
      <w:r>
        <w:pict w14:anchorId="20A3BB3D">
          <v:rect id="_x0000_i1033" style="width:0;height:1.5pt" o:hralign="center" o:hrstd="t" o:hr="t" fillcolor="#a0a0a0" stroked="f"/>
        </w:pict>
      </w:r>
    </w:p>
    <w:p w14:paraId="7B8999F3" w14:textId="77777777" w:rsidR="005C7CCB" w:rsidRPr="00C13ED2" w:rsidRDefault="005C7CCB" w:rsidP="007D289E">
      <w:pPr>
        <w:pStyle w:val="Heading1"/>
      </w:pPr>
      <w:r w:rsidRPr="00C13ED2">
        <w:t>Cell Phones and Electronic Devices</w:t>
      </w:r>
    </w:p>
    <w:p w14:paraId="68E408FE" w14:textId="77777777" w:rsidR="005C7CCB" w:rsidRPr="005C7CCB" w:rsidRDefault="005C7CCB" w:rsidP="005C7CCB">
      <w:r w:rsidRPr="005C7CCB">
        <w:t>To encourage full participation and minimize distractions, the use of cell phones and other electronic devices is not permitted during Faith Formation sessions, Youth Ministry events, or while attending Mass.</w:t>
      </w:r>
    </w:p>
    <w:p w14:paraId="0F39F316" w14:textId="77777777" w:rsidR="005C7CCB" w:rsidRPr="005C7CCB" w:rsidRDefault="005C7CCB" w:rsidP="005C7CCB">
      <w:r w:rsidRPr="005C7CCB">
        <w:t>Exceptions may be made for high school students when a catechist or leader specifically directs the use of a device as part of the lesson.</w:t>
      </w:r>
    </w:p>
    <w:p w14:paraId="3D2F3B4E" w14:textId="77777777" w:rsidR="005C7CCB" w:rsidRPr="005C7CCB" w:rsidRDefault="005C7CCB" w:rsidP="005C7CCB">
      <w:r w:rsidRPr="005C7CCB">
        <w:t>Students should:</w:t>
      </w:r>
    </w:p>
    <w:p w14:paraId="5802EE89" w14:textId="77777777" w:rsidR="005C7CCB" w:rsidRPr="005C7CCB" w:rsidRDefault="005C7CCB" w:rsidP="005C7CCB">
      <w:pPr>
        <w:numPr>
          <w:ilvl w:val="0"/>
          <w:numId w:val="34"/>
        </w:numPr>
      </w:pPr>
      <w:r w:rsidRPr="005C7CCB">
        <w:t>Silence or turn off all electronic devices before class begins.</w:t>
      </w:r>
    </w:p>
    <w:p w14:paraId="0385D763" w14:textId="77777777" w:rsidR="005C7CCB" w:rsidRPr="005C7CCB" w:rsidRDefault="005C7CCB" w:rsidP="005C7CCB">
      <w:pPr>
        <w:numPr>
          <w:ilvl w:val="0"/>
          <w:numId w:val="34"/>
        </w:numPr>
      </w:pPr>
      <w:r w:rsidRPr="005C7CCB">
        <w:t xml:space="preserve">Keep devices </w:t>
      </w:r>
      <w:proofErr w:type="gramStart"/>
      <w:r w:rsidRPr="005C7CCB">
        <w:t>stored away</w:t>
      </w:r>
      <w:proofErr w:type="gramEnd"/>
      <w:r w:rsidRPr="005C7CCB">
        <w:t xml:space="preserve"> unless instructed otherwise.</w:t>
      </w:r>
    </w:p>
    <w:p w14:paraId="40A4ADBB" w14:textId="77777777" w:rsidR="005C7CCB" w:rsidRPr="005C7CCB" w:rsidRDefault="005C7CCB" w:rsidP="005C7CCB">
      <w:pPr>
        <w:numPr>
          <w:ilvl w:val="0"/>
          <w:numId w:val="34"/>
        </w:numPr>
      </w:pPr>
      <w:r w:rsidRPr="005C7CCB">
        <w:t>Understand that catechists may request devices be placed in a designated basket or area during the session.</w:t>
      </w:r>
    </w:p>
    <w:p w14:paraId="08A9C4B1" w14:textId="77777777" w:rsidR="005C7CCB" w:rsidRPr="005C7CCB" w:rsidRDefault="005C7CCB" w:rsidP="005C7CCB">
      <w:r w:rsidRPr="005C7CCB">
        <w:t>Students needing to contact a parent or guardian during class must receive permission from their catechist and may use the Faith Formation Office phone if necessary.</w:t>
      </w:r>
    </w:p>
    <w:p w14:paraId="73EB6109" w14:textId="77777777" w:rsidR="005C7CCB" w:rsidRPr="005C7CCB" w:rsidRDefault="00E71A5A" w:rsidP="005C7CCB">
      <w:r>
        <w:pict w14:anchorId="4452D0E7">
          <v:rect id="_x0000_i1034" style="width:0;height:1.5pt" o:hralign="center" o:hrstd="t" o:hr="t" fillcolor="#a0a0a0" stroked="f"/>
        </w:pict>
      </w:r>
    </w:p>
    <w:p w14:paraId="27F692F4" w14:textId="77777777" w:rsidR="005C7CCB" w:rsidRPr="00C13ED2" w:rsidRDefault="005C7CCB" w:rsidP="007D289E">
      <w:pPr>
        <w:pStyle w:val="Heading1"/>
      </w:pPr>
      <w:r w:rsidRPr="00C13ED2">
        <w:t>Bullying and Cyberbullying</w:t>
      </w:r>
    </w:p>
    <w:p w14:paraId="397057B5" w14:textId="77777777" w:rsidR="005C7CCB" w:rsidRPr="005C7CCB" w:rsidRDefault="005C7CCB" w:rsidP="005C7CCB">
      <w:r w:rsidRPr="005C7CCB">
        <w:t>Every child deserves to learn in a safe and respectful environment.</w:t>
      </w:r>
    </w:p>
    <w:p w14:paraId="25E19605" w14:textId="77777777" w:rsidR="005C7CCB" w:rsidRPr="005C7CCB" w:rsidRDefault="005C7CCB" w:rsidP="005C7CCB">
      <w:r w:rsidRPr="005C7CCB">
        <w:t>Bullying, harassment, intimidation, cyberbullying, or any form of threatening or abusive behavior will not be tolerated.</w:t>
      </w:r>
    </w:p>
    <w:p w14:paraId="5A44FA6F" w14:textId="77777777" w:rsidR="005C7CCB" w:rsidRPr="005C7CCB" w:rsidRDefault="005C7CCB" w:rsidP="005C7CCB">
      <w:r w:rsidRPr="005C7CCB">
        <w:t>Examples include, but are not limited to:</w:t>
      </w:r>
    </w:p>
    <w:p w14:paraId="23484C24" w14:textId="77777777" w:rsidR="005C7CCB" w:rsidRPr="005C7CCB" w:rsidRDefault="005C7CCB" w:rsidP="005C7CCB">
      <w:pPr>
        <w:numPr>
          <w:ilvl w:val="0"/>
          <w:numId w:val="35"/>
        </w:numPr>
      </w:pPr>
      <w:r w:rsidRPr="005C7CCB">
        <w:t>Physical intimidation or threats</w:t>
      </w:r>
    </w:p>
    <w:p w14:paraId="279DD66C" w14:textId="77777777" w:rsidR="005C7CCB" w:rsidRPr="005C7CCB" w:rsidRDefault="005C7CCB" w:rsidP="005C7CCB">
      <w:pPr>
        <w:numPr>
          <w:ilvl w:val="0"/>
          <w:numId w:val="35"/>
        </w:numPr>
      </w:pPr>
      <w:r w:rsidRPr="005C7CCB">
        <w:t>Verbal abuse or insulting language</w:t>
      </w:r>
    </w:p>
    <w:p w14:paraId="6D37C2CD" w14:textId="77777777" w:rsidR="005C7CCB" w:rsidRPr="005C7CCB" w:rsidRDefault="005C7CCB" w:rsidP="005C7CCB">
      <w:pPr>
        <w:numPr>
          <w:ilvl w:val="0"/>
          <w:numId w:val="35"/>
        </w:numPr>
      </w:pPr>
      <w:r w:rsidRPr="005C7CCB">
        <w:lastRenderedPageBreak/>
        <w:t>Social exclusion or humiliation</w:t>
      </w:r>
    </w:p>
    <w:p w14:paraId="0F391CF3" w14:textId="77777777" w:rsidR="005C7CCB" w:rsidRPr="005C7CCB" w:rsidRDefault="005C7CCB" w:rsidP="005C7CCB">
      <w:pPr>
        <w:numPr>
          <w:ilvl w:val="0"/>
          <w:numId w:val="35"/>
        </w:numPr>
      </w:pPr>
      <w:r w:rsidRPr="005C7CCB">
        <w:t>Cyberbullying through text messages, social media, photographs, videos, or other electronic communication</w:t>
      </w:r>
    </w:p>
    <w:p w14:paraId="1D184E1A" w14:textId="77777777" w:rsidR="005C7CCB" w:rsidRPr="005C7CCB" w:rsidRDefault="005C7CCB" w:rsidP="005C7CCB">
      <w:pPr>
        <w:numPr>
          <w:ilvl w:val="0"/>
          <w:numId w:val="35"/>
        </w:numPr>
      </w:pPr>
      <w:r w:rsidRPr="005C7CCB">
        <w:t>Any behavior that causes another student to feel unsafe or unwelcome</w:t>
      </w:r>
    </w:p>
    <w:p w14:paraId="4878FB49" w14:textId="77777777" w:rsidR="005C7CCB" w:rsidRPr="005C7CCB" w:rsidRDefault="005C7CCB" w:rsidP="005C7CCB">
      <w:r w:rsidRPr="005C7CCB">
        <w:t>Students who engage in bullying or harassment may be subject to disciplinary action, including temporary or permanent removal from the program, depending on the severity of the behavior.</w:t>
      </w:r>
    </w:p>
    <w:p w14:paraId="644CF011" w14:textId="77777777" w:rsidR="005C7CCB" w:rsidRPr="005C7CCB" w:rsidRDefault="00E71A5A" w:rsidP="005C7CCB">
      <w:r>
        <w:pict w14:anchorId="3824FB2B">
          <v:rect id="_x0000_i1035" style="width:0;height:1.5pt" o:hralign="center" o:hrstd="t" o:hr="t" fillcolor="#a0a0a0" stroked="f"/>
        </w:pict>
      </w:r>
    </w:p>
    <w:p w14:paraId="76A2A021" w14:textId="77777777" w:rsidR="005C7CCB" w:rsidRPr="00C13ED2" w:rsidRDefault="005C7CCB" w:rsidP="007D289E">
      <w:pPr>
        <w:pStyle w:val="Heading1"/>
      </w:pPr>
      <w:r w:rsidRPr="00C13ED2">
        <w:t>Respect for Parish Property</w:t>
      </w:r>
    </w:p>
    <w:p w14:paraId="57E5F7AA" w14:textId="77777777" w:rsidR="005C7CCB" w:rsidRPr="005C7CCB" w:rsidRDefault="005C7CCB" w:rsidP="005C7CCB">
      <w:r w:rsidRPr="005C7CCB">
        <w:t>Students are expected to respect all parish buildings, classrooms, furnishings, equipment, and the personal property of others.</w:t>
      </w:r>
    </w:p>
    <w:p w14:paraId="2C5B2155" w14:textId="77777777" w:rsidR="005C7CCB" w:rsidRPr="005C7CCB" w:rsidRDefault="005C7CCB" w:rsidP="005C7CCB">
      <w:r w:rsidRPr="005C7CCB">
        <w:t>The following are prohibited:</w:t>
      </w:r>
    </w:p>
    <w:p w14:paraId="3F1A74EC" w14:textId="77777777" w:rsidR="005C7CCB" w:rsidRPr="005C7CCB" w:rsidRDefault="005C7CCB" w:rsidP="005C7CCB">
      <w:pPr>
        <w:numPr>
          <w:ilvl w:val="0"/>
          <w:numId w:val="36"/>
        </w:numPr>
      </w:pPr>
      <w:r w:rsidRPr="005C7CCB">
        <w:t>Defacing or damaging parish property</w:t>
      </w:r>
    </w:p>
    <w:p w14:paraId="750460AA" w14:textId="77777777" w:rsidR="005C7CCB" w:rsidRPr="005C7CCB" w:rsidRDefault="005C7CCB" w:rsidP="005C7CCB">
      <w:pPr>
        <w:numPr>
          <w:ilvl w:val="0"/>
          <w:numId w:val="36"/>
        </w:numPr>
      </w:pPr>
      <w:r w:rsidRPr="005C7CCB">
        <w:t>Removing or using another person's belongings without permission</w:t>
      </w:r>
    </w:p>
    <w:p w14:paraId="43FD5F48" w14:textId="77777777" w:rsidR="005C7CCB" w:rsidRPr="005C7CCB" w:rsidRDefault="005C7CCB" w:rsidP="005C7CCB">
      <w:pPr>
        <w:numPr>
          <w:ilvl w:val="0"/>
          <w:numId w:val="36"/>
        </w:numPr>
      </w:pPr>
      <w:r w:rsidRPr="005C7CCB">
        <w:t>Intentional destruction of property</w:t>
      </w:r>
    </w:p>
    <w:p w14:paraId="6A3D1B01" w14:textId="77777777" w:rsidR="005C7CCB" w:rsidRPr="005C7CCB" w:rsidRDefault="005C7CCB" w:rsidP="005C7CCB">
      <w:r w:rsidRPr="005C7CCB">
        <w:t>Parents or guardians are responsible for the cost of repairing or replacing any property intentionally damaged by their child. Any accidental damage should be reported immediately to a catechist or staff member.</w:t>
      </w:r>
    </w:p>
    <w:p w14:paraId="4541EB00" w14:textId="77777777" w:rsidR="005C7CCB" w:rsidRPr="005C7CCB" w:rsidRDefault="00E71A5A" w:rsidP="005C7CCB">
      <w:r>
        <w:pict w14:anchorId="7DC484DF">
          <v:rect id="_x0000_i1036" style="width:0;height:1.5pt" o:hralign="center" o:hrstd="t" o:hr="t" fillcolor="#a0a0a0" stroked="f"/>
        </w:pict>
      </w:r>
    </w:p>
    <w:p w14:paraId="0CE13F96" w14:textId="77777777" w:rsidR="005C7CCB" w:rsidRPr="00C13ED2" w:rsidRDefault="005C7CCB" w:rsidP="007D289E">
      <w:pPr>
        <w:pStyle w:val="Heading1"/>
      </w:pPr>
      <w:r w:rsidRPr="00C13ED2">
        <w:t>Unacceptable Behavior</w:t>
      </w:r>
    </w:p>
    <w:p w14:paraId="38511624" w14:textId="77777777" w:rsidR="005C7CCB" w:rsidRPr="005C7CCB" w:rsidRDefault="005C7CCB" w:rsidP="005C7CCB">
      <w:r w:rsidRPr="005C7CCB">
        <w:t>The following behaviors are not permitted during any Faith Formation session, Youth Ministry event, retreat, liturgy, or parish activity:</w:t>
      </w:r>
    </w:p>
    <w:p w14:paraId="19CB22D8" w14:textId="77777777" w:rsidR="005C7CCB" w:rsidRPr="005C7CCB" w:rsidRDefault="005C7CCB" w:rsidP="005C7CCB">
      <w:pPr>
        <w:numPr>
          <w:ilvl w:val="0"/>
          <w:numId w:val="37"/>
        </w:numPr>
      </w:pPr>
      <w:r w:rsidRPr="005C7CCB">
        <w:t>Disrespect toward catechists, leaders, volunteers, parish staff, or other students</w:t>
      </w:r>
    </w:p>
    <w:p w14:paraId="2104820D" w14:textId="77777777" w:rsidR="005C7CCB" w:rsidRPr="005C7CCB" w:rsidRDefault="005C7CCB" w:rsidP="005C7CCB">
      <w:pPr>
        <w:numPr>
          <w:ilvl w:val="0"/>
          <w:numId w:val="37"/>
        </w:numPr>
      </w:pPr>
      <w:r w:rsidRPr="005C7CCB">
        <w:t>Cheating or dishonesty</w:t>
      </w:r>
    </w:p>
    <w:p w14:paraId="44FDEE6F" w14:textId="77777777" w:rsidR="005C7CCB" w:rsidRPr="005C7CCB" w:rsidRDefault="005C7CCB" w:rsidP="005C7CCB">
      <w:pPr>
        <w:numPr>
          <w:ilvl w:val="0"/>
          <w:numId w:val="37"/>
        </w:numPr>
      </w:pPr>
      <w:r w:rsidRPr="005C7CCB">
        <w:t>Disruptive behavior that interferes with learning</w:t>
      </w:r>
    </w:p>
    <w:p w14:paraId="5CB0FDA0" w14:textId="77777777" w:rsidR="005C7CCB" w:rsidRPr="005C7CCB" w:rsidRDefault="005C7CCB" w:rsidP="005C7CCB">
      <w:pPr>
        <w:numPr>
          <w:ilvl w:val="0"/>
          <w:numId w:val="37"/>
        </w:numPr>
      </w:pPr>
      <w:r w:rsidRPr="005C7CCB">
        <w:t>Abusive, vulgar, or inappropriate language</w:t>
      </w:r>
    </w:p>
    <w:p w14:paraId="0CFED325" w14:textId="77777777" w:rsidR="005C7CCB" w:rsidRPr="005C7CCB" w:rsidRDefault="005C7CCB" w:rsidP="005C7CCB">
      <w:pPr>
        <w:numPr>
          <w:ilvl w:val="0"/>
          <w:numId w:val="37"/>
        </w:numPr>
      </w:pPr>
      <w:r w:rsidRPr="005C7CCB">
        <w:t>Leaving a classroom or activity without permission</w:t>
      </w:r>
    </w:p>
    <w:p w14:paraId="26F6FB20" w14:textId="77777777" w:rsidR="005C7CCB" w:rsidRPr="005C7CCB" w:rsidRDefault="005C7CCB" w:rsidP="005C7CCB">
      <w:pPr>
        <w:numPr>
          <w:ilvl w:val="0"/>
          <w:numId w:val="37"/>
        </w:numPr>
      </w:pPr>
      <w:r w:rsidRPr="005C7CCB">
        <w:t>Unauthorized use of cell phones or electronic devices</w:t>
      </w:r>
    </w:p>
    <w:p w14:paraId="6C0CB571" w14:textId="77777777" w:rsidR="005C7CCB" w:rsidRPr="005C7CCB" w:rsidRDefault="005C7CCB" w:rsidP="005C7CCB">
      <w:pPr>
        <w:numPr>
          <w:ilvl w:val="0"/>
          <w:numId w:val="37"/>
        </w:numPr>
      </w:pPr>
      <w:r w:rsidRPr="005C7CCB">
        <w:t>Failure to follow directions from parish staff or volunteers</w:t>
      </w:r>
    </w:p>
    <w:p w14:paraId="3E99A072" w14:textId="77777777" w:rsidR="005C7CCB" w:rsidRPr="005C7CCB" w:rsidRDefault="005C7CCB" w:rsidP="005C7CCB">
      <w:pPr>
        <w:numPr>
          <w:ilvl w:val="0"/>
          <w:numId w:val="37"/>
        </w:numPr>
      </w:pPr>
      <w:r w:rsidRPr="005C7CCB">
        <w:t>Violating the dress code</w:t>
      </w:r>
    </w:p>
    <w:p w14:paraId="26ACFA93" w14:textId="77777777" w:rsidR="005C7CCB" w:rsidRPr="005C7CCB" w:rsidRDefault="005C7CCB" w:rsidP="005C7CCB">
      <w:pPr>
        <w:numPr>
          <w:ilvl w:val="0"/>
          <w:numId w:val="37"/>
        </w:numPr>
      </w:pPr>
      <w:r w:rsidRPr="005C7CCB">
        <w:t>Possession or use of alcohol, illegal drugs, or controlled substances</w:t>
      </w:r>
    </w:p>
    <w:p w14:paraId="5515A5FA" w14:textId="77777777" w:rsidR="005C7CCB" w:rsidRPr="005C7CCB" w:rsidRDefault="005C7CCB" w:rsidP="005C7CCB">
      <w:pPr>
        <w:numPr>
          <w:ilvl w:val="0"/>
          <w:numId w:val="37"/>
        </w:numPr>
      </w:pPr>
      <w:r w:rsidRPr="005C7CCB">
        <w:lastRenderedPageBreak/>
        <w:t>Possession of tobacco, vaping devices, or nicotine products</w:t>
      </w:r>
    </w:p>
    <w:p w14:paraId="3A8D5A16" w14:textId="77777777" w:rsidR="005C7CCB" w:rsidRPr="005C7CCB" w:rsidRDefault="005C7CCB" w:rsidP="005C7CCB">
      <w:pPr>
        <w:numPr>
          <w:ilvl w:val="0"/>
          <w:numId w:val="37"/>
        </w:numPr>
      </w:pPr>
      <w:r w:rsidRPr="005C7CCB">
        <w:t>Possession of weapons or look-alike weapons</w:t>
      </w:r>
    </w:p>
    <w:p w14:paraId="5BC5D7E8" w14:textId="77777777" w:rsidR="005C7CCB" w:rsidRPr="005C7CCB" w:rsidRDefault="005C7CCB" w:rsidP="005C7CCB">
      <w:pPr>
        <w:numPr>
          <w:ilvl w:val="0"/>
          <w:numId w:val="37"/>
        </w:numPr>
      </w:pPr>
      <w:r w:rsidRPr="005C7CCB">
        <w:t>Physical fighting or threatening bodily harm</w:t>
      </w:r>
    </w:p>
    <w:p w14:paraId="4FF8B7EC" w14:textId="77777777" w:rsidR="005C7CCB" w:rsidRPr="005C7CCB" w:rsidRDefault="005C7CCB" w:rsidP="005C7CCB">
      <w:pPr>
        <w:numPr>
          <w:ilvl w:val="0"/>
          <w:numId w:val="37"/>
        </w:numPr>
      </w:pPr>
      <w:r w:rsidRPr="005C7CCB">
        <w:t>Harassment, bullying, or cyberbullying</w:t>
      </w:r>
    </w:p>
    <w:p w14:paraId="13B4AE01" w14:textId="77777777" w:rsidR="005C7CCB" w:rsidRPr="005C7CCB" w:rsidRDefault="005C7CCB" w:rsidP="005C7CCB">
      <w:pPr>
        <w:numPr>
          <w:ilvl w:val="0"/>
          <w:numId w:val="37"/>
        </w:numPr>
      </w:pPr>
      <w:r w:rsidRPr="005C7CCB">
        <w:t>Theft, vandalism, or arson</w:t>
      </w:r>
    </w:p>
    <w:p w14:paraId="15842AF7" w14:textId="77777777" w:rsidR="005C7CCB" w:rsidRPr="005C7CCB" w:rsidRDefault="005C7CCB" w:rsidP="005C7CCB">
      <w:pPr>
        <w:numPr>
          <w:ilvl w:val="0"/>
          <w:numId w:val="37"/>
        </w:numPr>
      </w:pPr>
      <w:r w:rsidRPr="005C7CCB">
        <w:t>Recording or photographing another student or catechist without permission</w:t>
      </w:r>
    </w:p>
    <w:p w14:paraId="0A710DF7" w14:textId="77777777" w:rsidR="005C7CCB" w:rsidRPr="005C7CCB" w:rsidRDefault="005C7CCB" w:rsidP="005C7CCB">
      <w:pPr>
        <w:numPr>
          <w:ilvl w:val="0"/>
          <w:numId w:val="37"/>
        </w:numPr>
      </w:pPr>
      <w:r w:rsidRPr="005C7CCB">
        <w:t>Any illegal or dangerous activity</w:t>
      </w:r>
    </w:p>
    <w:p w14:paraId="2E31741B" w14:textId="77777777" w:rsidR="005C7CCB" w:rsidRPr="005C7CCB" w:rsidRDefault="00E71A5A" w:rsidP="005C7CCB">
      <w:r>
        <w:pict w14:anchorId="772A608F">
          <v:rect id="_x0000_i1037" style="width:0;height:1.5pt" o:hralign="center" o:hrstd="t" o:hr="t" fillcolor="#a0a0a0" stroked="f"/>
        </w:pict>
      </w:r>
    </w:p>
    <w:p w14:paraId="3A3FEC34" w14:textId="77777777" w:rsidR="005C7CCB" w:rsidRPr="00C13ED2" w:rsidRDefault="005C7CCB" w:rsidP="007D289E">
      <w:pPr>
        <w:pStyle w:val="Heading1"/>
      </w:pPr>
      <w:r w:rsidRPr="00C13ED2">
        <w:t>Behavior Management</w:t>
      </w:r>
    </w:p>
    <w:p w14:paraId="415549CD" w14:textId="77777777" w:rsidR="005C7CCB" w:rsidRPr="005C7CCB" w:rsidRDefault="005C7CCB" w:rsidP="005C7CCB">
      <w:r w:rsidRPr="005C7CCB">
        <w:t>Catechists and volunteers are dedicated to creating a positive learning environment where every student can grow in faith. While discipline is not their primary role, they may use appropriate classroom management techniques to maintain a respectful and productive atmosphere.</w:t>
      </w:r>
    </w:p>
    <w:p w14:paraId="7FFD1F2D" w14:textId="77777777" w:rsidR="005C7CCB" w:rsidRPr="005C7CCB" w:rsidRDefault="005C7CCB" w:rsidP="005C7CCB">
      <w:r w:rsidRPr="005C7CCB">
        <w:t>When behavioral concerns arise, the following process is generally followed:</w:t>
      </w:r>
    </w:p>
    <w:p w14:paraId="2CA1FC28" w14:textId="77777777" w:rsidR="005C7CCB" w:rsidRPr="005C7CCB" w:rsidRDefault="005C7CCB" w:rsidP="005C7CCB">
      <w:pPr>
        <w:numPr>
          <w:ilvl w:val="0"/>
          <w:numId w:val="38"/>
        </w:numPr>
      </w:pPr>
      <w:r w:rsidRPr="005C7CCB">
        <w:t>The catechist will address the behavior with the student.</w:t>
      </w:r>
    </w:p>
    <w:p w14:paraId="5D535948" w14:textId="77777777" w:rsidR="005C7CCB" w:rsidRPr="005C7CCB" w:rsidRDefault="005C7CCB" w:rsidP="005C7CCB">
      <w:pPr>
        <w:numPr>
          <w:ilvl w:val="0"/>
          <w:numId w:val="38"/>
        </w:numPr>
      </w:pPr>
      <w:r w:rsidRPr="005C7CCB">
        <w:t>If the behavior continues, a parent or guardian will be contacted by the Director, Youth Minister, or Coordinator.</w:t>
      </w:r>
    </w:p>
    <w:p w14:paraId="6194F552" w14:textId="77777777" w:rsidR="005C7CCB" w:rsidRPr="005C7CCB" w:rsidRDefault="005C7CCB" w:rsidP="005C7CCB">
      <w:pPr>
        <w:numPr>
          <w:ilvl w:val="0"/>
          <w:numId w:val="38"/>
        </w:numPr>
      </w:pPr>
      <w:r w:rsidRPr="005C7CCB">
        <w:t xml:space="preserve">A conference with the </w:t>
      </w:r>
      <w:proofErr w:type="gramStart"/>
      <w:r w:rsidRPr="005C7CCB">
        <w:t>parent</w:t>
      </w:r>
      <w:proofErr w:type="gramEnd"/>
      <w:r w:rsidRPr="005C7CCB">
        <w:t xml:space="preserve">, </w:t>
      </w:r>
      <w:proofErr w:type="gramStart"/>
      <w:r w:rsidRPr="005C7CCB">
        <w:t>student</w:t>
      </w:r>
      <w:proofErr w:type="gramEnd"/>
      <w:r w:rsidRPr="005C7CCB">
        <w:t xml:space="preserve">, </w:t>
      </w:r>
      <w:proofErr w:type="gramStart"/>
      <w:r w:rsidRPr="005C7CCB">
        <w:t>catechist</w:t>
      </w:r>
      <w:proofErr w:type="gramEnd"/>
      <w:r w:rsidRPr="005C7CCB">
        <w:t>, and parish leadership may be scheduled if necessary.</w:t>
      </w:r>
    </w:p>
    <w:p w14:paraId="2A9446A6" w14:textId="77777777" w:rsidR="005C7CCB" w:rsidRPr="005C7CCB" w:rsidRDefault="005C7CCB" w:rsidP="005C7CCB">
      <w:pPr>
        <w:numPr>
          <w:ilvl w:val="0"/>
          <w:numId w:val="38"/>
        </w:numPr>
      </w:pPr>
      <w:r w:rsidRPr="005C7CCB">
        <w:t>Continued or serious misconduct may result in temporary or permanent removal from the Faith Formation program, at the discretion of the Pastor and the Director, Youth Minister, or Coordinator.</w:t>
      </w:r>
    </w:p>
    <w:p w14:paraId="15670B73" w14:textId="77777777" w:rsidR="005C7CCB" w:rsidRPr="005C7CCB" w:rsidRDefault="005C7CCB" w:rsidP="005C7CCB">
      <w:r w:rsidRPr="005C7CCB">
        <w:t>Immediate dismissal from an activity may occur when a student's behavior seriously jeopardizes the safety, well-being, or learning of others.</w:t>
      </w:r>
    </w:p>
    <w:p w14:paraId="11F514C3" w14:textId="77777777" w:rsidR="00DE08C1" w:rsidRDefault="005C7CCB" w:rsidP="00DE08C1">
      <w:r w:rsidRPr="005C7CCB">
        <w:t>Our goal is always to work collaboratively with families to help students develop self-discipline, Christian character, reverence for God, and respect for others while growing as disciples of Jesus Christ.</w:t>
      </w:r>
    </w:p>
    <w:p w14:paraId="7613A7FC" w14:textId="77777777" w:rsidR="00DE08C1" w:rsidRDefault="00CF3757" w:rsidP="00DE08C1">
      <w:pPr>
        <w:rPr>
          <w:rFonts w:asciiTheme="majorHAnsi" w:eastAsiaTheme="majorEastAsia" w:hAnsiTheme="majorHAnsi" w:cstheme="majorBidi"/>
          <w:b/>
          <w:bCs/>
          <w:color w:val="365F91" w:themeColor="accent1" w:themeShade="BF"/>
          <w:sz w:val="28"/>
          <w:szCs w:val="28"/>
        </w:rPr>
      </w:pPr>
      <w:r w:rsidRPr="00CF3757">
        <w:rPr>
          <w:rFonts w:asciiTheme="majorHAnsi" w:eastAsiaTheme="majorEastAsia" w:hAnsiTheme="majorHAnsi" w:cstheme="majorBidi"/>
          <w:b/>
          <w:bCs/>
          <w:color w:val="365F91" w:themeColor="accent1" w:themeShade="BF"/>
          <w:sz w:val="28"/>
          <w:szCs w:val="28"/>
        </w:rPr>
        <w:t>Student Responsibilities</w:t>
      </w:r>
    </w:p>
    <w:p w14:paraId="74D64DE9" w14:textId="77777777" w:rsidR="00DE08C1" w:rsidRDefault="00CF3757" w:rsidP="00DE08C1">
      <w:pPr>
        <w:rPr>
          <w:rFonts w:asciiTheme="majorHAnsi" w:eastAsiaTheme="majorEastAsia" w:hAnsiTheme="majorHAnsi" w:cstheme="majorBidi"/>
          <w:b/>
          <w:bCs/>
        </w:rPr>
      </w:pPr>
      <w:r w:rsidRPr="008677BF">
        <w:rPr>
          <w:rFonts w:asciiTheme="majorHAnsi" w:eastAsiaTheme="majorEastAsia" w:hAnsiTheme="majorHAnsi" w:cstheme="majorBidi"/>
          <w:b/>
          <w:bCs/>
        </w:rPr>
        <w:t>Faith Formation is a partnership between the student, the family, and the parish community. Students are encouraged to actively participate in their faith journey by striving to live as disciples of Jesus Christ each day.</w:t>
      </w:r>
    </w:p>
    <w:p w14:paraId="5005347B" w14:textId="673B9BD6" w:rsidR="00CF3757" w:rsidRPr="00DE08C1" w:rsidRDefault="00CF3757" w:rsidP="00DE08C1">
      <w:r w:rsidRPr="008677BF">
        <w:rPr>
          <w:rFonts w:asciiTheme="majorHAnsi" w:eastAsiaTheme="majorEastAsia" w:hAnsiTheme="majorHAnsi" w:cstheme="majorBidi"/>
          <w:b/>
          <w:bCs/>
          <w:color w:val="4F81BD" w:themeColor="accent1"/>
          <w:sz w:val="24"/>
          <w:szCs w:val="24"/>
        </w:rPr>
        <w:t>Students are expected to:</w:t>
      </w:r>
    </w:p>
    <w:p w14:paraId="72BB3151" w14:textId="77777777" w:rsidR="00CF3757" w:rsidRPr="008677BF" w:rsidRDefault="00CF3757" w:rsidP="00CF3757">
      <w:pPr>
        <w:pStyle w:val="Heading1"/>
        <w:numPr>
          <w:ilvl w:val="0"/>
          <w:numId w:val="39"/>
        </w:numPr>
        <w:rPr>
          <w:color w:val="auto"/>
          <w:sz w:val="22"/>
          <w:szCs w:val="22"/>
        </w:rPr>
      </w:pPr>
      <w:r w:rsidRPr="008677BF">
        <w:rPr>
          <w:color w:val="auto"/>
          <w:sz w:val="22"/>
          <w:szCs w:val="22"/>
        </w:rPr>
        <w:lastRenderedPageBreak/>
        <w:t>Live a Christian life that reflects the teachings and example of Jesus Christ.</w:t>
      </w:r>
    </w:p>
    <w:p w14:paraId="125FDA14" w14:textId="77777777" w:rsidR="00CF3757" w:rsidRPr="008677BF" w:rsidRDefault="00CF3757" w:rsidP="00CF3757">
      <w:pPr>
        <w:pStyle w:val="Heading1"/>
        <w:numPr>
          <w:ilvl w:val="0"/>
          <w:numId w:val="39"/>
        </w:numPr>
        <w:rPr>
          <w:color w:val="auto"/>
          <w:sz w:val="22"/>
          <w:szCs w:val="22"/>
        </w:rPr>
      </w:pPr>
      <w:r w:rsidRPr="008677BF">
        <w:rPr>
          <w:color w:val="auto"/>
          <w:sz w:val="22"/>
          <w:szCs w:val="22"/>
        </w:rPr>
        <w:t>Attend and participate in Sunday Mass and all Holy Days of Obligation.</w:t>
      </w:r>
    </w:p>
    <w:p w14:paraId="023DE93E" w14:textId="77777777" w:rsidR="00CF3757" w:rsidRPr="008677BF" w:rsidRDefault="00CF3757" w:rsidP="00CF3757">
      <w:pPr>
        <w:pStyle w:val="Heading1"/>
        <w:numPr>
          <w:ilvl w:val="0"/>
          <w:numId w:val="39"/>
        </w:numPr>
        <w:rPr>
          <w:color w:val="auto"/>
          <w:sz w:val="22"/>
          <w:szCs w:val="22"/>
        </w:rPr>
      </w:pPr>
      <w:r w:rsidRPr="008677BF">
        <w:rPr>
          <w:color w:val="auto"/>
          <w:sz w:val="22"/>
          <w:szCs w:val="22"/>
        </w:rPr>
        <w:t>Participate in the Sacrament of Reconciliation regularly. After receiving First Reconciliation, students are encouraged to celebrate the sacrament at least once each year and whenever needed.</w:t>
      </w:r>
    </w:p>
    <w:p w14:paraId="1C2996F0" w14:textId="77777777" w:rsidR="00CF3757" w:rsidRPr="008677BF" w:rsidRDefault="00CF3757" w:rsidP="00CF3757">
      <w:pPr>
        <w:pStyle w:val="Heading1"/>
        <w:numPr>
          <w:ilvl w:val="0"/>
          <w:numId w:val="39"/>
        </w:numPr>
        <w:rPr>
          <w:color w:val="auto"/>
          <w:sz w:val="22"/>
          <w:szCs w:val="22"/>
        </w:rPr>
      </w:pPr>
      <w:r w:rsidRPr="008677BF">
        <w:rPr>
          <w:color w:val="auto"/>
          <w:sz w:val="22"/>
          <w:szCs w:val="22"/>
        </w:rPr>
        <w:t>Follow the teachings, traditions, and moral principles of the Catholic Church.</w:t>
      </w:r>
    </w:p>
    <w:p w14:paraId="02903D80" w14:textId="77777777" w:rsidR="00CF3757" w:rsidRPr="008677BF" w:rsidRDefault="00CF3757" w:rsidP="00CF3757">
      <w:pPr>
        <w:pStyle w:val="Heading1"/>
        <w:numPr>
          <w:ilvl w:val="0"/>
          <w:numId w:val="39"/>
        </w:numPr>
        <w:rPr>
          <w:color w:val="auto"/>
          <w:sz w:val="22"/>
          <w:szCs w:val="22"/>
        </w:rPr>
      </w:pPr>
      <w:r w:rsidRPr="008677BF">
        <w:rPr>
          <w:color w:val="auto"/>
          <w:sz w:val="22"/>
          <w:szCs w:val="22"/>
        </w:rPr>
        <w:t>Attend weekly Faith Formation sessions faithfully and arrive on time.</w:t>
      </w:r>
    </w:p>
    <w:p w14:paraId="7294067A" w14:textId="77777777" w:rsidR="00CF3757" w:rsidRPr="008677BF" w:rsidRDefault="00CF3757" w:rsidP="00CF3757">
      <w:pPr>
        <w:pStyle w:val="Heading1"/>
        <w:numPr>
          <w:ilvl w:val="0"/>
          <w:numId w:val="39"/>
        </w:numPr>
        <w:rPr>
          <w:color w:val="auto"/>
          <w:sz w:val="22"/>
          <w:szCs w:val="22"/>
        </w:rPr>
      </w:pPr>
      <w:r w:rsidRPr="008677BF">
        <w:rPr>
          <w:color w:val="auto"/>
          <w:sz w:val="22"/>
          <w:szCs w:val="22"/>
        </w:rPr>
        <w:t>Come prepared for each session by completing assigned readings, activities, or projects.</w:t>
      </w:r>
    </w:p>
    <w:p w14:paraId="33C97241" w14:textId="77777777" w:rsidR="00CF3757" w:rsidRPr="008677BF" w:rsidRDefault="00CF3757" w:rsidP="00CF3757">
      <w:pPr>
        <w:pStyle w:val="Heading1"/>
        <w:numPr>
          <w:ilvl w:val="0"/>
          <w:numId w:val="39"/>
        </w:numPr>
        <w:rPr>
          <w:color w:val="auto"/>
          <w:sz w:val="22"/>
          <w:szCs w:val="22"/>
        </w:rPr>
      </w:pPr>
      <w:r w:rsidRPr="008677BF">
        <w:rPr>
          <w:color w:val="auto"/>
          <w:sz w:val="22"/>
          <w:szCs w:val="22"/>
        </w:rPr>
        <w:t>Learn and memorize the prayers appropriate for their grade level.</w:t>
      </w:r>
    </w:p>
    <w:p w14:paraId="523102CD" w14:textId="77777777" w:rsidR="00CF3757" w:rsidRPr="008677BF" w:rsidRDefault="00CF3757" w:rsidP="00CF3757">
      <w:pPr>
        <w:pStyle w:val="Heading1"/>
        <w:numPr>
          <w:ilvl w:val="0"/>
          <w:numId w:val="39"/>
        </w:numPr>
        <w:rPr>
          <w:color w:val="auto"/>
          <w:sz w:val="22"/>
          <w:szCs w:val="22"/>
        </w:rPr>
      </w:pPr>
      <w:r w:rsidRPr="008677BF">
        <w:rPr>
          <w:color w:val="auto"/>
          <w:sz w:val="22"/>
          <w:szCs w:val="22"/>
        </w:rPr>
        <w:t>Participate actively in discussions, prayer, and classroom activities.</w:t>
      </w:r>
    </w:p>
    <w:p w14:paraId="3D454E7C" w14:textId="77777777" w:rsidR="00CF3757" w:rsidRPr="008677BF" w:rsidRDefault="00CF3757" w:rsidP="00CF3757">
      <w:pPr>
        <w:pStyle w:val="Heading1"/>
        <w:numPr>
          <w:ilvl w:val="0"/>
          <w:numId w:val="39"/>
        </w:numPr>
        <w:rPr>
          <w:color w:val="auto"/>
          <w:sz w:val="22"/>
          <w:szCs w:val="22"/>
        </w:rPr>
      </w:pPr>
      <w:r w:rsidRPr="008677BF">
        <w:rPr>
          <w:color w:val="auto"/>
          <w:sz w:val="22"/>
          <w:szCs w:val="22"/>
        </w:rPr>
        <w:t>Show respect, kindness, and courtesy toward catechists, leaders, volunteers, parish staff, and fellow students.</w:t>
      </w:r>
    </w:p>
    <w:p w14:paraId="26E0C6FC" w14:textId="77777777" w:rsidR="00CF3757" w:rsidRPr="008677BF" w:rsidRDefault="00CF3757" w:rsidP="00CF3757">
      <w:pPr>
        <w:pStyle w:val="Heading1"/>
        <w:numPr>
          <w:ilvl w:val="0"/>
          <w:numId w:val="39"/>
        </w:numPr>
        <w:rPr>
          <w:color w:val="auto"/>
          <w:sz w:val="22"/>
          <w:szCs w:val="22"/>
        </w:rPr>
      </w:pPr>
      <w:r w:rsidRPr="008677BF">
        <w:rPr>
          <w:color w:val="auto"/>
          <w:sz w:val="22"/>
          <w:szCs w:val="22"/>
        </w:rPr>
        <w:t>Be attentive and engaged during sessions.</w:t>
      </w:r>
    </w:p>
    <w:p w14:paraId="183E8685" w14:textId="77777777" w:rsidR="00CF3757" w:rsidRPr="008677BF" w:rsidRDefault="00CF3757" w:rsidP="00CF3757">
      <w:pPr>
        <w:pStyle w:val="Heading1"/>
        <w:numPr>
          <w:ilvl w:val="0"/>
          <w:numId w:val="39"/>
        </w:numPr>
        <w:rPr>
          <w:color w:val="auto"/>
          <w:sz w:val="22"/>
          <w:szCs w:val="22"/>
        </w:rPr>
      </w:pPr>
      <w:r w:rsidRPr="008677BF">
        <w:rPr>
          <w:color w:val="auto"/>
          <w:sz w:val="22"/>
          <w:szCs w:val="22"/>
        </w:rPr>
        <w:t>Complete assessments or projects that demonstrate growth in understanding of the Catholic faith.</w:t>
      </w:r>
    </w:p>
    <w:p w14:paraId="31BB4F0B" w14:textId="77777777" w:rsidR="00CF3757" w:rsidRPr="008677BF" w:rsidRDefault="00CF3757" w:rsidP="00CF3757">
      <w:pPr>
        <w:pStyle w:val="Heading1"/>
        <w:numPr>
          <w:ilvl w:val="0"/>
          <w:numId w:val="39"/>
        </w:numPr>
        <w:rPr>
          <w:color w:val="auto"/>
          <w:sz w:val="22"/>
          <w:szCs w:val="22"/>
        </w:rPr>
      </w:pPr>
      <w:r w:rsidRPr="008677BF">
        <w:rPr>
          <w:color w:val="auto"/>
          <w:sz w:val="22"/>
          <w:szCs w:val="22"/>
        </w:rPr>
        <w:t>Dress modestly and appropriately for all Faith Formation sessions, liturgies, and parish events.</w:t>
      </w:r>
    </w:p>
    <w:p w14:paraId="79D431B5" w14:textId="77777777" w:rsidR="00CF3757" w:rsidRPr="008677BF" w:rsidRDefault="00CF3757" w:rsidP="00CF3757">
      <w:pPr>
        <w:pStyle w:val="Heading1"/>
        <w:numPr>
          <w:ilvl w:val="0"/>
          <w:numId w:val="39"/>
        </w:numPr>
        <w:rPr>
          <w:color w:val="auto"/>
          <w:sz w:val="22"/>
          <w:szCs w:val="22"/>
        </w:rPr>
      </w:pPr>
      <w:r w:rsidRPr="008677BF">
        <w:rPr>
          <w:color w:val="auto"/>
          <w:sz w:val="22"/>
          <w:szCs w:val="22"/>
        </w:rPr>
        <w:t>Care for parish property and help create a safe, welcoming, and Christ-centered environment for everyone.</w:t>
      </w:r>
    </w:p>
    <w:p w14:paraId="4C82409D" w14:textId="77777777" w:rsidR="00CF3757" w:rsidRPr="007D289E" w:rsidRDefault="00CF3757" w:rsidP="007D289E">
      <w:pPr>
        <w:pStyle w:val="Heading1"/>
      </w:pPr>
      <w:r w:rsidRPr="007D289E">
        <w:t>Parent Responsibilities</w:t>
      </w:r>
    </w:p>
    <w:p w14:paraId="3BF5969C" w14:textId="77777777" w:rsidR="00CF3757" w:rsidRPr="008677BF" w:rsidRDefault="00CF3757" w:rsidP="00CF3757">
      <w:pPr>
        <w:pStyle w:val="Heading1"/>
        <w:rPr>
          <w:color w:val="auto"/>
          <w:sz w:val="22"/>
          <w:szCs w:val="22"/>
        </w:rPr>
      </w:pPr>
      <w:r w:rsidRPr="008677BF">
        <w:rPr>
          <w:color w:val="auto"/>
          <w:sz w:val="22"/>
          <w:szCs w:val="22"/>
        </w:rPr>
        <w:t>Parents are the primary educators of their children in the faith. The parish is honored to partner with families in forming young disciples of Jesus Christ. A child's faith grows most deeply when the witness of the family and the life of the parish work together.</w:t>
      </w:r>
    </w:p>
    <w:p w14:paraId="579FB4C3" w14:textId="77777777" w:rsidR="00CF3757" w:rsidRPr="008677BF" w:rsidRDefault="00CF3757" w:rsidP="00CF3757">
      <w:pPr>
        <w:pStyle w:val="Heading1"/>
        <w:rPr>
          <w:color w:val="auto"/>
          <w:sz w:val="22"/>
          <w:szCs w:val="22"/>
        </w:rPr>
      </w:pPr>
      <w:r w:rsidRPr="008677BF">
        <w:rPr>
          <w:color w:val="4F81BD" w:themeColor="accent1"/>
          <w:sz w:val="24"/>
          <w:szCs w:val="24"/>
        </w:rPr>
        <w:lastRenderedPageBreak/>
        <w:t>Parents are expected to:</w:t>
      </w:r>
    </w:p>
    <w:p w14:paraId="24E691BB" w14:textId="77777777" w:rsidR="00CF3757" w:rsidRPr="008677BF" w:rsidRDefault="00CF3757" w:rsidP="00CF3757">
      <w:pPr>
        <w:pStyle w:val="Heading1"/>
        <w:numPr>
          <w:ilvl w:val="0"/>
          <w:numId w:val="40"/>
        </w:numPr>
        <w:rPr>
          <w:color w:val="auto"/>
          <w:sz w:val="22"/>
          <w:szCs w:val="22"/>
        </w:rPr>
      </w:pPr>
      <w:r w:rsidRPr="008677BF">
        <w:rPr>
          <w:color w:val="auto"/>
          <w:sz w:val="22"/>
          <w:szCs w:val="22"/>
        </w:rPr>
        <w:t>Recognize and embrace their role as the primary teachers of the Catholic faith for their children.</w:t>
      </w:r>
    </w:p>
    <w:p w14:paraId="3C717432" w14:textId="77777777" w:rsidR="00CF3757" w:rsidRPr="008677BF" w:rsidRDefault="00CF3757" w:rsidP="00CF3757">
      <w:pPr>
        <w:pStyle w:val="Heading1"/>
        <w:numPr>
          <w:ilvl w:val="0"/>
          <w:numId w:val="40"/>
        </w:numPr>
        <w:rPr>
          <w:color w:val="auto"/>
          <w:sz w:val="22"/>
          <w:szCs w:val="22"/>
        </w:rPr>
      </w:pPr>
      <w:r w:rsidRPr="008677BF">
        <w:rPr>
          <w:color w:val="auto"/>
          <w:sz w:val="22"/>
          <w:szCs w:val="22"/>
        </w:rPr>
        <w:t>Participate in Sunday Mass and Holy Days of Obligation as a family whenever possible.</w:t>
      </w:r>
    </w:p>
    <w:p w14:paraId="67838405" w14:textId="77777777" w:rsidR="00CF3757" w:rsidRPr="008677BF" w:rsidRDefault="00CF3757" w:rsidP="00CF3757">
      <w:pPr>
        <w:pStyle w:val="Heading1"/>
        <w:numPr>
          <w:ilvl w:val="0"/>
          <w:numId w:val="40"/>
        </w:numPr>
        <w:rPr>
          <w:color w:val="auto"/>
          <w:sz w:val="22"/>
          <w:szCs w:val="22"/>
        </w:rPr>
      </w:pPr>
      <w:r w:rsidRPr="008677BF">
        <w:rPr>
          <w:color w:val="auto"/>
          <w:sz w:val="22"/>
          <w:szCs w:val="22"/>
        </w:rPr>
        <w:t>Foster a life of prayer at home and encourage regular participation in the Sacrament of Reconciliation.</w:t>
      </w:r>
    </w:p>
    <w:p w14:paraId="3B6C9633" w14:textId="77777777" w:rsidR="00CF3757" w:rsidRPr="008677BF" w:rsidRDefault="00CF3757" w:rsidP="00CF3757">
      <w:pPr>
        <w:pStyle w:val="Heading1"/>
        <w:numPr>
          <w:ilvl w:val="0"/>
          <w:numId w:val="40"/>
        </w:numPr>
        <w:rPr>
          <w:color w:val="auto"/>
          <w:sz w:val="22"/>
          <w:szCs w:val="22"/>
        </w:rPr>
      </w:pPr>
      <w:r w:rsidRPr="008677BF">
        <w:rPr>
          <w:color w:val="auto"/>
          <w:sz w:val="22"/>
          <w:szCs w:val="22"/>
        </w:rPr>
        <w:t>Support their child's Faith Formation by ensuring regular attendance, punctuality, and completion of assignments.</w:t>
      </w:r>
    </w:p>
    <w:p w14:paraId="4FCAE8F6" w14:textId="77777777" w:rsidR="00CF3757" w:rsidRPr="008677BF" w:rsidRDefault="00CF3757" w:rsidP="00CF3757">
      <w:pPr>
        <w:pStyle w:val="Heading1"/>
        <w:numPr>
          <w:ilvl w:val="0"/>
          <w:numId w:val="40"/>
        </w:numPr>
        <w:rPr>
          <w:color w:val="auto"/>
          <w:sz w:val="22"/>
          <w:szCs w:val="22"/>
        </w:rPr>
      </w:pPr>
      <w:r w:rsidRPr="008677BF">
        <w:rPr>
          <w:color w:val="auto"/>
          <w:sz w:val="22"/>
          <w:szCs w:val="22"/>
        </w:rPr>
        <w:t>Participate in required Parent Meetings, Parent Formation sessions, retreats, and sacramental celebrations.</w:t>
      </w:r>
    </w:p>
    <w:p w14:paraId="3657F551" w14:textId="77777777" w:rsidR="00CF3757" w:rsidRPr="008677BF" w:rsidRDefault="00CF3757" w:rsidP="00CF3757">
      <w:pPr>
        <w:pStyle w:val="Heading1"/>
        <w:numPr>
          <w:ilvl w:val="0"/>
          <w:numId w:val="40"/>
        </w:numPr>
        <w:rPr>
          <w:color w:val="auto"/>
          <w:sz w:val="22"/>
          <w:szCs w:val="22"/>
        </w:rPr>
      </w:pPr>
      <w:r w:rsidRPr="008677BF">
        <w:rPr>
          <w:color w:val="auto"/>
          <w:sz w:val="22"/>
          <w:szCs w:val="22"/>
        </w:rPr>
        <w:t>Work collaboratively with catechists, ministry leaders, and parish staff throughout their child's faith formation journey.</w:t>
      </w:r>
    </w:p>
    <w:p w14:paraId="676AF6FF" w14:textId="77777777" w:rsidR="00CF3757" w:rsidRPr="008677BF" w:rsidRDefault="00CF3757" w:rsidP="00CF3757">
      <w:pPr>
        <w:pStyle w:val="Heading1"/>
        <w:numPr>
          <w:ilvl w:val="0"/>
          <w:numId w:val="40"/>
        </w:numPr>
        <w:rPr>
          <w:color w:val="auto"/>
          <w:sz w:val="22"/>
          <w:szCs w:val="22"/>
        </w:rPr>
      </w:pPr>
      <w:r w:rsidRPr="008677BF">
        <w:rPr>
          <w:color w:val="auto"/>
          <w:sz w:val="22"/>
          <w:szCs w:val="22"/>
        </w:rPr>
        <w:t>Encourage their child to live according to the teachings of Jesus Christ both at home and in the community.</w:t>
      </w:r>
    </w:p>
    <w:p w14:paraId="0D9274EC" w14:textId="77777777" w:rsidR="00CF3757" w:rsidRPr="008677BF" w:rsidRDefault="00CF3757" w:rsidP="00CF3757">
      <w:pPr>
        <w:pStyle w:val="Heading1"/>
        <w:numPr>
          <w:ilvl w:val="0"/>
          <w:numId w:val="40"/>
        </w:numPr>
        <w:rPr>
          <w:color w:val="auto"/>
          <w:sz w:val="22"/>
          <w:szCs w:val="22"/>
        </w:rPr>
      </w:pPr>
      <w:r w:rsidRPr="008677BF">
        <w:rPr>
          <w:color w:val="auto"/>
          <w:sz w:val="22"/>
          <w:szCs w:val="22"/>
        </w:rPr>
        <w:t>Support their child in preparing for the Sacraments of Reconciliation, Eucharist, and Confirmation.</w:t>
      </w:r>
    </w:p>
    <w:p w14:paraId="469C44DF" w14:textId="77777777" w:rsidR="00CF3757" w:rsidRPr="008677BF" w:rsidRDefault="00CF3757" w:rsidP="00CF3757">
      <w:pPr>
        <w:pStyle w:val="Heading1"/>
        <w:numPr>
          <w:ilvl w:val="0"/>
          <w:numId w:val="40"/>
        </w:numPr>
        <w:rPr>
          <w:color w:val="auto"/>
          <w:sz w:val="22"/>
          <w:szCs w:val="22"/>
        </w:rPr>
      </w:pPr>
      <w:r w:rsidRPr="008677BF">
        <w:rPr>
          <w:color w:val="auto"/>
          <w:sz w:val="22"/>
          <w:szCs w:val="22"/>
        </w:rPr>
        <w:t>Share their Time, Talent, and Treasure by participating in the life and mission of the parish whenever possible.</w:t>
      </w:r>
    </w:p>
    <w:p w14:paraId="740AEF42" w14:textId="77777777" w:rsidR="00CF3757" w:rsidRPr="008677BF" w:rsidRDefault="00CF3757" w:rsidP="00CF3757">
      <w:pPr>
        <w:pStyle w:val="Heading1"/>
        <w:numPr>
          <w:ilvl w:val="0"/>
          <w:numId w:val="40"/>
        </w:numPr>
        <w:rPr>
          <w:color w:val="auto"/>
          <w:sz w:val="22"/>
          <w:szCs w:val="22"/>
        </w:rPr>
      </w:pPr>
      <w:r w:rsidRPr="008677BF">
        <w:rPr>
          <w:color w:val="auto"/>
          <w:sz w:val="22"/>
          <w:szCs w:val="22"/>
        </w:rPr>
        <w:t>Keep contact information current and maintain open communication with the Faith Formation Office regarding questions or concerns.</w:t>
      </w:r>
    </w:p>
    <w:p w14:paraId="6289A56B" w14:textId="77777777" w:rsidR="00CF3757" w:rsidRPr="008677BF" w:rsidRDefault="00CF3757" w:rsidP="00CF3757">
      <w:pPr>
        <w:pStyle w:val="Heading1"/>
        <w:rPr>
          <w:color w:val="auto"/>
          <w:sz w:val="22"/>
          <w:szCs w:val="22"/>
        </w:rPr>
      </w:pPr>
      <w:r w:rsidRPr="008677BF">
        <w:rPr>
          <w:color w:val="auto"/>
          <w:sz w:val="22"/>
          <w:szCs w:val="22"/>
        </w:rPr>
        <w:t>Together, parents, students, catechists, and the parish community share the joyful responsibility of helping children and teens grow in faith, deepen their relationship with Jesus Christ, and become lifelong disciples who actively participate in the life of the Church.</w:t>
      </w:r>
    </w:p>
    <w:p w14:paraId="58C98C32" w14:textId="781C75BF" w:rsidR="00B6423E" w:rsidRDefault="00E71A5A">
      <w:r>
        <w:br w:type="page"/>
      </w:r>
    </w:p>
    <w:sectPr w:rsidR="00B6423E" w:rsidSect="00D41B13">
      <w:pgSz w:w="12240" w:h="15840"/>
      <w:pgMar w:top="72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4462D20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9804AD"/>
    <w:multiLevelType w:val="multilevel"/>
    <w:tmpl w:val="409E4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7006F1"/>
    <w:multiLevelType w:val="multilevel"/>
    <w:tmpl w:val="00E0F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3C27F2"/>
    <w:multiLevelType w:val="multilevel"/>
    <w:tmpl w:val="2FD09A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F9268F"/>
    <w:multiLevelType w:val="multilevel"/>
    <w:tmpl w:val="DC1E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55081A"/>
    <w:multiLevelType w:val="multilevel"/>
    <w:tmpl w:val="E0DA9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791D28"/>
    <w:multiLevelType w:val="multilevel"/>
    <w:tmpl w:val="8EBA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0D41F5"/>
    <w:multiLevelType w:val="multilevel"/>
    <w:tmpl w:val="3028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4C2859"/>
    <w:multiLevelType w:val="multilevel"/>
    <w:tmpl w:val="2722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765C06"/>
    <w:multiLevelType w:val="multilevel"/>
    <w:tmpl w:val="2D14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090571"/>
    <w:multiLevelType w:val="multilevel"/>
    <w:tmpl w:val="ECE8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C12E66"/>
    <w:multiLevelType w:val="multilevel"/>
    <w:tmpl w:val="6960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5D5C43"/>
    <w:multiLevelType w:val="multilevel"/>
    <w:tmpl w:val="8244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BA22F6"/>
    <w:multiLevelType w:val="multilevel"/>
    <w:tmpl w:val="BBEE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4A7EBF"/>
    <w:multiLevelType w:val="multilevel"/>
    <w:tmpl w:val="6276C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2658B8"/>
    <w:multiLevelType w:val="multilevel"/>
    <w:tmpl w:val="BC52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D46621"/>
    <w:multiLevelType w:val="multilevel"/>
    <w:tmpl w:val="7E62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F40800"/>
    <w:multiLevelType w:val="multilevel"/>
    <w:tmpl w:val="3750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625D3B"/>
    <w:multiLevelType w:val="multilevel"/>
    <w:tmpl w:val="B796A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1A6FCD"/>
    <w:multiLevelType w:val="multilevel"/>
    <w:tmpl w:val="C9C8B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267DF2"/>
    <w:multiLevelType w:val="multilevel"/>
    <w:tmpl w:val="E6C24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2C7887"/>
    <w:multiLevelType w:val="multilevel"/>
    <w:tmpl w:val="6D84E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4E680D"/>
    <w:multiLevelType w:val="multilevel"/>
    <w:tmpl w:val="23EA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EE055A"/>
    <w:multiLevelType w:val="multilevel"/>
    <w:tmpl w:val="15E4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E17534"/>
    <w:multiLevelType w:val="multilevel"/>
    <w:tmpl w:val="50426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852129"/>
    <w:multiLevelType w:val="multilevel"/>
    <w:tmpl w:val="B718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3544F6"/>
    <w:multiLevelType w:val="multilevel"/>
    <w:tmpl w:val="8506C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633715"/>
    <w:multiLevelType w:val="multilevel"/>
    <w:tmpl w:val="BC44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7807EE"/>
    <w:multiLevelType w:val="multilevel"/>
    <w:tmpl w:val="AA3A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7E1A25"/>
    <w:multiLevelType w:val="multilevel"/>
    <w:tmpl w:val="8904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CC7DF6"/>
    <w:multiLevelType w:val="multilevel"/>
    <w:tmpl w:val="5876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1D0408"/>
    <w:multiLevelType w:val="multilevel"/>
    <w:tmpl w:val="CEC2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0242602">
    <w:abstractNumId w:val="8"/>
  </w:num>
  <w:num w:numId="2" w16cid:durableId="338777903">
    <w:abstractNumId w:val="6"/>
  </w:num>
  <w:num w:numId="3" w16cid:durableId="37971137">
    <w:abstractNumId w:val="5"/>
  </w:num>
  <w:num w:numId="4" w16cid:durableId="1207790831">
    <w:abstractNumId w:val="4"/>
  </w:num>
  <w:num w:numId="5" w16cid:durableId="2103404541">
    <w:abstractNumId w:val="7"/>
  </w:num>
  <w:num w:numId="6" w16cid:durableId="270207916">
    <w:abstractNumId w:val="3"/>
  </w:num>
  <w:num w:numId="7" w16cid:durableId="992872750">
    <w:abstractNumId w:val="2"/>
  </w:num>
  <w:num w:numId="8" w16cid:durableId="1077171792">
    <w:abstractNumId w:val="1"/>
  </w:num>
  <w:num w:numId="9" w16cid:durableId="1330598595">
    <w:abstractNumId w:val="0"/>
  </w:num>
  <w:num w:numId="10" w16cid:durableId="291446650">
    <w:abstractNumId w:val="36"/>
  </w:num>
  <w:num w:numId="11" w16cid:durableId="1539125249">
    <w:abstractNumId w:val="26"/>
  </w:num>
  <w:num w:numId="12" w16cid:durableId="1086919818">
    <w:abstractNumId w:val="31"/>
  </w:num>
  <w:num w:numId="13" w16cid:durableId="1732803445">
    <w:abstractNumId w:val="24"/>
  </w:num>
  <w:num w:numId="14" w16cid:durableId="93283996">
    <w:abstractNumId w:val="13"/>
  </w:num>
  <w:num w:numId="15" w16cid:durableId="1252817467">
    <w:abstractNumId w:val="28"/>
  </w:num>
  <w:num w:numId="16" w16cid:durableId="2000034383">
    <w:abstractNumId w:val="9"/>
  </w:num>
  <w:num w:numId="17" w16cid:durableId="854080242">
    <w:abstractNumId w:val="37"/>
  </w:num>
  <w:num w:numId="18" w16cid:durableId="185098627">
    <w:abstractNumId w:val="17"/>
  </w:num>
  <w:num w:numId="19" w16cid:durableId="335496680">
    <w:abstractNumId w:val="25"/>
  </w:num>
  <w:num w:numId="20" w16cid:durableId="28721640">
    <w:abstractNumId w:val="11"/>
  </w:num>
  <w:num w:numId="21" w16cid:durableId="918750462">
    <w:abstractNumId w:val="16"/>
  </w:num>
  <w:num w:numId="22" w16cid:durableId="1770269827">
    <w:abstractNumId w:val="20"/>
  </w:num>
  <w:num w:numId="23" w16cid:durableId="749427895">
    <w:abstractNumId w:val="29"/>
  </w:num>
  <w:num w:numId="24" w16cid:durableId="1286279265">
    <w:abstractNumId w:val="18"/>
  </w:num>
  <w:num w:numId="25" w16cid:durableId="2066292754">
    <w:abstractNumId w:val="38"/>
  </w:num>
  <w:num w:numId="26" w16cid:durableId="1359550421">
    <w:abstractNumId w:val="12"/>
  </w:num>
  <w:num w:numId="27" w16cid:durableId="1736465506">
    <w:abstractNumId w:val="10"/>
  </w:num>
  <w:num w:numId="28" w16cid:durableId="1870491876">
    <w:abstractNumId w:val="32"/>
  </w:num>
  <w:num w:numId="29" w16cid:durableId="1202594695">
    <w:abstractNumId w:val="23"/>
  </w:num>
  <w:num w:numId="30" w16cid:durableId="1420910749">
    <w:abstractNumId w:val="21"/>
  </w:num>
  <w:num w:numId="31" w16cid:durableId="1259370513">
    <w:abstractNumId w:val="27"/>
  </w:num>
  <w:num w:numId="32" w16cid:durableId="1724712648">
    <w:abstractNumId w:val="14"/>
  </w:num>
  <w:num w:numId="33" w16cid:durableId="746805683">
    <w:abstractNumId w:val="30"/>
  </w:num>
  <w:num w:numId="34" w16cid:durableId="1677881852">
    <w:abstractNumId w:val="39"/>
  </w:num>
  <w:num w:numId="35" w16cid:durableId="756707756">
    <w:abstractNumId w:val="15"/>
  </w:num>
  <w:num w:numId="36" w16cid:durableId="104690516">
    <w:abstractNumId w:val="22"/>
  </w:num>
  <w:num w:numId="37" w16cid:durableId="1290894263">
    <w:abstractNumId w:val="19"/>
  </w:num>
  <w:num w:numId="38" w16cid:durableId="575209757">
    <w:abstractNumId w:val="34"/>
  </w:num>
  <w:num w:numId="39" w16cid:durableId="875116463">
    <w:abstractNumId w:val="35"/>
  </w:num>
  <w:num w:numId="40" w16cid:durableId="52471386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1A45"/>
    <w:rsid w:val="0015074B"/>
    <w:rsid w:val="001903DF"/>
    <w:rsid w:val="0029639D"/>
    <w:rsid w:val="003177BF"/>
    <w:rsid w:val="00326F90"/>
    <w:rsid w:val="00352907"/>
    <w:rsid w:val="003F6D70"/>
    <w:rsid w:val="00414D53"/>
    <w:rsid w:val="005054B9"/>
    <w:rsid w:val="00567079"/>
    <w:rsid w:val="005C7CCB"/>
    <w:rsid w:val="005D7880"/>
    <w:rsid w:val="005F5E96"/>
    <w:rsid w:val="00657A1D"/>
    <w:rsid w:val="006951FB"/>
    <w:rsid w:val="006E1680"/>
    <w:rsid w:val="007706AC"/>
    <w:rsid w:val="00781EA4"/>
    <w:rsid w:val="007D289E"/>
    <w:rsid w:val="00861ACC"/>
    <w:rsid w:val="008677BF"/>
    <w:rsid w:val="00872786"/>
    <w:rsid w:val="008843C8"/>
    <w:rsid w:val="00964E47"/>
    <w:rsid w:val="009A3CCA"/>
    <w:rsid w:val="009C1222"/>
    <w:rsid w:val="009D628B"/>
    <w:rsid w:val="009E5B91"/>
    <w:rsid w:val="00A2756F"/>
    <w:rsid w:val="00AA1D8D"/>
    <w:rsid w:val="00B47730"/>
    <w:rsid w:val="00B6423E"/>
    <w:rsid w:val="00BB6FE7"/>
    <w:rsid w:val="00BF272F"/>
    <w:rsid w:val="00C13ED2"/>
    <w:rsid w:val="00CB0664"/>
    <w:rsid w:val="00CB38D9"/>
    <w:rsid w:val="00CF3757"/>
    <w:rsid w:val="00D41B13"/>
    <w:rsid w:val="00D448B4"/>
    <w:rsid w:val="00DB6000"/>
    <w:rsid w:val="00DE08C1"/>
    <w:rsid w:val="00E304B7"/>
    <w:rsid w:val="00EE1C85"/>
    <w:rsid w:val="00EE5B1C"/>
    <w:rsid w:val="00F37E0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2B4F9627-D2E3-4D8D-9B8D-C3C3064B9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64E47"/>
    <w:rPr>
      <w:color w:val="0000FF" w:themeColor="hyperlink"/>
      <w:u w:val="single"/>
    </w:rPr>
  </w:style>
  <w:style w:type="character" w:styleId="UnresolvedMention">
    <w:name w:val="Unresolved Mention"/>
    <w:basedOn w:val="DefaultParagraphFont"/>
    <w:uiPriority w:val="99"/>
    <w:semiHidden/>
    <w:unhideWhenUsed/>
    <w:rsid w:val="00964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elossantos@mpbchurch.org" TargetMode="External"/><Relationship Id="rId3" Type="http://schemas.openxmlformats.org/officeDocument/2006/relationships/styles" Target="styles.xml"/><Relationship Id="rId7" Type="http://schemas.openxmlformats.org/officeDocument/2006/relationships/hyperlink" Target="mailto:tvillegas@mpbchurch.or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mpbyouthonfir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3585</Words>
  <Characters>20437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23975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Tina Villegas</cp:lastModifiedBy>
  <cp:revision>2</cp:revision>
  <dcterms:created xsi:type="dcterms:W3CDTF">2026-07-13T00:27:00Z</dcterms:created>
  <dcterms:modified xsi:type="dcterms:W3CDTF">2026-07-13T00:27:00Z</dcterms:modified>
  <cp:category/>
</cp:coreProperties>
</file>