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EE23" w14:textId="77777777" w:rsidR="001441AD" w:rsidRDefault="00000000">
      <w:pPr>
        <w:pStyle w:val="WorksheetTitle"/>
      </w:pPr>
      <w:r>
        <w:t>KINGDOM COME</w:t>
      </w:r>
    </w:p>
    <w:p w14:paraId="575578D3" w14:textId="77777777" w:rsidR="001441AD" w:rsidRDefault="00000000">
      <w:pPr>
        <w:pStyle w:val="WorksheetSubtitle"/>
      </w:pPr>
      <w:r>
        <w:t>Week 1: Reflecting God’s Heart</w:t>
      </w:r>
    </w:p>
    <w:p w14:paraId="050914C4" w14:textId="77777777" w:rsidR="001441AD" w:rsidRDefault="00000000">
      <w:pPr>
        <w:spacing w:after="80" w:line="240" w:lineRule="auto"/>
      </w:pPr>
      <w:r>
        <w:rPr>
          <w:b/>
        </w:rPr>
        <w:t xml:space="preserve">Name: </w:t>
      </w:r>
      <w:r>
        <w:t xml:space="preserve">________________________________     </w:t>
      </w:r>
      <w:r>
        <w:rPr>
          <w:b/>
        </w:rPr>
        <w:t xml:space="preserve">Date: </w:t>
      </w:r>
      <w:r>
        <w:t>________________</w:t>
      </w:r>
    </w:p>
    <w:p w14:paraId="46BE4F71" w14:textId="77777777" w:rsidR="00D974B8" w:rsidRDefault="00D974B8">
      <w:pPr>
        <w:pStyle w:val="SectionHeadingCompact"/>
      </w:pPr>
    </w:p>
    <w:p w14:paraId="486E5C13" w14:textId="5054228D" w:rsidR="001441AD" w:rsidRDefault="00000000">
      <w:pPr>
        <w:pStyle w:val="SectionHeadingCompact"/>
      </w:pPr>
      <w:r>
        <w:t>INTRODUCTION</w:t>
      </w:r>
    </w:p>
    <w:p w14:paraId="4CCF1992" w14:textId="30BD2AC8" w:rsidR="001441AD" w:rsidRDefault="00C42B41">
      <w:pPr>
        <w:spacing w:after="20" w:line="240" w:lineRule="auto"/>
      </w:pPr>
      <w:r w:rsidRPr="00C42B41">
        <w:t xml:space="preserve">The Church should give the world a glimpse of what life looks like when Jesus is </w:t>
      </w:r>
      <w:r>
        <w:t>___________.</w:t>
      </w:r>
    </w:p>
    <w:p w14:paraId="5E6120A3" w14:textId="77777777" w:rsidR="00D974B8" w:rsidRDefault="00D974B8">
      <w:pPr>
        <w:pStyle w:val="SectionHeadingCompact"/>
      </w:pPr>
    </w:p>
    <w:p w14:paraId="4014D99E" w14:textId="0DFA8230" w:rsidR="001441AD" w:rsidRDefault="00000000">
      <w:pPr>
        <w:pStyle w:val="SectionHeadingCompact"/>
      </w:pPr>
      <w:r>
        <w:t>1. Justice Begins with the ____________ of God</w:t>
      </w:r>
    </w:p>
    <w:p w14:paraId="7AED6B98" w14:textId="776B9C03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rPr>
          <w:b/>
          <w:bCs/>
        </w:rPr>
        <w:t>Deuteronomy 10</w:t>
      </w:r>
      <w:r w:rsidR="00C42B41" w:rsidRPr="00C42B41">
        <w:t xml:space="preserve"> describes God as </w:t>
      </w:r>
      <w:r w:rsidR="00C42B41">
        <w:t>_______________</w:t>
      </w:r>
      <w:r w:rsidR="00C42B41" w:rsidRPr="00C42B41">
        <w:t xml:space="preserve"> and impartial, but it also says that He administers justice</w:t>
      </w:r>
      <w:r w:rsidR="00C42B41">
        <w:t xml:space="preserve"> </w:t>
      </w:r>
      <w:r w:rsidR="00C42B41" w:rsidRPr="00C42B41">
        <w:t>for the fatherless and the widow and loves the foreigner.</w:t>
      </w:r>
    </w:p>
    <w:p w14:paraId="0145A753" w14:textId="730FCE73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Before we point out injustice in the world, we should allow God to examine our own </w:t>
      </w:r>
      <w:r w:rsidR="00C42B41">
        <w:t>____________</w:t>
      </w:r>
      <w:r w:rsidR="00C42B41" w:rsidRPr="00C42B41">
        <w:t>.</w:t>
      </w:r>
    </w:p>
    <w:p w14:paraId="6830CD6D" w14:textId="2432BF18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>
        <w:t>________________</w:t>
      </w:r>
      <w:r w:rsidR="00C42B41" w:rsidRPr="00C42B41">
        <w:t xml:space="preserve"> begins with God’s character, but it must eventually shape our character.</w:t>
      </w:r>
    </w:p>
    <w:p w14:paraId="2ED21816" w14:textId="77777777" w:rsidR="00D974B8" w:rsidRDefault="00D974B8">
      <w:pPr>
        <w:pStyle w:val="SectionHeadingCompact"/>
      </w:pPr>
    </w:p>
    <w:p w14:paraId="3345CA3B" w14:textId="4F2DE5B4" w:rsidR="001441AD" w:rsidRDefault="00000000">
      <w:pPr>
        <w:pStyle w:val="SectionHeadingCompact"/>
      </w:pPr>
      <w:r>
        <w:t xml:space="preserve">2. Worship Must </w:t>
      </w:r>
      <w:r w:rsidR="00C42B41" w:rsidRPr="00C42B41">
        <w:t xml:space="preserve">Produce Righteous </w:t>
      </w:r>
      <w:r w:rsidR="00C42B41">
        <w:t>_________________</w:t>
      </w:r>
    </w:p>
    <w:p w14:paraId="176C1380" w14:textId="346093DA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God teaches us to notice what we once ignored, to listen before judging, and to consider how our choices </w:t>
      </w:r>
      <w:r w:rsidR="00C42B41">
        <w:t>___________</w:t>
      </w:r>
      <w:r w:rsidR="00C42B41" w:rsidRPr="00C42B41">
        <w:t xml:space="preserve"> other people.</w:t>
      </w:r>
    </w:p>
    <w:p w14:paraId="2834D5B7" w14:textId="52ADDE1F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To seek justice means that we intentionally pursue what is </w:t>
      </w:r>
      <w:r w:rsidR="00C42B41">
        <w:t>______________</w:t>
      </w:r>
      <w:r w:rsidR="00C42B41" w:rsidRPr="00C42B41">
        <w:t>.</w:t>
      </w:r>
    </w:p>
    <w:p w14:paraId="0DF79A83" w14:textId="7E2EE597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God is not calling us merely to attend worship. He is calling us to </w:t>
      </w:r>
      <w:r w:rsidR="00C42B41">
        <w:t>_____________</w:t>
      </w:r>
      <w:r w:rsidR="00C42B41" w:rsidRPr="00C42B41">
        <w:t xml:space="preserve"> His heart.</w:t>
      </w:r>
    </w:p>
    <w:p w14:paraId="1BC20B3A" w14:textId="77777777" w:rsidR="00D974B8" w:rsidRDefault="00D974B8">
      <w:pPr>
        <w:pStyle w:val="SectionHeadingCompact"/>
      </w:pPr>
    </w:p>
    <w:p w14:paraId="6EEF3C93" w14:textId="4CF2DAD5" w:rsidR="001441AD" w:rsidRDefault="00000000">
      <w:pPr>
        <w:pStyle w:val="SectionHeadingCompact"/>
      </w:pPr>
      <w:r>
        <w:t xml:space="preserve">3. God Calls Us </w:t>
      </w:r>
      <w:r w:rsidR="00C42B41" w:rsidRPr="00C42B41">
        <w:t xml:space="preserve">to </w:t>
      </w:r>
      <w:r w:rsidR="00C42B41">
        <w:t>______</w:t>
      </w:r>
      <w:r w:rsidR="00C42B41" w:rsidRPr="00C42B41">
        <w:t xml:space="preserve"> Justly, </w:t>
      </w:r>
      <w:r w:rsidR="00C42B41">
        <w:t>_________</w:t>
      </w:r>
      <w:r w:rsidR="00C42B41" w:rsidRPr="00C42B41">
        <w:t xml:space="preserve"> Mercy, and </w:t>
      </w:r>
      <w:r w:rsidR="00C42B41">
        <w:t>____________</w:t>
      </w:r>
      <w:r w:rsidR="00C42B41" w:rsidRPr="00C42B41">
        <w:t xml:space="preserve"> Humbly</w:t>
      </w:r>
    </w:p>
    <w:p w14:paraId="6AF3BAF3" w14:textId="4DF75FC7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Micah does not say merely to admire justice. He says </w:t>
      </w:r>
      <w:r w:rsidR="00C42B41">
        <w:t>______________</w:t>
      </w:r>
      <w:r w:rsidR="00C42B41" w:rsidRPr="00C42B41">
        <w:t xml:space="preserve"> justice.</w:t>
      </w:r>
    </w:p>
    <w:p w14:paraId="2357FD88" w14:textId="6DD4D83B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Loving mercy means we do not celebrate someone’s </w:t>
      </w:r>
      <w:r w:rsidR="00C42B41">
        <w:t>_____________________</w:t>
      </w:r>
      <w:r w:rsidR="00C42B41" w:rsidRPr="00C42B41">
        <w:t>.</w:t>
      </w:r>
    </w:p>
    <w:p w14:paraId="01A60AA0" w14:textId="0A234C35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Humility means we are willing to listen, learn, apologize, and </w:t>
      </w:r>
      <w:r w:rsidR="00C42B41">
        <w:t>___________</w:t>
      </w:r>
      <w:r w:rsidR="00C42B41" w:rsidRPr="00C42B41">
        <w:t xml:space="preserve"> when we are wrong.</w:t>
      </w:r>
    </w:p>
    <w:p w14:paraId="62DC70A6" w14:textId="77777777" w:rsidR="00D974B8" w:rsidRDefault="00D974B8">
      <w:pPr>
        <w:pStyle w:val="SectionHeadingCompact"/>
      </w:pPr>
    </w:p>
    <w:p w14:paraId="59F242C9" w14:textId="7E356E7B" w:rsidR="001441AD" w:rsidRDefault="00000000">
      <w:pPr>
        <w:pStyle w:val="SectionHeadingCompact"/>
      </w:pPr>
      <w:r>
        <w:t xml:space="preserve">4. Kingdom Justice Is </w:t>
      </w:r>
      <w:r w:rsidR="00C42B41">
        <w:t>______________________</w:t>
      </w:r>
      <w:r>
        <w:t xml:space="preserve"> in </w:t>
      </w:r>
      <w:r w:rsidR="00C42B41">
        <w:t>Everyday</w:t>
      </w:r>
      <w:r>
        <w:t xml:space="preserve"> Life</w:t>
      </w:r>
    </w:p>
    <w:p w14:paraId="3DF90EBC" w14:textId="77777777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>
        <w:t>In Our ____________</w:t>
      </w:r>
    </w:p>
    <w:p w14:paraId="16B70EF4" w14:textId="77777777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>
        <w:t>In Our ____________</w:t>
      </w:r>
    </w:p>
    <w:p w14:paraId="07C55327" w14:textId="77777777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>
        <w:t>In Our ____________</w:t>
      </w:r>
    </w:p>
    <w:p w14:paraId="00E74AF1" w14:textId="77777777" w:rsidR="00D974B8" w:rsidRDefault="00D974B8">
      <w:pPr>
        <w:pStyle w:val="SectionHeadingCompact"/>
      </w:pPr>
    </w:p>
    <w:p w14:paraId="3813AE99" w14:textId="3DDA75D5" w:rsidR="001441AD" w:rsidRDefault="00000000">
      <w:pPr>
        <w:pStyle w:val="SectionHeadingCompact"/>
      </w:pPr>
      <w:r>
        <w:t xml:space="preserve">5. Jesus Perfectly </w:t>
      </w:r>
      <w:r w:rsidR="00C42B41">
        <w:t>______________</w:t>
      </w:r>
      <w:r>
        <w:t xml:space="preserve"> God’s </w:t>
      </w:r>
      <w:r w:rsidR="00C42B41">
        <w:t>Heart</w:t>
      </w:r>
    </w:p>
    <w:p w14:paraId="661DFC98" w14:textId="565ECF88" w:rsidR="001441AD" w:rsidRDefault="00000000">
      <w:pPr>
        <w:spacing w:after="20" w:line="240" w:lineRule="auto"/>
        <w:ind w:left="360" w:hanging="245"/>
      </w:pPr>
      <w:r>
        <w:rPr>
          <w:b/>
        </w:rPr>
        <w:t xml:space="preserve">• </w:t>
      </w:r>
      <w:r w:rsidR="00C42B41" w:rsidRPr="00C42B41">
        <w:t xml:space="preserve">In </w:t>
      </w:r>
      <w:r w:rsidR="00C42B41" w:rsidRPr="00C42B41">
        <w:rPr>
          <w:b/>
          <w:bCs/>
        </w:rPr>
        <w:t>Matthew 23:23</w:t>
      </w:r>
      <w:r w:rsidR="00C42B41" w:rsidRPr="00C42B41">
        <w:t xml:space="preserve">, Jesus rebuked religious </w:t>
      </w:r>
      <w:r w:rsidR="00C42B41">
        <w:t>__________</w:t>
      </w:r>
      <w:r w:rsidR="00C42B41" w:rsidRPr="00C42B41">
        <w:t xml:space="preserve"> because they were careful about religious details while neglecting the weightier matters of the law: Justice, Mercy, and Faithfulness.</w:t>
      </w:r>
    </w:p>
    <w:p w14:paraId="229E1186" w14:textId="77777777" w:rsidR="00C42B41" w:rsidRDefault="00C42B41">
      <w:pPr>
        <w:spacing w:after="20" w:line="240" w:lineRule="auto"/>
        <w:ind w:left="360" w:hanging="245"/>
      </w:pPr>
    </w:p>
    <w:p w14:paraId="7CA3CF58" w14:textId="0B4F041E" w:rsidR="00C42B41" w:rsidRDefault="00C42B41">
      <w:pPr>
        <w:pStyle w:val="SectionHeadingCompact"/>
      </w:pPr>
      <w:r w:rsidRPr="00C42B41">
        <w:t xml:space="preserve">Conclusion: Let the Kingdom Begin </w:t>
      </w:r>
      <w:r>
        <w:t>_____</w:t>
      </w:r>
      <w:r w:rsidRPr="00C42B41">
        <w:t xml:space="preserve"> Us</w:t>
      </w:r>
      <w:r>
        <w:t>.</w:t>
      </w:r>
    </w:p>
    <w:p w14:paraId="7769531E" w14:textId="77777777" w:rsidR="00C42B41" w:rsidRDefault="00C42B41">
      <w:pPr>
        <w:pStyle w:val="SectionHeadingCompact"/>
      </w:pPr>
    </w:p>
    <w:p w14:paraId="0E7C1C7C" w14:textId="1AE92100" w:rsidR="001441AD" w:rsidRDefault="00000000">
      <w:pPr>
        <w:pStyle w:val="SectionHeadingCompact"/>
      </w:pPr>
      <w:r>
        <w:t>FINAL TAKEAWAY</w:t>
      </w:r>
    </w:p>
    <w:p w14:paraId="4A5D66CF" w14:textId="695E15F4" w:rsidR="001441AD" w:rsidRPr="00D974B8" w:rsidRDefault="00000000">
      <w:pPr>
        <w:spacing w:after="0" w:line="240" w:lineRule="auto"/>
        <w:rPr>
          <w:bCs/>
        </w:rPr>
      </w:pPr>
      <w:r w:rsidRPr="00D974B8">
        <w:rPr>
          <w:bCs/>
        </w:rPr>
        <w:t>We cannot sincerely pray, “Your kingdom come,” while refusing to reflect</w:t>
      </w:r>
      <w:r w:rsidR="00D974B8">
        <w:rPr>
          <w:bCs/>
        </w:rPr>
        <w:t xml:space="preserve"> </w:t>
      </w:r>
      <w:r w:rsidRPr="00D974B8">
        <w:rPr>
          <w:bCs/>
        </w:rPr>
        <w:t xml:space="preserve">the </w:t>
      </w:r>
      <w:r w:rsidRPr="00D974B8">
        <w:rPr>
          <w:bCs/>
          <w:u w:val="single"/>
        </w:rPr>
        <w:t>____________</w:t>
      </w:r>
      <w:r w:rsidRPr="00D974B8">
        <w:rPr>
          <w:bCs/>
        </w:rPr>
        <w:t xml:space="preserve"> of the </w:t>
      </w:r>
      <w:r w:rsidRPr="00D974B8">
        <w:rPr>
          <w:bCs/>
          <w:u w:val="single"/>
        </w:rPr>
        <w:t>____________</w:t>
      </w:r>
      <w:r w:rsidRPr="00D974B8">
        <w:rPr>
          <w:bCs/>
        </w:rPr>
        <w:t>.</w:t>
      </w:r>
    </w:p>
    <w:sectPr w:rsidR="001441AD" w:rsidRPr="00D974B8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1D15" w14:textId="77777777" w:rsidR="000C75C7" w:rsidRDefault="000C75C7">
      <w:pPr>
        <w:spacing w:after="0" w:line="240" w:lineRule="auto"/>
      </w:pPr>
      <w:r>
        <w:separator/>
      </w:r>
    </w:p>
  </w:endnote>
  <w:endnote w:type="continuationSeparator" w:id="0">
    <w:p w14:paraId="77AB5DBA" w14:textId="77777777" w:rsidR="000C75C7" w:rsidRDefault="000C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67D5" w14:textId="77777777" w:rsidR="001441AD" w:rsidRDefault="00000000">
    <w:pPr>
      <w:pStyle w:val="Footer"/>
      <w:jc w:val="center"/>
    </w:pPr>
    <w:r>
      <w:rPr>
        <w:sz w:val="16"/>
      </w:rPr>
      <w:t>Kingdom Come • Week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6375" w14:textId="77777777" w:rsidR="000C75C7" w:rsidRDefault="000C75C7">
      <w:pPr>
        <w:spacing w:after="0" w:line="240" w:lineRule="auto"/>
      </w:pPr>
      <w:r>
        <w:separator/>
      </w:r>
    </w:p>
  </w:footnote>
  <w:footnote w:type="continuationSeparator" w:id="0">
    <w:p w14:paraId="50CF3DB2" w14:textId="77777777" w:rsidR="000C75C7" w:rsidRDefault="000C7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3197101">
    <w:abstractNumId w:val="8"/>
  </w:num>
  <w:num w:numId="2" w16cid:durableId="853618335">
    <w:abstractNumId w:val="6"/>
  </w:num>
  <w:num w:numId="3" w16cid:durableId="1982618293">
    <w:abstractNumId w:val="5"/>
  </w:num>
  <w:num w:numId="4" w16cid:durableId="701780468">
    <w:abstractNumId w:val="4"/>
  </w:num>
  <w:num w:numId="5" w16cid:durableId="293869811">
    <w:abstractNumId w:val="7"/>
  </w:num>
  <w:num w:numId="6" w16cid:durableId="1804078544">
    <w:abstractNumId w:val="3"/>
  </w:num>
  <w:num w:numId="7" w16cid:durableId="1665401731">
    <w:abstractNumId w:val="2"/>
  </w:num>
  <w:num w:numId="8" w16cid:durableId="1849902331">
    <w:abstractNumId w:val="1"/>
  </w:num>
  <w:num w:numId="9" w16cid:durableId="151588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5C7"/>
    <w:rsid w:val="001441AD"/>
    <w:rsid w:val="0015074B"/>
    <w:rsid w:val="0029639D"/>
    <w:rsid w:val="002B0D51"/>
    <w:rsid w:val="002E53DC"/>
    <w:rsid w:val="00326F90"/>
    <w:rsid w:val="00AA1D8D"/>
    <w:rsid w:val="00B467FE"/>
    <w:rsid w:val="00B47730"/>
    <w:rsid w:val="00C42B41"/>
    <w:rsid w:val="00CB0664"/>
    <w:rsid w:val="00D974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86D95"/>
  <w14:defaultImageDpi w14:val="300"/>
  <w15:docId w15:val="{9939EC87-C1DF-D947-A65B-37839E40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rksheetTitle">
    <w:name w:val="Worksheet Title"/>
    <w:pPr>
      <w:spacing w:after="20"/>
      <w:jc w:val="center"/>
    </w:pPr>
    <w:rPr>
      <w:rFonts w:ascii="Arial" w:hAnsi="Arial"/>
      <w:b/>
      <w:sz w:val="36"/>
    </w:rPr>
  </w:style>
  <w:style w:type="paragraph" w:customStyle="1" w:styleId="WorksheetSubtitle">
    <w:name w:val="Worksheet Subtitle"/>
    <w:pPr>
      <w:spacing w:after="140"/>
      <w:jc w:val="center"/>
    </w:pPr>
    <w:rPr>
      <w:rFonts w:ascii="Arial" w:hAnsi="Arial"/>
      <w:b/>
      <w:sz w:val="26"/>
    </w:rPr>
  </w:style>
  <w:style w:type="paragraph" w:customStyle="1" w:styleId="SectionHeadingCompact">
    <w:name w:val="Section Heading Compact"/>
    <w:pPr>
      <w:keepNext/>
      <w:spacing w:before="100" w:after="40"/>
    </w:pPr>
    <w:rPr>
      <w:rFonts w:ascii="Arial" w:hAnsi="Arial"/>
      <w:b/>
      <w:color w:val="1F4E7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 Bettis</cp:lastModifiedBy>
  <cp:revision>3</cp:revision>
  <dcterms:created xsi:type="dcterms:W3CDTF">2026-08-04T22:23:00Z</dcterms:created>
  <dcterms:modified xsi:type="dcterms:W3CDTF">2026-08-05T13:24:00Z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a1323504-de74-4432-89a2-494169d86dcd</vt:lpwstr>
  </property>
</Properties>
</file>