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7F3EA"/>
  <w:body>
    <w:p w14:paraId="4E03D3A5" w14:textId="02AB68F5" w:rsidR="000F005A" w:rsidRPr="009F5434" w:rsidRDefault="007F7C96" w:rsidP="009F5434">
      <w:pPr>
        <w:jc w:val="center"/>
      </w:pPr>
      <w:r>
        <w:rPr>
          <w:b/>
          <w:noProof/>
          <w:color w:val="20303A"/>
          <w:sz w:val="60"/>
        </w:rPr>
        <w:drawing>
          <wp:inline distT="0" distB="0" distL="0" distR="0" wp14:anchorId="545C304C" wp14:editId="0BB6CBB4">
            <wp:extent cx="1844040" cy="2020156"/>
            <wp:effectExtent l="0" t="0" r="3810" b="0"/>
            <wp:docPr id="7415375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537520" name="Picture 7415375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89855" cy="207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E3A0D" w14:textId="2CF54D96" w:rsidR="00A71D26" w:rsidRPr="00A02E3B" w:rsidRDefault="00A02E3B" w:rsidP="00A02E3B">
      <w:pPr>
        <w:pBdr>
          <w:bottom w:val="single" w:sz="8" w:space="2" w:color="A17E42"/>
        </w:pBdr>
        <w:spacing w:before="160"/>
        <w:jc w:val="center"/>
        <w:rPr>
          <w:sz w:val="28"/>
          <w:szCs w:val="32"/>
        </w:rPr>
      </w:pPr>
      <w:r w:rsidRPr="00A02E3B">
        <w:rPr>
          <w:rFonts w:ascii="Arial" w:hAnsi="Arial"/>
          <w:b/>
          <w:color w:val="20303A"/>
          <w:sz w:val="32"/>
          <w:szCs w:val="32"/>
        </w:rPr>
        <w:t>CHILDREN’S MENU</w:t>
      </w:r>
    </w:p>
    <w:p w14:paraId="19CF67F2" w14:textId="30E80781" w:rsidR="000F582E" w:rsidRPr="005230B0" w:rsidRDefault="00510757" w:rsidP="00A02E3B">
      <w:pPr>
        <w:jc w:val="center"/>
        <w:rPr>
          <w:b/>
          <w:bCs/>
          <w:sz w:val="28"/>
          <w:szCs w:val="32"/>
        </w:rPr>
      </w:pPr>
      <w:r w:rsidRPr="005230B0">
        <w:rPr>
          <w:b/>
          <w:bCs/>
          <w:sz w:val="28"/>
          <w:szCs w:val="32"/>
        </w:rPr>
        <w:t>Children’s Menu 8</w:t>
      </w:r>
    </w:p>
    <w:p w14:paraId="56331529" w14:textId="47AC85E7" w:rsidR="00A02E3B" w:rsidRPr="00A02E3B" w:rsidRDefault="00A02E3B" w:rsidP="00A02E3B">
      <w:pPr>
        <w:jc w:val="center"/>
        <w:rPr>
          <w:sz w:val="28"/>
          <w:szCs w:val="32"/>
        </w:rPr>
      </w:pPr>
      <w:r w:rsidRPr="00A02E3B">
        <w:rPr>
          <w:sz w:val="28"/>
          <w:szCs w:val="32"/>
        </w:rPr>
        <w:t>House</w:t>
      </w:r>
      <w:r w:rsidR="00510757">
        <w:rPr>
          <w:sz w:val="28"/>
          <w:szCs w:val="32"/>
        </w:rPr>
        <w:t xml:space="preserve"> </w:t>
      </w:r>
      <w:r w:rsidRPr="00A02E3B">
        <w:rPr>
          <w:sz w:val="28"/>
          <w:szCs w:val="32"/>
        </w:rPr>
        <w:t>made Fish goujons</w:t>
      </w:r>
      <w:r w:rsidR="002638BC">
        <w:rPr>
          <w:sz w:val="28"/>
          <w:szCs w:val="32"/>
        </w:rPr>
        <w:t xml:space="preserve"> (F E D G)</w:t>
      </w:r>
    </w:p>
    <w:p w14:paraId="00BF96F9" w14:textId="4E8BCC8C" w:rsidR="00A02E3B" w:rsidRPr="00A02E3B" w:rsidRDefault="00A02E3B" w:rsidP="00A02E3B">
      <w:pPr>
        <w:jc w:val="center"/>
        <w:rPr>
          <w:sz w:val="28"/>
          <w:szCs w:val="32"/>
        </w:rPr>
      </w:pPr>
      <w:r w:rsidRPr="00A02E3B">
        <w:rPr>
          <w:sz w:val="28"/>
          <w:szCs w:val="32"/>
        </w:rPr>
        <w:t xml:space="preserve">House made Chicken </w:t>
      </w:r>
      <w:r w:rsidR="00510757">
        <w:rPr>
          <w:sz w:val="28"/>
          <w:szCs w:val="32"/>
        </w:rPr>
        <w:t>Tenders</w:t>
      </w:r>
      <w:r w:rsidR="002638BC">
        <w:rPr>
          <w:sz w:val="28"/>
          <w:szCs w:val="32"/>
        </w:rPr>
        <w:t xml:space="preserve"> (E D G)</w:t>
      </w:r>
    </w:p>
    <w:p w14:paraId="510F7019" w14:textId="35B7B62B" w:rsidR="00A02E3B" w:rsidRPr="00A02E3B" w:rsidRDefault="00510757" w:rsidP="00A02E3B">
      <w:pPr>
        <w:jc w:val="center"/>
        <w:rPr>
          <w:sz w:val="28"/>
          <w:szCs w:val="32"/>
        </w:rPr>
      </w:pPr>
      <w:r>
        <w:rPr>
          <w:sz w:val="28"/>
          <w:szCs w:val="32"/>
        </w:rPr>
        <w:t>Beef Burger Add Cheese 1</w:t>
      </w:r>
      <w:r w:rsidR="00F912E2">
        <w:rPr>
          <w:sz w:val="28"/>
          <w:szCs w:val="32"/>
        </w:rPr>
        <w:t xml:space="preserve"> </w:t>
      </w:r>
      <w:r w:rsidR="002638BC">
        <w:rPr>
          <w:sz w:val="28"/>
          <w:szCs w:val="32"/>
        </w:rPr>
        <w:t>(D G)</w:t>
      </w:r>
    </w:p>
    <w:p w14:paraId="584C5E47" w14:textId="3E6B2B88" w:rsidR="00A02E3B" w:rsidRPr="00A02E3B" w:rsidRDefault="00A02E3B" w:rsidP="00A02E3B">
      <w:pPr>
        <w:jc w:val="center"/>
        <w:rPr>
          <w:sz w:val="28"/>
          <w:szCs w:val="32"/>
        </w:rPr>
      </w:pPr>
      <w:r w:rsidRPr="00A02E3B">
        <w:rPr>
          <w:sz w:val="28"/>
          <w:szCs w:val="32"/>
        </w:rPr>
        <w:t>Grilled Chicken Burger</w:t>
      </w:r>
      <w:r w:rsidR="002638BC">
        <w:rPr>
          <w:sz w:val="28"/>
          <w:szCs w:val="32"/>
        </w:rPr>
        <w:t xml:space="preserve"> (G)</w:t>
      </w:r>
    </w:p>
    <w:p w14:paraId="45BFB939" w14:textId="4F5B197C" w:rsidR="00A02E3B" w:rsidRPr="00A02E3B" w:rsidRDefault="00A02E3B" w:rsidP="00A02E3B">
      <w:pPr>
        <w:jc w:val="center"/>
        <w:rPr>
          <w:sz w:val="28"/>
          <w:szCs w:val="32"/>
        </w:rPr>
      </w:pPr>
      <w:r w:rsidRPr="00A02E3B">
        <w:rPr>
          <w:sz w:val="28"/>
          <w:szCs w:val="32"/>
        </w:rPr>
        <w:t xml:space="preserve">Cumberland Sausage </w:t>
      </w:r>
      <w:r w:rsidR="00C74D2D">
        <w:rPr>
          <w:sz w:val="28"/>
          <w:szCs w:val="32"/>
        </w:rPr>
        <w:t>(G)</w:t>
      </w:r>
    </w:p>
    <w:p w14:paraId="0307D136" w14:textId="77777777" w:rsidR="00EF3B0F" w:rsidRDefault="00EF3B0F" w:rsidP="00A02E3B">
      <w:pPr>
        <w:jc w:val="center"/>
        <w:rPr>
          <w:sz w:val="28"/>
          <w:szCs w:val="32"/>
        </w:rPr>
      </w:pPr>
    </w:p>
    <w:p w14:paraId="048D577C" w14:textId="006D7AAC" w:rsidR="00A02E3B" w:rsidRPr="00A02E3B" w:rsidRDefault="00A02E3B" w:rsidP="00A02E3B">
      <w:pPr>
        <w:jc w:val="center"/>
        <w:rPr>
          <w:sz w:val="28"/>
          <w:szCs w:val="32"/>
        </w:rPr>
      </w:pPr>
      <w:r w:rsidRPr="00A02E3B">
        <w:rPr>
          <w:sz w:val="28"/>
          <w:szCs w:val="32"/>
        </w:rPr>
        <w:t>All served with choice of</w:t>
      </w:r>
    </w:p>
    <w:p w14:paraId="3D61EE76" w14:textId="36635703" w:rsidR="00A02E3B" w:rsidRDefault="00A02E3B" w:rsidP="00A02E3B">
      <w:pPr>
        <w:jc w:val="center"/>
        <w:rPr>
          <w:sz w:val="28"/>
          <w:szCs w:val="32"/>
        </w:rPr>
      </w:pPr>
      <w:r w:rsidRPr="00A02E3B">
        <w:rPr>
          <w:sz w:val="28"/>
          <w:szCs w:val="32"/>
        </w:rPr>
        <w:t xml:space="preserve">Chips or Mash, </w:t>
      </w:r>
      <w:r w:rsidR="00C74D2D">
        <w:rPr>
          <w:sz w:val="28"/>
          <w:szCs w:val="32"/>
        </w:rPr>
        <w:t xml:space="preserve">(D) </w:t>
      </w:r>
      <w:r w:rsidRPr="00A02E3B">
        <w:rPr>
          <w:sz w:val="28"/>
          <w:szCs w:val="32"/>
        </w:rPr>
        <w:t>Garden Peas, Baked Beans or Garden Salad</w:t>
      </w:r>
    </w:p>
    <w:p w14:paraId="7481EB6E" w14:textId="77777777" w:rsidR="00EF3B0F" w:rsidRDefault="00EF3B0F" w:rsidP="00A02E3B">
      <w:pPr>
        <w:jc w:val="center"/>
        <w:rPr>
          <w:sz w:val="28"/>
          <w:szCs w:val="32"/>
        </w:rPr>
      </w:pPr>
    </w:p>
    <w:p w14:paraId="3E060E8A" w14:textId="79B881D3" w:rsidR="00484DB9" w:rsidRDefault="00EF3B0F" w:rsidP="00EF3B0F">
      <w:pPr>
        <w:jc w:val="center"/>
        <w:rPr>
          <w:sz w:val="28"/>
          <w:szCs w:val="32"/>
        </w:rPr>
      </w:pPr>
      <w:r w:rsidRPr="00A02E3B">
        <w:rPr>
          <w:sz w:val="28"/>
          <w:szCs w:val="32"/>
        </w:rPr>
        <w:t>Spaghetti and tomato sauce</w:t>
      </w:r>
      <w:r w:rsidR="00C74D2D">
        <w:rPr>
          <w:sz w:val="28"/>
          <w:szCs w:val="32"/>
        </w:rPr>
        <w:t xml:space="preserve"> (G)</w:t>
      </w:r>
    </w:p>
    <w:p w14:paraId="16515E59" w14:textId="77777777" w:rsidR="00414AED" w:rsidRDefault="00414AED" w:rsidP="00414AED">
      <w:pPr>
        <w:jc w:val="center"/>
        <w:rPr>
          <w:sz w:val="28"/>
          <w:szCs w:val="32"/>
        </w:rPr>
      </w:pPr>
      <w:r w:rsidRPr="00A02E3B">
        <w:rPr>
          <w:sz w:val="28"/>
          <w:szCs w:val="32"/>
        </w:rPr>
        <w:t>Soup of the day</w:t>
      </w:r>
    </w:p>
    <w:p w14:paraId="4D55F394" w14:textId="5B422224" w:rsidR="00414AED" w:rsidRPr="00A02E3B" w:rsidRDefault="00414AED" w:rsidP="00414AED">
      <w:pPr>
        <w:jc w:val="center"/>
        <w:rPr>
          <w:sz w:val="28"/>
          <w:szCs w:val="32"/>
        </w:rPr>
      </w:pPr>
      <w:r w:rsidRPr="00A02E3B">
        <w:rPr>
          <w:sz w:val="28"/>
          <w:szCs w:val="32"/>
        </w:rPr>
        <w:t>Garlic flatbread</w:t>
      </w:r>
      <w:r w:rsidR="00F365EA">
        <w:rPr>
          <w:sz w:val="28"/>
          <w:szCs w:val="32"/>
        </w:rPr>
        <w:t xml:space="preserve"> (G D)</w:t>
      </w:r>
    </w:p>
    <w:p w14:paraId="3763DE3B" w14:textId="7F8C6FB6" w:rsidR="00A02E3B" w:rsidRDefault="00F268AC" w:rsidP="009F5434">
      <w:pPr>
        <w:jc w:val="center"/>
        <w:rPr>
          <w:sz w:val="28"/>
          <w:szCs w:val="32"/>
        </w:rPr>
      </w:pPr>
      <w:r w:rsidRPr="00A02E3B">
        <w:rPr>
          <w:sz w:val="28"/>
          <w:szCs w:val="32"/>
        </w:rPr>
        <w:t>Carrot and cucumber sticks, hummus</w:t>
      </w:r>
      <w:r w:rsidR="00F365EA">
        <w:rPr>
          <w:sz w:val="28"/>
          <w:szCs w:val="32"/>
        </w:rPr>
        <w:t xml:space="preserve">  </w:t>
      </w:r>
    </w:p>
    <w:p w14:paraId="437433D9" w14:textId="7381D219" w:rsidR="00A02E3B" w:rsidRDefault="00A02E3B" w:rsidP="00A02E3B">
      <w:pPr>
        <w:jc w:val="center"/>
        <w:rPr>
          <w:sz w:val="28"/>
          <w:szCs w:val="32"/>
        </w:rPr>
      </w:pPr>
      <w:r>
        <w:rPr>
          <w:sz w:val="28"/>
          <w:szCs w:val="32"/>
        </w:rPr>
        <w:t>SIDES 4 each</w:t>
      </w:r>
    </w:p>
    <w:p w14:paraId="79AF2ED0" w14:textId="24296854" w:rsidR="009A3136" w:rsidRDefault="009A3136" w:rsidP="00A02E3B">
      <w:pPr>
        <w:jc w:val="center"/>
        <w:rPr>
          <w:sz w:val="28"/>
          <w:szCs w:val="32"/>
        </w:rPr>
      </w:pPr>
      <w:r>
        <w:rPr>
          <w:sz w:val="28"/>
          <w:szCs w:val="32"/>
        </w:rPr>
        <w:t>Chunky chips</w:t>
      </w:r>
      <w:r w:rsidR="00510757">
        <w:rPr>
          <w:sz w:val="28"/>
          <w:szCs w:val="32"/>
        </w:rPr>
        <w:tab/>
        <w:t xml:space="preserve">    </w:t>
      </w:r>
      <w:r>
        <w:rPr>
          <w:sz w:val="28"/>
          <w:szCs w:val="32"/>
        </w:rPr>
        <w:t>Fries</w:t>
      </w:r>
    </w:p>
    <w:p w14:paraId="3AF6CA1B" w14:textId="651189EA" w:rsidR="009A3136" w:rsidRDefault="009A3136" w:rsidP="00A02E3B">
      <w:pPr>
        <w:jc w:val="center"/>
        <w:rPr>
          <w:sz w:val="28"/>
          <w:szCs w:val="32"/>
        </w:rPr>
      </w:pPr>
      <w:r>
        <w:rPr>
          <w:sz w:val="28"/>
          <w:szCs w:val="32"/>
        </w:rPr>
        <w:t>Sweet potato fries</w:t>
      </w:r>
      <w:r w:rsidR="00510757">
        <w:rPr>
          <w:sz w:val="28"/>
          <w:szCs w:val="32"/>
        </w:rPr>
        <w:t xml:space="preserve">    </w:t>
      </w:r>
      <w:r w:rsidR="00295EA2">
        <w:rPr>
          <w:sz w:val="28"/>
          <w:szCs w:val="32"/>
        </w:rPr>
        <w:tab/>
        <w:t>Halloumi chunks</w:t>
      </w:r>
      <w:r w:rsidR="00F365EA">
        <w:rPr>
          <w:sz w:val="28"/>
          <w:szCs w:val="32"/>
        </w:rPr>
        <w:t xml:space="preserve"> (D)</w:t>
      </w:r>
    </w:p>
    <w:p w14:paraId="41B5E0B8" w14:textId="03C1E2B9" w:rsidR="00295EA2" w:rsidRDefault="00295EA2" w:rsidP="00A02E3B">
      <w:pPr>
        <w:jc w:val="center"/>
        <w:rPr>
          <w:sz w:val="28"/>
          <w:szCs w:val="32"/>
        </w:rPr>
      </w:pPr>
      <w:r>
        <w:rPr>
          <w:sz w:val="28"/>
          <w:szCs w:val="32"/>
        </w:rPr>
        <w:t>Onion rings</w:t>
      </w:r>
      <w:r w:rsidR="00F62C10">
        <w:rPr>
          <w:sz w:val="28"/>
          <w:szCs w:val="32"/>
        </w:rPr>
        <w:t xml:space="preserve"> (G)</w:t>
      </w:r>
      <w:r w:rsidR="00510757">
        <w:rPr>
          <w:sz w:val="28"/>
          <w:szCs w:val="32"/>
        </w:rPr>
        <w:tab/>
      </w:r>
      <w:r>
        <w:rPr>
          <w:sz w:val="28"/>
          <w:szCs w:val="32"/>
        </w:rPr>
        <w:tab/>
        <w:t>Cheesy fries</w:t>
      </w:r>
      <w:r w:rsidR="00F62C10">
        <w:rPr>
          <w:sz w:val="28"/>
          <w:szCs w:val="32"/>
        </w:rPr>
        <w:t xml:space="preserve"> (D)</w:t>
      </w:r>
    </w:p>
    <w:p w14:paraId="6A46533C" w14:textId="7DCF24B5" w:rsidR="00A02E3B" w:rsidRDefault="00295EA2" w:rsidP="0047699E">
      <w:pPr>
        <w:jc w:val="center"/>
        <w:rPr>
          <w:sz w:val="28"/>
          <w:szCs w:val="32"/>
        </w:rPr>
      </w:pPr>
      <w:r>
        <w:rPr>
          <w:sz w:val="28"/>
          <w:szCs w:val="32"/>
        </w:rPr>
        <w:t>Cherry tom</w:t>
      </w:r>
      <w:r w:rsidR="0047699E">
        <w:rPr>
          <w:sz w:val="28"/>
          <w:szCs w:val="32"/>
        </w:rPr>
        <w:t>ato, red onion &amp; rocket salad</w:t>
      </w:r>
    </w:p>
    <w:p w14:paraId="215B5196" w14:textId="77777777" w:rsidR="0047699E" w:rsidRDefault="0047699E" w:rsidP="0047699E">
      <w:pPr>
        <w:jc w:val="center"/>
        <w:rPr>
          <w:rFonts w:ascii="Arial" w:hAnsi="Arial"/>
          <w:b/>
          <w:color w:val="20303A"/>
          <w:sz w:val="22"/>
        </w:rPr>
      </w:pPr>
    </w:p>
    <w:p w14:paraId="7C7362BE" w14:textId="04E4A3A9" w:rsidR="00A02E3B" w:rsidRPr="00A02E3B" w:rsidRDefault="00A02E3B" w:rsidP="00A02E3B">
      <w:pPr>
        <w:pBdr>
          <w:bottom w:val="single" w:sz="8" w:space="2" w:color="A17E42"/>
        </w:pBdr>
        <w:spacing w:before="160"/>
        <w:jc w:val="center"/>
        <w:rPr>
          <w:rFonts w:ascii="Arial" w:hAnsi="Arial"/>
          <w:b/>
          <w:color w:val="20303A"/>
          <w:sz w:val="32"/>
          <w:szCs w:val="32"/>
        </w:rPr>
      </w:pPr>
      <w:r w:rsidRPr="00A02E3B">
        <w:rPr>
          <w:sz w:val="28"/>
          <w:szCs w:val="32"/>
        </w:rPr>
        <w:t>Ice Creams Vanilla, chocolate or salted caramel 2 scoops</w:t>
      </w:r>
      <w:r>
        <w:rPr>
          <w:sz w:val="28"/>
          <w:szCs w:val="32"/>
        </w:rPr>
        <w:t xml:space="preserve"> 4</w:t>
      </w:r>
      <w:r w:rsidR="00F62C10">
        <w:rPr>
          <w:sz w:val="28"/>
          <w:szCs w:val="32"/>
        </w:rPr>
        <w:t xml:space="preserve"> (D)</w:t>
      </w:r>
    </w:p>
    <w:p w14:paraId="361FD90D" w14:textId="77777777" w:rsidR="00A02E3B" w:rsidRDefault="00A02E3B">
      <w:pPr>
        <w:pBdr>
          <w:bottom w:val="single" w:sz="8" w:space="2" w:color="A17E42"/>
        </w:pBdr>
        <w:spacing w:before="160"/>
        <w:rPr>
          <w:rFonts w:ascii="Arial" w:hAnsi="Arial"/>
          <w:b/>
          <w:color w:val="20303A"/>
          <w:sz w:val="22"/>
        </w:rPr>
      </w:pPr>
    </w:p>
    <w:sectPr w:rsidR="00A02E3B" w:rsidSect="000F582E">
      <w:footerReference w:type="default" r:id="rId9"/>
      <w:pgSz w:w="12240" w:h="15840"/>
      <w:pgMar w:top="568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3A587" w14:textId="77777777" w:rsidR="001756AE" w:rsidRDefault="001756AE">
      <w:pPr>
        <w:spacing w:after="0" w:line="240" w:lineRule="auto"/>
      </w:pPr>
      <w:r>
        <w:separator/>
      </w:r>
    </w:p>
  </w:endnote>
  <w:endnote w:type="continuationSeparator" w:id="0">
    <w:p w14:paraId="7F5F2EDE" w14:textId="77777777" w:rsidR="001756AE" w:rsidRDefault="00175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62303" w14:textId="523A129D" w:rsidR="007F7C96" w:rsidRPr="007F7C96" w:rsidRDefault="007F7C96" w:rsidP="007F7C96">
    <w:pPr>
      <w:pStyle w:val="Footer"/>
      <w:jc w:val="center"/>
      <w:rPr>
        <w:rFonts w:ascii="Arial" w:hAnsi="Arial"/>
        <w:color w:val="A17E42"/>
        <w:sz w:val="14"/>
      </w:rPr>
    </w:pPr>
    <w:r>
      <w:rPr>
        <w:rFonts w:ascii="Arial" w:hAnsi="Arial"/>
        <w:color w:val="A17E42"/>
        <w:sz w:val="14"/>
      </w:rPr>
      <w:t>PLEASE ASK A MEMBER OF THE TEAM ABOUT ALLERGENS AND DIETARY REQUIREMENTS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B30A2" w14:textId="77777777" w:rsidR="001756AE" w:rsidRDefault="001756AE">
      <w:pPr>
        <w:spacing w:after="0" w:line="240" w:lineRule="auto"/>
      </w:pPr>
      <w:r>
        <w:separator/>
      </w:r>
    </w:p>
  </w:footnote>
  <w:footnote w:type="continuationSeparator" w:id="0">
    <w:p w14:paraId="2596062E" w14:textId="77777777" w:rsidR="001756AE" w:rsidRDefault="001756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923932">
    <w:abstractNumId w:val="8"/>
  </w:num>
  <w:num w:numId="2" w16cid:durableId="707949350">
    <w:abstractNumId w:val="6"/>
  </w:num>
  <w:num w:numId="3" w16cid:durableId="98726445">
    <w:abstractNumId w:val="5"/>
  </w:num>
  <w:num w:numId="4" w16cid:durableId="109785334">
    <w:abstractNumId w:val="4"/>
  </w:num>
  <w:num w:numId="5" w16cid:durableId="158158328">
    <w:abstractNumId w:val="7"/>
  </w:num>
  <w:num w:numId="6" w16cid:durableId="1421214174">
    <w:abstractNumId w:val="3"/>
  </w:num>
  <w:num w:numId="7" w16cid:durableId="1605263316">
    <w:abstractNumId w:val="2"/>
  </w:num>
  <w:num w:numId="8" w16cid:durableId="1267080452">
    <w:abstractNumId w:val="1"/>
  </w:num>
  <w:num w:numId="9" w16cid:durableId="1251886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005A"/>
    <w:rsid w:val="000F582E"/>
    <w:rsid w:val="0015074B"/>
    <w:rsid w:val="001756AE"/>
    <w:rsid w:val="001E6B5B"/>
    <w:rsid w:val="002638BC"/>
    <w:rsid w:val="00295EA2"/>
    <w:rsid w:val="0029639D"/>
    <w:rsid w:val="002B204D"/>
    <w:rsid w:val="00326F90"/>
    <w:rsid w:val="00414AED"/>
    <w:rsid w:val="0047699E"/>
    <w:rsid w:val="00484DB9"/>
    <w:rsid w:val="004C53BB"/>
    <w:rsid w:val="00510551"/>
    <w:rsid w:val="00510757"/>
    <w:rsid w:val="005230B0"/>
    <w:rsid w:val="006F58E3"/>
    <w:rsid w:val="007F7C96"/>
    <w:rsid w:val="00800B00"/>
    <w:rsid w:val="009A3136"/>
    <w:rsid w:val="009C364A"/>
    <w:rsid w:val="009F5434"/>
    <w:rsid w:val="00A02E3B"/>
    <w:rsid w:val="00A71D26"/>
    <w:rsid w:val="00AA1D8D"/>
    <w:rsid w:val="00B10C03"/>
    <w:rsid w:val="00B47730"/>
    <w:rsid w:val="00BB474E"/>
    <w:rsid w:val="00C27F11"/>
    <w:rsid w:val="00C74D2D"/>
    <w:rsid w:val="00CB0664"/>
    <w:rsid w:val="00CB7568"/>
    <w:rsid w:val="00D62FD5"/>
    <w:rsid w:val="00EF3B0F"/>
    <w:rsid w:val="00F268AC"/>
    <w:rsid w:val="00F365EA"/>
    <w:rsid w:val="00F62C10"/>
    <w:rsid w:val="00F71B05"/>
    <w:rsid w:val="00F912E2"/>
    <w:rsid w:val="00FA00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B8420D"/>
  <w14:defaultImageDpi w14:val="300"/>
  <w15:docId w15:val="{CDF40ED7-8D0A-447B-A2C7-72B5E3B8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B0F"/>
    <w:pPr>
      <w:spacing w:after="80"/>
    </w:pPr>
    <w:rPr>
      <w:rFonts w:ascii="Garamond" w:hAnsi="Garamond"/>
      <w:color w:val="3737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Paschal Comiskey</cp:lastModifiedBy>
  <cp:revision>13</cp:revision>
  <cp:lastPrinted>2026-08-29T16:34:00Z</cp:lastPrinted>
  <dcterms:created xsi:type="dcterms:W3CDTF">2026-08-29T16:34:00Z</dcterms:created>
  <dcterms:modified xsi:type="dcterms:W3CDTF">2026-09-02T10:45:00Z</dcterms:modified>
  <cp:category/>
</cp:coreProperties>
</file>