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7F3EA"/>
  <w:body>
    <w:p w14:paraId="4E03D3A5" w14:textId="2F1E8B46" w:rsidR="000F005A" w:rsidRPr="00C10D3B" w:rsidRDefault="004F3F68" w:rsidP="00C10D3B">
      <w:pPr>
        <w:jc w:val="center"/>
      </w:pPr>
      <w:r>
        <w:rPr>
          <w:b/>
          <w:noProof/>
          <w:color w:val="20303A"/>
          <w:sz w:val="60"/>
        </w:rPr>
        <w:drawing>
          <wp:inline distT="0" distB="0" distL="0" distR="0" wp14:anchorId="0BAB836D" wp14:editId="6CAD8553">
            <wp:extent cx="1198880" cy="1329690"/>
            <wp:effectExtent l="0" t="0" r="1270" b="3810"/>
            <wp:docPr id="741537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537520" name="Picture 7415375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E3A0D" w14:textId="52422149" w:rsidR="00A71D26" w:rsidRDefault="00B10C03" w:rsidP="002D27CC">
      <w:pPr>
        <w:pBdr>
          <w:bottom w:val="single" w:sz="8" w:space="2" w:color="A17E42"/>
        </w:pBdr>
        <w:spacing w:before="160"/>
        <w:jc w:val="center"/>
      </w:pPr>
      <w:r>
        <w:rPr>
          <w:rFonts w:ascii="Arial" w:hAnsi="Arial"/>
          <w:b/>
          <w:color w:val="20303A"/>
          <w:sz w:val="22"/>
        </w:rPr>
        <w:t>SMALL PLATES &amp; STARTERS</w:t>
      </w:r>
    </w:p>
    <w:p w14:paraId="1D75BE92" w14:textId="7A6A2BB5" w:rsidR="00A71D26" w:rsidRPr="003560B3" w:rsidRDefault="00B10C03" w:rsidP="002D27CC">
      <w:pPr>
        <w:spacing w:after="60"/>
        <w:jc w:val="center"/>
        <w:rPr>
          <w:sz w:val="20"/>
          <w:szCs w:val="20"/>
          <w:lang w:val="en-GB"/>
        </w:rPr>
      </w:pPr>
      <w:r w:rsidRPr="003560B3">
        <w:rPr>
          <w:b/>
          <w:sz w:val="20"/>
          <w:szCs w:val="20"/>
          <w:lang w:val="en-GB"/>
        </w:rPr>
        <w:t>Crispy corn ribs (v)</w:t>
      </w:r>
      <w:r w:rsidR="007F7C96" w:rsidRPr="003560B3">
        <w:rPr>
          <w:sz w:val="20"/>
          <w:szCs w:val="20"/>
          <w:lang w:val="en-GB"/>
        </w:rPr>
        <w:t>,</w:t>
      </w:r>
      <w:r w:rsidRPr="003560B3">
        <w:rPr>
          <w:sz w:val="20"/>
          <w:szCs w:val="20"/>
          <w:lang w:val="en-GB"/>
        </w:rPr>
        <w:t xml:space="preserve"> kombu</w:t>
      </w:r>
      <w:r w:rsidR="00D51771" w:rsidRPr="003560B3">
        <w:rPr>
          <w:sz w:val="20"/>
          <w:szCs w:val="20"/>
          <w:lang w:val="en-GB"/>
        </w:rPr>
        <w:t>,</w:t>
      </w:r>
      <w:r w:rsidRPr="003560B3">
        <w:rPr>
          <w:sz w:val="20"/>
          <w:szCs w:val="20"/>
          <w:lang w:val="en-GB"/>
        </w:rPr>
        <w:t xml:space="preserve"> lime</w:t>
      </w:r>
      <w:r w:rsidRPr="003560B3">
        <w:rPr>
          <w:b/>
          <w:color w:val="20303A"/>
          <w:sz w:val="20"/>
          <w:szCs w:val="20"/>
          <w:lang w:val="en-GB"/>
        </w:rPr>
        <w:t xml:space="preserve">  7</w:t>
      </w:r>
    </w:p>
    <w:p w14:paraId="491CA335" w14:textId="2E23C6CA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Pork &amp; black pudding scotch egg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 xml:space="preserve">pomegranate </w:t>
      </w:r>
      <w:r w:rsidR="00D51771">
        <w:rPr>
          <w:sz w:val="20"/>
          <w:szCs w:val="20"/>
        </w:rPr>
        <w:t>brown</w:t>
      </w:r>
      <w:r w:rsidRPr="007F7C96">
        <w:rPr>
          <w:sz w:val="20"/>
          <w:szCs w:val="20"/>
        </w:rPr>
        <w:t xml:space="preserve"> </w:t>
      </w:r>
      <w:proofErr w:type="gramStart"/>
      <w:r w:rsidRPr="007F7C96">
        <w:rPr>
          <w:sz w:val="20"/>
          <w:szCs w:val="20"/>
        </w:rPr>
        <w:t>sauce</w:t>
      </w:r>
      <w:r w:rsidRPr="007F7C96">
        <w:rPr>
          <w:b/>
          <w:color w:val="20303A"/>
          <w:sz w:val="20"/>
          <w:szCs w:val="20"/>
        </w:rPr>
        <w:t xml:space="preserve">  8</w:t>
      </w:r>
      <w:proofErr w:type="gramEnd"/>
    </w:p>
    <w:p w14:paraId="6AADFC9F" w14:textId="3EC70487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Irish soda bread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 xml:space="preserve">Guinness </w:t>
      </w:r>
      <w:proofErr w:type="gramStart"/>
      <w:r w:rsidRPr="007F7C96">
        <w:rPr>
          <w:sz w:val="20"/>
          <w:szCs w:val="20"/>
        </w:rPr>
        <w:t>butter</w:t>
      </w:r>
      <w:r w:rsidRPr="007F7C96">
        <w:rPr>
          <w:b/>
          <w:color w:val="20303A"/>
          <w:sz w:val="20"/>
          <w:szCs w:val="20"/>
        </w:rPr>
        <w:t xml:space="preserve">  6</w:t>
      </w:r>
      <w:proofErr w:type="gramEnd"/>
    </w:p>
    <w:p w14:paraId="2FC14DD5" w14:textId="2C377228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Loaded hummus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 xml:space="preserve">carrot &amp; baby corn, </w:t>
      </w:r>
      <w:r w:rsidR="00D51771">
        <w:rPr>
          <w:sz w:val="20"/>
          <w:szCs w:val="20"/>
        </w:rPr>
        <w:t xml:space="preserve">pickled </w:t>
      </w:r>
      <w:r w:rsidRPr="007F7C96">
        <w:rPr>
          <w:sz w:val="20"/>
          <w:szCs w:val="20"/>
        </w:rPr>
        <w:t xml:space="preserve">red onion, </w:t>
      </w:r>
      <w:r w:rsidR="00D51771">
        <w:rPr>
          <w:sz w:val="20"/>
          <w:szCs w:val="20"/>
        </w:rPr>
        <w:t>fresh herbs, chilli oil</w:t>
      </w:r>
      <w:r w:rsidRPr="007F7C96">
        <w:rPr>
          <w:sz w:val="20"/>
          <w:szCs w:val="20"/>
        </w:rPr>
        <w:t xml:space="preserve">, warm </w:t>
      </w:r>
      <w:proofErr w:type="gramStart"/>
      <w:r w:rsidRPr="007F7C96">
        <w:rPr>
          <w:sz w:val="20"/>
          <w:szCs w:val="20"/>
        </w:rPr>
        <w:t>flatbread</w:t>
      </w:r>
      <w:r w:rsidRPr="007F7C96">
        <w:rPr>
          <w:b/>
          <w:color w:val="20303A"/>
          <w:sz w:val="20"/>
          <w:szCs w:val="20"/>
        </w:rPr>
        <w:t xml:space="preserve">  7</w:t>
      </w:r>
      <w:proofErr w:type="gramEnd"/>
    </w:p>
    <w:p w14:paraId="25D3B7B3" w14:textId="739E2854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 xml:space="preserve">Korean </w:t>
      </w:r>
      <w:r w:rsidR="00C06BE8">
        <w:rPr>
          <w:b/>
          <w:sz w:val="20"/>
          <w:szCs w:val="20"/>
        </w:rPr>
        <w:t xml:space="preserve">tempura </w:t>
      </w:r>
      <w:r w:rsidRPr="007F7C96">
        <w:rPr>
          <w:b/>
          <w:sz w:val="20"/>
          <w:szCs w:val="20"/>
        </w:rPr>
        <w:t>fried cauliflower wings (v)</w:t>
      </w:r>
      <w:r w:rsidR="007F7C96" w:rsidRPr="007F7C96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sesame </w:t>
      </w:r>
      <w:proofErr w:type="gramStart"/>
      <w:r w:rsidRPr="007F7C96">
        <w:rPr>
          <w:sz w:val="20"/>
          <w:szCs w:val="20"/>
        </w:rPr>
        <w:t>seeds</w:t>
      </w:r>
      <w:r w:rsidRPr="007F7C96">
        <w:rPr>
          <w:b/>
          <w:color w:val="20303A"/>
          <w:sz w:val="20"/>
          <w:szCs w:val="20"/>
        </w:rPr>
        <w:t xml:space="preserve">  7</w:t>
      </w:r>
      <w:proofErr w:type="gramEnd"/>
    </w:p>
    <w:p w14:paraId="463B2744" w14:textId="34E0B544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Garlic &amp; chilli king prawns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>sourdough</w:t>
      </w:r>
      <w:r w:rsidR="00D51771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</w:t>
      </w:r>
      <w:proofErr w:type="gramStart"/>
      <w:r w:rsidRPr="007F7C96">
        <w:rPr>
          <w:sz w:val="20"/>
          <w:szCs w:val="20"/>
        </w:rPr>
        <w:t>lemon</w:t>
      </w:r>
      <w:r w:rsidRPr="007F7C96">
        <w:rPr>
          <w:b/>
          <w:color w:val="20303A"/>
          <w:sz w:val="20"/>
          <w:szCs w:val="20"/>
        </w:rPr>
        <w:t xml:space="preserve">  9</w:t>
      </w:r>
      <w:proofErr w:type="gramEnd"/>
    </w:p>
    <w:p w14:paraId="665E425A" w14:textId="6A0EA927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Buffalo chicken wings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 xml:space="preserve">Ninja or hot &amp; spicy </w:t>
      </w:r>
      <w:proofErr w:type="gramStart"/>
      <w:r w:rsidRPr="007F7C96">
        <w:rPr>
          <w:sz w:val="20"/>
          <w:szCs w:val="20"/>
        </w:rPr>
        <w:t>sauce</w:t>
      </w:r>
      <w:r w:rsidRPr="007F7C96">
        <w:rPr>
          <w:b/>
          <w:color w:val="20303A"/>
          <w:sz w:val="20"/>
          <w:szCs w:val="20"/>
        </w:rPr>
        <w:t xml:space="preserve">  8</w:t>
      </w:r>
      <w:proofErr w:type="gramEnd"/>
    </w:p>
    <w:p w14:paraId="4924710E" w14:textId="6E656B9D" w:rsidR="00A71D26" w:rsidRDefault="00B10C03" w:rsidP="002D27CC">
      <w:pPr>
        <w:pBdr>
          <w:bottom w:val="single" w:sz="8" w:space="2" w:color="A17E42"/>
        </w:pBdr>
        <w:spacing w:before="160"/>
        <w:jc w:val="center"/>
      </w:pPr>
      <w:r>
        <w:rPr>
          <w:rFonts w:ascii="Arial" w:hAnsi="Arial"/>
          <w:b/>
          <w:color w:val="20303A"/>
          <w:sz w:val="22"/>
        </w:rPr>
        <w:t>SHARERS</w:t>
      </w:r>
    </w:p>
    <w:p w14:paraId="1611F151" w14:textId="6C73755F" w:rsidR="00A71D26" w:rsidRDefault="00B10C03" w:rsidP="002D27CC">
      <w:pPr>
        <w:jc w:val="center"/>
      </w:pPr>
      <w:r>
        <w:rPr>
          <w:rFonts w:ascii="Arial" w:hAnsi="Arial"/>
          <w:b/>
          <w:color w:val="A17E42"/>
          <w:sz w:val="18"/>
        </w:rPr>
        <w:t>10 each or any 3 for 28</w:t>
      </w:r>
    </w:p>
    <w:p w14:paraId="496371FD" w14:textId="22C02CEA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Crunchy sticky chicken</w:t>
      </w:r>
      <w:r w:rsidR="007F7C96" w:rsidRPr="007F7C96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chilli</w:t>
      </w:r>
      <w:r w:rsidR="00D51771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BBQ dressing</w:t>
      </w:r>
    </w:p>
    <w:p w14:paraId="0718CE48" w14:textId="20F4AAAE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Pork belly slices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>BBQ miso sauce, crispy onion</w:t>
      </w:r>
    </w:p>
    <w:p w14:paraId="5DAE4BB0" w14:textId="39C7A1BB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Homemade prawn &amp; pork dumplings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>crispy chilli oil</w:t>
      </w:r>
      <w:r w:rsidR="00D51771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soy dressing</w:t>
      </w:r>
    </w:p>
    <w:p w14:paraId="029A8D3C" w14:textId="397E9F0F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Lamb</w:t>
      </w:r>
      <w:r w:rsidR="00D51771">
        <w:rPr>
          <w:b/>
          <w:sz w:val="20"/>
          <w:szCs w:val="20"/>
        </w:rPr>
        <w:t xml:space="preserve"> &amp; mint</w:t>
      </w:r>
      <w:r w:rsidRPr="007F7C96">
        <w:rPr>
          <w:b/>
          <w:sz w:val="20"/>
          <w:szCs w:val="20"/>
        </w:rPr>
        <w:t xml:space="preserve"> kofta skewers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 xml:space="preserve">spiced yoghurt, pickled </w:t>
      </w:r>
      <w:r w:rsidR="00D51771">
        <w:rPr>
          <w:sz w:val="20"/>
          <w:szCs w:val="20"/>
        </w:rPr>
        <w:t>red onion</w:t>
      </w:r>
      <w:r w:rsidRPr="007F7C96">
        <w:rPr>
          <w:sz w:val="20"/>
          <w:szCs w:val="20"/>
        </w:rPr>
        <w:t>,</w:t>
      </w:r>
      <w:r w:rsidR="00D51771">
        <w:rPr>
          <w:sz w:val="20"/>
          <w:szCs w:val="20"/>
        </w:rPr>
        <w:t xml:space="preserve"> toasted almonds</w:t>
      </w:r>
    </w:p>
    <w:p w14:paraId="7E28F8A8" w14:textId="3FB949C0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Crispy chicken thigh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 xml:space="preserve">peri </w:t>
      </w:r>
      <w:proofErr w:type="spellStart"/>
      <w:r w:rsidRPr="007F7C96">
        <w:rPr>
          <w:sz w:val="20"/>
          <w:szCs w:val="20"/>
        </w:rPr>
        <w:t>peri</w:t>
      </w:r>
      <w:proofErr w:type="spellEnd"/>
      <w:r w:rsidRPr="007F7C96">
        <w:rPr>
          <w:sz w:val="20"/>
          <w:szCs w:val="20"/>
        </w:rPr>
        <w:t xml:space="preserve"> sauce &amp; chimichurri</w:t>
      </w:r>
    </w:p>
    <w:p w14:paraId="04D83847" w14:textId="0DED2B8D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 xml:space="preserve">London </w:t>
      </w:r>
      <w:r w:rsidR="007F7C96" w:rsidRPr="007F7C96">
        <w:rPr>
          <w:b/>
          <w:sz w:val="20"/>
          <w:szCs w:val="20"/>
        </w:rPr>
        <w:t>P</w:t>
      </w:r>
      <w:r w:rsidRPr="007F7C96">
        <w:rPr>
          <w:b/>
          <w:sz w:val="20"/>
          <w:szCs w:val="20"/>
        </w:rPr>
        <w:t>ride beer-battered cod cheeks</w:t>
      </w:r>
      <w:r w:rsidR="007F7C96" w:rsidRPr="007F7C96">
        <w:rPr>
          <w:sz w:val="20"/>
          <w:szCs w:val="20"/>
        </w:rPr>
        <w:t xml:space="preserve">, </w:t>
      </w:r>
      <w:r w:rsidR="00D51771">
        <w:rPr>
          <w:sz w:val="20"/>
          <w:szCs w:val="20"/>
        </w:rPr>
        <w:t xml:space="preserve">chip shop </w:t>
      </w:r>
      <w:r w:rsidRPr="007F7C96">
        <w:rPr>
          <w:sz w:val="20"/>
          <w:szCs w:val="20"/>
        </w:rPr>
        <w:t>curry sauce</w:t>
      </w:r>
    </w:p>
    <w:p w14:paraId="75F3ADEB" w14:textId="1AD954F1" w:rsidR="00A71D26" w:rsidRPr="003560B3" w:rsidRDefault="00B10C03" w:rsidP="002D27CC">
      <w:pPr>
        <w:spacing w:after="60"/>
        <w:jc w:val="center"/>
        <w:rPr>
          <w:sz w:val="20"/>
          <w:szCs w:val="20"/>
          <w:lang w:val="en-GB"/>
        </w:rPr>
      </w:pPr>
      <w:r w:rsidRPr="003560B3">
        <w:rPr>
          <w:b/>
          <w:sz w:val="20"/>
          <w:szCs w:val="20"/>
          <w:lang w:val="en-GB"/>
        </w:rPr>
        <w:t xml:space="preserve">Stuffed </w:t>
      </w:r>
      <w:r w:rsidR="00D51771" w:rsidRPr="003560B3">
        <w:rPr>
          <w:b/>
          <w:sz w:val="20"/>
          <w:szCs w:val="20"/>
          <w:lang w:val="en-GB"/>
        </w:rPr>
        <w:t>Roman</w:t>
      </w:r>
      <w:r w:rsidRPr="003560B3">
        <w:rPr>
          <w:b/>
          <w:sz w:val="20"/>
          <w:szCs w:val="20"/>
          <w:lang w:val="en-GB"/>
        </w:rPr>
        <w:t>o pepper (v)</w:t>
      </w:r>
      <w:r w:rsidR="007F7C96" w:rsidRPr="003560B3">
        <w:rPr>
          <w:sz w:val="20"/>
          <w:szCs w:val="20"/>
          <w:lang w:val="en-GB"/>
        </w:rPr>
        <w:t xml:space="preserve">, </w:t>
      </w:r>
      <w:r w:rsidR="00D51771" w:rsidRPr="003560B3">
        <w:rPr>
          <w:sz w:val="20"/>
          <w:szCs w:val="20"/>
          <w:lang w:val="en-GB"/>
        </w:rPr>
        <w:t>melted mozzarella, smoked tomato romesco sauce</w:t>
      </w:r>
    </w:p>
    <w:p w14:paraId="2063FE12" w14:textId="5B7EFE9C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Nachos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>melted cheese, jalapeños, guacamole, tomato salsa &amp; sour cream</w:t>
      </w:r>
    </w:p>
    <w:p w14:paraId="3716A905" w14:textId="20C71952" w:rsidR="00A71D26" w:rsidRDefault="00B10C03" w:rsidP="002D27CC">
      <w:pPr>
        <w:pBdr>
          <w:bottom w:val="single" w:sz="8" w:space="2" w:color="A17E42"/>
        </w:pBdr>
        <w:spacing w:before="160"/>
        <w:jc w:val="center"/>
      </w:pPr>
      <w:r>
        <w:rPr>
          <w:rFonts w:ascii="Arial" w:hAnsi="Arial"/>
          <w:b/>
          <w:color w:val="20303A"/>
          <w:sz w:val="22"/>
        </w:rPr>
        <w:t>MAINS</w:t>
      </w:r>
    </w:p>
    <w:p w14:paraId="7B5EEC4B" w14:textId="741FD9C6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Homemade steak &amp; ale pie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>creamy mash, peas</w:t>
      </w:r>
      <w:r w:rsidR="00D51771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gravy • </w:t>
      </w:r>
      <w:r w:rsidR="00893C8F" w:rsidRPr="007F7C96">
        <w:rPr>
          <w:sz w:val="20"/>
          <w:szCs w:val="20"/>
        </w:rPr>
        <w:t>25-minute</w:t>
      </w:r>
      <w:r w:rsidRPr="007F7C96">
        <w:rPr>
          <w:sz w:val="20"/>
          <w:szCs w:val="20"/>
        </w:rPr>
        <w:t xml:space="preserve"> cooking </w:t>
      </w:r>
      <w:proofErr w:type="gramStart"/>
      <w:r w:rsidRPr="007F7C96">
        <w:rPr>
          <w:sz w:val="20"/>
          <w:szCs w:val="20"/>
        </w:rPr>
        <w:t>time</w:t>
      </w:r>
      <w:r w:rsidRPr="007F7C96">
        <w:rPr>
          <w:b/>
          <w:color w:val="20303A"/>
          <w:sz w:val="20"/>
          <w:szCs w:val="20"/>
        </w:rPr>
        <w:t xml:space="preserve">  19</w:t>
      </w:r>
      <w:proofErr w:type="gramEnd"/>
    </w:p>
    <w:p w14:paraId="039C0464" w14:textId="2B06095F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10oz ribeye steak</w:t>
      </w:r>
      <w:r w:rsidR="007F7C96" w:rsidRPr="007F7C96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fries • add peppercorn sauce or garlic butter £</w:t>
      </w:r>
      <w:proofErr w:type="gramStart"/>
      <w:r w:rsidRPr="007F7C96">
        <w:rPr>
          <w:sz w:val="20"/>
          <w:szCs w:val="20"/>
        </w:rPr>
        <w:t>3</w:t>
      </w:r>
      <w:r w:rsidRPr="007F7C96">
        <w:rPr>
          <w:b/>
          <w:color w:val="20303A"/>
          <w:sz w:val="20"/>
          <w:szCs w:val="20"/>
        </w:rPr>
        <w:t xml:space="preserve">  32</w:t>
      </w:r>
      <w:proofErr w:type="gramEnd"/>
    </w:p>
    <w:p w14:paraId="13612FA5" w14:textId="635A1451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Pan-fried salmon fillet</w:t>
      </w:r>
      <w:r w:rsidR="007F7C96" w:rsidRPr="007F7C96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crushed sautéed new potatoes, creamy spinach, cherry tomatoes, basil oil</w:t>
      </w:r>
      <w:r w:rsidR="00D51771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balsamic </w:t>
      </w:r>
      <w:proofErr w:type="gramStart"/>
      <w:r w:rsidRPr="007F7C96">
        <w:rPr>
          <w:sz w:val="20"/>
          <w:szCs w:val="20"/>
        </w:rPr>
        <w:t>glaze</w:t>
      </w:r>
      <w:r w:rsidRPr="007F7C96">
        <w:rPr>
          <w:b/>
          <w:color w:val="20303A"/>
          <w:sz w:val="20"/>
          <w:szCs w:val="20"/>
        </w:rPr>
        <w:t xml:space="preserve">  21</w:t>
      </w:r>
      <w:proofErr w:type="gramEnd"/>
    </w:p>
    <w:p w14:paraId="126D9314" w14:textId="4CCDF39C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London Pride beer-battered fish &amp; chips</w:t>
      </w:r>
      <w:r w:rsidR="007F7C96" w:rsidRPr="007F7C96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mushy peas</w:t>
      </w:r>
      <w:r w:rsidR="00D51771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tartar </w:t>
      </w:r>
      <w:proofErr w:type="gramStart"/>
      <w:r w:rsidRPr="007F7C96">
        <w:rPr>
          <w:sz w:val="20"/>
          <w:szCs w:val="20"/>
        </w:rPr>
        <w:t>sauce</w:t>
      </w:r>
      <w:r w:rsidRPr="007F7C96">
        <w:rPr>
          <w:b/>
          <w:color w:val="20303A"/>
          <w:sz w:val="20"/>
          <w:szCs w:val="20"/>
        </w:rPr>
        <w:t xml:space="preserve">  19</w:t>
      </w:r>
      <w:proofErr w:type="gramEnd"/>
    </w:p>
    <w:p w14:paraId="10B01A58" w14:textId="1454DFCE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The Globe ham, egg &amp; chips</w:t>
      </w:r>
      <w:r w:rsidR="007F7C96" w:rsidRPr="007F7C96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brown </w:t>
      </w:r>
      <w:proofErr w:type="gramStart"/>
      <w:r w:rsidRPr="007F7C96">
        <w:rPr>
          <w:sz w:val="20"/>
          <w:szCs w:val="20"/>
        </w:rPr>
        <w:t>sauce</w:t>
      </w:r>
      <w:r w:rsidRPr="007F7C96">
        <w:rPr>
          <w:b/>
          <w:color w:val="20303A"/>
          <w:sz w:val="20"/>
          <w:szCs w:val="20"/>
        </w:rPr>
        <w:t xml:space="preserve">  21</w:t>
      </w:r>
      <w:proofErr w:type="gramEnd"/>
    </w:p>
    <w:p w14:paraId="4EEF5EA9" w14:textId="49B69C69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 xml:space="preserve">Brook Farm </w:t>
      </w:r>
      <w:r w:rsidR="007F7C96" w:rsidRPr="007F7C96">
        <w:rPr>
          <w:b/>
          <w:sz w:val="20"/>
          <w:szCs w:val="20"/>
        </w:rPr>
        <w:t>C</w:t>
      </w:r>
      <w:r w:rsidRPr="007F7C96">
        <w:rPr>
          <w:b/>
          <w:sz w:val="20"/>
          <w:szCs w:val="20"/>
        </w:rPr>
        <w:t>umber</w:t>
      </w:r>
      <w:r w:rsidR="007F7C96" w:rsidRPr="007F7C96">
        <w:rPr>
          <w:b/>
          <w:sz w:val="20"/>
          <w:szCs w:val="20"/>
        </w:rPr>
        <w:t>land</w:t>
      </w:r>
      <w:r w:rsidRPr="007F7C96">
        <w:rPr>
          <w:b/>
          <w:sz w:val="20"/>
          <w:szCs w:val="20"/>
        </w:rPr>
        <w:t xml:space="preserve"> sausages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>mash</w:t>
      </w:r>
      <w:r w:rsidR="00D51771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onion </w:t>
      </w:r>
      <w:proofErr w:type="gramStart"/>
      <w:r w:rsidRPr="007F7C96">
        <w:rPr>
          <w:sz w:val="20"/>
          <w:szCs w:val="20"/>
        </w:rPr>
        <w:t>gravy</w:t>
      </w:r>
      <w:r w:rsidRPr="007F7C96">
        <w:rPr>
          <w:b/>
          <w:color w:val="20303A"/>
          <w:sz w:val="20"/>
          <w:szCs w:val="20"/>
        </w:rPr>
        <w:t xml:space="preserve">  17</w:t>
      </w:r>
      <w:proofErr w:type="gramEnd"/>
    </w:p>
    <w:p w14:paraId="500F582E" w14:textId="17DE11A0" w:rsidR="00A71D26" w:rsidRDefault="00B10C03" w:rsidP="002D27CC">
      <w:pPr>
        <w:spacing w:after="60"/>
        <w:jc w:val="center"/>
        <w:rPr>
          <w:b/>
          <w:color w:val="20303A"/>
          <w:sz w:val="20"/>
          <w:szCs w:val="20"/>
        </w:rPr>
      </w:pPr>
      <w:r w:rsidRPr="007F7C96">
        <w:rPr>
          <w:b/>
          <w:sz w:val="20"/>
          <w:szCs w:val="20"/>
        </w:rPr>
        <w:t>Smash burger with Monterey cheese</w:t>
      </w:r>
      <w:r w:rsidR="007F7C96" w:rsidRPr="007F7C96">
        <w:rPr>
          <w:sz w:val="20"/>
          <w:szCs w:val="20"/>
        </w:rPr>
        <w:t>,</w:t>
      </w:r>
      <w:r w:rsidR="009740ED">
        <w:rPr>
          <w:sz w:val="20"/>
          <w:szCs w:val="20"/>
        </w:rPr>
        <w:t xml:space="preserve"> </w:t>
      </w:r>
      <w:r w:rsidR="003560B3">
        <w:rPr>
          <w:sz w:val="20"/>
          <w:szCs w:val="20"/>
        </w:rPr>
        <w:t>2 x 3</w:t>
      </w:r>
      <w:r w:rsidR="009740ED">
        <w:rPr>
          <w:sz w:val="20"/>
          <w:szCs w:val="20"/>
        </w:rPr>
        <w:t>o</w:t>
      </w:r>
      <w:r w:rsidR="00E84C1D">
        <w:rPr>
          <w:sz w:val="20"/>
          <w:szCs w:val="20"/>
        </w:rPr>
        <w:t>z</w:t>
      </w:r>
      <w:r w:rsidR="007F7C96" w:rsidRPr="007F7C96">
        <w:rPr>
          <w:sz w:val="20"/>
          <w:szCs w:val="20"/>
        </w:rPr>
        <w:t xml:space="preserve"> </w:t>
      </w:r>
      <w:r w:rsidRPr="007F7C96">
        <w:rPr>
          <w:sz w:val="20"/>
          <w:szCs w:val="20"/>
        </w:rPr>
        <w:t>beef patty, lettuce, tomato, pickles</w:t>
      </w:r>
      <w:r w:rsidR="003560B3">
        <w:rPr>
          <w:sz w:val="20"/>
          <w:szCs w:val="20"/>
        </w:rPr>
        <w:t>, onion</w:t>
      </w:r>
      <w:r w:rsidR="00D51771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burger sauce in a brioche bun; fries</w:t>
      </w:r>
      <w:r w:rsidRPr="007F7C96">
        <w:rPr>
          <w:b/>
          <w:color w:val="20303A"/>
          <w:sz w:val="20"/>
          <w:szCs w:val="20"/>
        </w:rPr>
        <w:t xml:space="preserve">  </w:t>
      </w:r>
      <w:r w:rsidR="009740ED">
        <w:rPr>
          <w:b/>
          <w:color w:val="20303A"/>
          <w:sz w:val="20"/>
          <w:szCs w:val="20"/>
        </w:rPr>
        <w:t>19</w:t>
      </w:r>
    </w:p>
    <w:p w14:paraId="1DE304A4" w14:textId="2EFCCFEE" w:rsidR="00A76AD1" w:rsidRPr="007F7C96" w:rsidRDefault="00C10D3B" w:rsidP="002D27CC">
      <w:pPr>
        <w:spacing w:after="60"/>
        <w:jc w:val="center"/>
        <w:rPr>
          <w:sz w:val="20"/>
          <w:szCs w:val="20"/>
        </w:rPr>
      </w:pPr>
      <w:r>
        <w:rPr>
          <w:b/>
          <w:color w:val="20303A"/>
          <w:sz w:val="20"/>
          <w:szCs w:val="20"/>
        </w:rPr>
        <w:t>Add Bacon 2   Add Egg 2</w:t>
      </w:r>
    </w:p>
    <w:p w14:paraId="77B6ADEE" w14:textId="47C4D20C" w:rsidR="00A71D26" w:rsidRPr="007F7C96" w:rsidRDefault="00B10C03" w:rsidP="002D27CC">
      <w:pPr>
        <w:spacing w:after="60"/>
        <w:jc w:val="center"/>
        <w:rPr>
          <w:sz w:val="20"/>
          <w:szCs w:val="20"/>
        </w:rPr>
      </w:pPr>
      <w:r w:rsidRPr="007F7C96">
        <w:rPr>
          <w:b/>
          <w:sz w:val="20"/>
          <w:szCs w:val="20"/>
        </w:rPr>
        <w:t>Crunchy Cajun chicken burger</w:t>
      </w:r>
      <w:r w:rsidR="007F7C96" w:rsidRPr="007F7C96">
        <w:rPr>
          <w:sz w:val="20"/>
          <w:szCs w:val="20"/>
        </w:rPr>
        <w:t xml:space="preserve">, </w:t>
      </w:r>
      <w:r w:rsidRPr="007F7C96">
        <w:rPr>
          <w:sz w:val="20"/>
          <w:szCs w:val="20"/>
        </w:rPr>
        <w:t>red Leicester, lettuce, tomato, pickles</w:t>
      </w:r>
      <w:r w:rsidR="00D51771">
        <w:rPr>
          <w:sz w:val="20"/>
          <w:szCs w:val="20"/>
        </w:rPr>
        <w:t>,</w:t>
      </w:r>
      <w:r w:rsidRPr="007F7C96">
        <w:rPr>
          <w:sz w:val="20"/>
          <w:szCs w:val="20"/>
        </w:rPr>
        <w:t xml:space="preserve"> burger sauce in a brioche bun; </w:t>
      </w:r>
      <w:proofErr w:type="gramStart"/>
      <w:r w:rsidRPr="007F7C96">
        <w:rPr>
          <w:sz w:val="20"/>
          <w:szCs w:val="20"/>
        </w:rPr>
        <w:t>fries</w:t>
      </w:r>
      <w:r w:rsidRPr="007F7C96">
        <w:rPr>
          <w:b/>
          <w:color w:val="20303A"/>
          <w:sz w:val="20"/>
          <w:szCs w:val="20"/>
        </w:rPr>
        <w:t xml:space="preserve">  18</w:t>
      </w:r>
      <w:proofErr w:type="gramEnd"/>
    </w:p>
    <w:p w14:paraId="363B7FC5" w14:textId="77777777" w:rsidR="00A71D26" w:rsidRDefault="00B10C03" w:rsidP="002D27CC">
      <w:pPr>
        <w:pBdr>
          <w:bottom w:val="single" w:sz="8" w:space="2" w:color="A17E42"/>
        </w:pBdr>
        <w:spacing w:before="160"/>
        <w:jc w:val="center"/>
      </w:pPr>
      <w:r>
        <w:rPr>
          <w:rFonts w:ascii="Arial" w:hAnsi="Arial"/>
          <w:b/>
          <w:color w:val="20303A"/>
          <w:sz w:val="22"/>
        </w:rPr>
        <w:t>SIDES</w:t>
      </w:r>
    </w:p>
    <w:p w14:paraId="0C8382AD" w14:textId="2E202ED0" w:rsidR="007F7C96" w:rsidRDefault="007F7C96" w:rsidP="002D27CC">
      <w:pPr>
        <w:jc w:val="center"/>
      </w:pPr>
      <w:r>
        <w:rPr>
          <w:rFonts w:ascii="Arial" w:hAnsi="Arial"/>
          <w:b/>
          <w:color w:val="A17E42"/>
          <w:sz w:val="18"/>
        </w:rPr>
        <w:t>5 each</w:t>
      </w:r>
    </w:p>
    <w:p w14:paraId="024ECCE9" w14:textId="5D5FBA4F" w:rsidR="00A71D26" w:rsidRPr="0018413D" w:rsidRDefault="003D34F0" w:rsidP="0018413D">
      <w:pPr>
        <w:spacing w:after="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</w:t>
      </w:r>
      <w:r w:rsidR="0018413D">
        <w:rPr>
          <w:b/>
          <w:sz w:val="20"/>
          <w:szCs w:val="20"/>
        </w:rPr>
        <w:t xml:space="preserve">                                         </w:t>
      </w:r>
      <w:r>
        <w:rPr>
          <w:b/>
          <w:sz w:val="20"/>
          <w:szCs w:val="20"/>
        </w:rPr>
        <w:t xml:space="preserve">  </w:t>
      </w:r>
      <w:r w:rsidR="00B10C03" w:rsidRPr="007F7C96">
        <w:rPr>
          <w:b/>
          <w:sz w:val="20"/>
          <w:szCs w:val="20"/>
        </w:rPr>
        <w:t>Chunky chips</w:t>
      </w:r>
      <w:r w:rsidR="004146D1">
        <w:rPr>
          <w:b/>
          <w:color w:val="20303A"/>
          <w:sz w:val="20"/>
          <w:szCs w:val="20"/>
        </w:rPr>
        <w:t xml:space="preserve">        </w:t>
      </w:r>
      <w:r w:rsidR="0018413D">
        <w:rPr>
          <w:b/>
          <w:color w:val="20303A"/>
          <w:sz w:val="20"/>
          <w:szCs w:val="20"/>
        </w:rPr>
        <w:t xml:space="preserve">  </w:t>
      </w:r>
      <w:r w:rsidR="0034525F">
        <w:rPr>
          <w:b/>
          <w:color w:val="20303A"/>
          <w:sz w:val="20"/>
          <w:szCs w:val="20"/>
        </w:rPr>
        <w:t xml:space="preserve">      </w:t>
      </w:r>
      <w:r w:rsidR="004146D1">
        <w:rPr>
          <w:b/>
          <w:color w:val="20303A"/>
          <w:sz w:val="20"/>
          <w:szCs w:val="20"/>
        </w:rPr>
        <w:t xml:space="preserve">  </w:t>
      </w:r>
      <w:r w:rsidR="00B10C03" w:rsidRPr="007F7C96">
        <w:rPr>
          <w:b/>
          <w:sz w:val="20"/>
          <w:szCs w:val="20"/>
        </w:rPr>
        <w:t>Frie</w:t>
      </w:r>
      <w:r w:rsidR="004146D1">
        <w:rPr>
          <w:b/>
          <w:sz w:val="20"/>
          <w:szCs w:val="20"/>
        </w:rPr>
        <w:t xml:space="preserve">s     </w:t>
      </w:r>
      <w:r w:rsidR="00C4524F">
        <w:rPr>
          <w:b/>
          <w:sz w:val="20"/>
          <w:szCs w:val="20"/>
        </w:rPr>
        <w:t xml:space="preserve"> </w:t>
      </w:r>
      <w:r w:rsidR="004146D1">
        <w:rPr>
          <w:b/>
          <w:sz w:val="20"/>
          <w:szCs w:val="20"/>
        </w:rPr>
        <w:t xml:space="preserve">   </w:t>
      </w:r>
      <w:r w:rsidR="008630F2">
        <w:rPr>
          <w:b/>
          <w:sz w:val="20"/>
          <w:szCs w:val="20"/>
        </w:rPr>
        <w:t xml:space="preserve"> </w:t>
      </w:r>
      <w:r w:rsidR="008630F2" w:rsidRPr="007F7C96">
        <w:rPr>
          <w:b/>
          <w:sz w:val="20"/>
          <w:szCs w:val="20"/>
        </w:rPr>
        <w:t>Cherry tomato, red onion &amp; rocket sala</w:t>
      </w:r>
      <w:r w:rsidR="008630F2">
        <w:rPr>
          <w:b/>
          <w:sz w:val="20"/>
          <w:szCs w:val="20"/>
        </w:rPr>
        <w:t>d</w:t>
      </w:r>
    </w:p>
    <w:p w14:paraId="740F0307" w14:textId="58F58959" w:rsidR="00622220" w:rsidRPr="0018413D" w:rsidRDefault="0018413D" w:rsidP="00622220">
      <w:pPr>
        <w:spacing w:after="60"/>
        <w:ind w:right="289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</w:t>
      </w:r>
      <w:r w:rsidR="00622220">
        <w:rPr>
          <w:b/>
          <w:sz w:val="4"/>
          <w:szCs w:val="4"/>
        </w:rPr>
        <w:t xml:space="preserve"> </w:t>
      </w:r>
      <w:r>
        <w:rPr>
          <w:b/>
          <w:sz w:val="20"/>
          <w:szCs w:val="20"/>
        </w:rPr>
        <w:t xml:space="preserve">        </w:t>
      </w:r>
      <w:r w:rsidR="00B10C03" w:rsidRPr="007F7C96">
        <w:rPr>
          <w:b/>
          <w:sz w:val="20"/>
          <w:szCs w:val="20"/>
        </w:rPr>
        <w:t>Sweet potato fries</w:t>
      </w:r>
      <w:r w:rsidR="007F7C96">
        <w:rPr>
          <w:sz w:val="20"/>
          <w:szCs w:val="20"/>
        </w:rPr>
        <w:tab/>
      </w:r>
      <w:r>
        <w:rPr>
          <w:sz w:val="20"/>
          <w:szCs w:val="20"/>
        </w:rPr>
        <w:t xml:space="preserve">           </w:t>
      </w:r>
      <w:r w:rsidR="00622220">
        <w:rPr>
          <w:sz w:val="20"/>
          <w:szCs w:val="20"/>
        </w:rPr>
        <w:t xml:space="preserve">           </w:t>
      </w:r>
      <w:r w:rsidR="00622220">
        <w:rPr>
          <w:sz w:val="4"/>
          <w:szCs w:val="4"/>
        </w:rPr>
        <w:t xml:space="preserve">  </w:t>
      </w:r>
      <w:r>
        <w:rPr>
          <w:sz w:val="20"/>
          <w:szCs w:val="20"/>
        </w:rPr>
        <w:t xml:space="preserve">     </w:t>
      </w:r>
      <w:r w:rsidR="00622220">
        <w:rPr>
          <w:sz w:val="20"/>
          <w:szCs w:val="20"/>
        </w:rPr>
        <w:t xml:space="preserve"> </w:t>
      </w:r>
      <w:r w:rsidR="00622220">
        <w:rPr>
          <w:sz w:val="4"/>
          <w:szCs w:val="4"/>
        </w:rPr>
        <w:t xml:space="preserve">   </w:t>
      </w:r>
      <w:r w:rsidR="00B10C03" w:rsidRPr="007F7C96">
        <w:rPr>
          <w:b/>
          <w:sz w:val="20"/>
          <w:szCs w:val="20"/>
        </w:rPr>
        <w:t>Onion rings</w:t>
      </w:r>
    </w:p>
    <w:p w14:paraId="564E7BB3" w14:textId="4D09F421" w:rsidR="0097276B" w:rsidRPr="0097276B" w:rsidRDefault="00622220" w:rsidP="0018413D">
      <w:pPr>
        <w:spacing w:after="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</w:t>
      </w:r>
      <w:r>
        <w:rPr>
          <w:b/>
          <w:sz w:val="4"/>
          <w:szCs w:val="4"/>
        </w:rPr>
        <w:t xml:space="preserve"> </w:t>
      </w:r>
      <w:r>
        <w:rPr>
          <w:b/>
          <w:sz w:val="20"/>
          <w:szCs w:val="20"/>
        </w:rPr>
        <w:t xml:space="preserve">     </w:t>
      </w:r>
      <w:r w:rsidR="007A6AE1" w:rsidRPr="007F7C96">
        <w:rPr>
          <w:b/>
          <w:sz w:val="20"/>
          <w:szCs w:val="20"/>
        </w:rPr>
        <w:t xml:space="preserve">Cheesy </w:t>
      </w:r>
      <w:r>
        <w:rPr>
          <w:b/>
          <w:sz w:val="20"/>
          <w:szCs w:val="20"/>
        </w:rPr>
        <w:t xml:space="preserve">fries 6                                     </w:t>
      </w:r>
      <w:r w:rsidR="008630F2" w:rsidRPr="007F7C96">
        <w:rPr>
          <w:b/>
          <w:sz w:val="20"/>
          <w:szCs w:val="20"/>
        </w:rPr>
        <w:t>Halloumi chunks</w:t>
      </w:r>
      <w:r w:rsidR="008630F2">
        <w:rPr>
          <w:b/>
          <w:sz w:val="20"/>
          <w:szCs w:val="20"/>
        </w:rPr>
        <w:t xml:space="preserve"> 10</w:t>
      </w:r>
    </w:p>
    <w:sectPr w:rsidR="0097276B" w:rsidRPr="0097276B" w:rsidSect="004F3F68">
      <w:footerReference w:type="default" r:id="rId9"/>
      <w:pgSz w:w="12240" w:h="15840"/>
      <w:pgMar w:top="284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58551" w14:textId="77777777" w:rsidR="00260BF7" w:rsidRDefault="00260BF7">
      <w:pPr>
        <w:spacing w:after="0" w:line="240" w:lineRule="auto"/>
      </w:pPr>
      <w:r>
        <w:separator/>
      </w:r>
    </w:p>
  </w:endnote>
  <w:endnote w:type="continuationSeparator" w:id="0">
    <w:p w14:paraId="6202E85E" w14:textId="77777777" w:rsidR="00260BF7" w:rsidRDefault="00260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2303" w14:textId="523A129D" w:rsidR="007F7C96" w:rsidRDefault="007F7C96" w:rsidP="001E4BB0">
    <w:pPr>
      <w:pStyle w:val="Footer"/>
      <w:jc w:val="center"/>
      <w:rPr>
        <w:rFonts w:ascii="Arial" w:hAnsi="Arial"/>
        <w:color w:val="A17E42"/>
        <w:sz w:val="14"/>
      </w:rPr>
    </w:pPr>
    <w:r>
      <w:rPr>
        <w:rFonts w:ascii="Arial" w:hAnsi="Arial"/>
        <w:color w:val="A17E42"/>
        <w:sz w:val="14"/>
      </w:rPr>
      <w:t>PLEASE ASK A MEMBER OF THE TEAM ABOUT ALLERGENS AND DIETARY REQUIREMENTS</w:t>
    </w:r>
  </w:p>
  <w:p w14:paraId="28C0E605" w14:textId="6A4147C8" w:rsidR="00340963" w:rsidRPr="00340963" w:rsidRDefault="001E4BB0" w:rsidP="001E4BB0">
    <w:pPr>
      <w:ind w:firstLine="720"/>
      <w:rPr>
        <w:color w:val="948A54" w:themeColor="background2" w:themeShade="80"/>
        <w:sz w:val="22"/>
      </w:rPr>
    </w:pPr>
    <w:r>
      <w:rPr>
        <w:color w:val="948A54" w:themeColor="background2" w:themeShade="80"/>
        <w:sz w:val="22"/>
      </w:rPr>
      <w:t xml:space="preserve">                            </w:t>
    </w:r>
    <w:r w:rsidR="004043FC">
      <w:rPr>
        <w:color w:val="948A54" w:themeColor="background2" w:themeShade="80"/>
        <w:sz w:val="22"/>
      </w:rPr>
      <w:t xml:space="preserve"> </w:t>
    </w:r>
    <w:r w:rsidR="00340963" w:rsidRPr="00340963">
      <w:rPr>
        <w:color w:val="948A54" w:themeColor="background2" w:themeShade="80"/>
        <w:sz w:val="22"/>
      </w:rPr>
      <w:t>A discretionary service charge of 12.5% will be added to your bill</w:t>
    </w:r>
  </w:p>
  <w:p w14:paraId="2353E65A" w14:textId="47E7F578" w:rsidR="00B21CEC" w:rsidRPr="007F7C96" w:rsidRDefault="00B21CEC" w:rsidP="00340963">
    <w:pPr>
      <w:pStyle w:val="Footer"/>
      <w:jc w:val="center"/>
      <w:rPr>
        <w:rFonts w:ascii="Arial" w:hAnsi="Arial"/>
        <w:color w:val="A17E42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22AD8" w14:textId="77777777" w:rsidR="00260BF7" w:rsidRDefault="00260BF7">
      <w:pPr>
        <w:spacing w:after="0" w:line="240" w:lineRule="auto"/>
      </w:pPr>
      <w:r>
        <w:separator/>
      </w:r>
    </w:p>
  </w:footnote>
  <w:footnote w:type="continuationSeparator" w:id="0">
    <w:p w14:paraId="1A711B8A" w14:textId="77777777" w:rsidR="00260BF7" w:rsidRDefault="00260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923932">
    <w:abstractNumId w:val="8"/>
  </w:num>
  <w:num w:numId="2" w16cid:durableId="707949350">
    <w:abstractNumId w:val="6"/>
  </w:num>
  <w:num w:numId="3" w16cid:durableId="98726445">
    <w:abstractNumId w:val="5"/>
  </w:num>
  <w:num w:numId="4" w16cid:durableId="109785334">
    <w:abstractNumId w:val="4"/>
  </w:num>
  <w:num w:numId="5" w16cid:durableId="158158328">
    <w:abstractNumId w:val="7"/>
  </w:num>
  <w:num w:numId="6" w16cid:durableId="1421214174">
    <w:abstractNumId w:val="3"/>
  </w:num>
  <w:num w:numId="7" w16cid:durableId="1605263316">
    <w:abstractNumId w:val="2"/>
  </w:num>
  <w:num w:numId="8" w16cid:durableId="1267080452">
    <w:abstractNumId w:val="1"/>
  </w:num>
  <w:num w:numId="9" w16cid:durableId="1251886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6A2"/>
    <w:rsid w:val="00034616"/>
    <w:rsid w:val="00054063"/>
    <w:rsid w:val="0006063C"/>
    <w:rsid w:val="000F005A"/>
    <w:rsid w:val="00107069"/>
    <w:rsid w:val="0015074B"/>
    <w:rsid w:val="00151C44"/>
    <w:rsid w:val="0018413D"/>
    <w:rsid w:val="001D322A"/>
    <w:rsid w:val="001E4BB0"/>
    <w:rsid w:val="001E6B5B"/>
    <w:rsid w:val="002413F8"/>
    <w:rsid w:val="00260BF7"/>
    <w:rsid w:val="0029639D"/>
    <w:rsid w:val="002D27CC"/>
    <w:rsid w:val="00326F90"/>
    <w:rsid w:val="00340963"/>
    <w:rsid w:val="0034525F"/>
    <w:rsid w:val="003560B3"/>
    <w:rsid w:val="003D34F0"/>
    <w:rsid w:val="004043FC"/>
    <w:rsid w:val="004146D1"/>
    <w:rsid w:val="004F3F68"/>
    <w:rsid w:val="00594E34"/>
    <w:rsid w:val="00622220"/>
    <w:rsid w:val="00791A53"/>
    <w:rsid w:val="007A6AE1"/>
    <w:rsid w:val="007F7C96"/>
    <w:rsid w:val="00800B00"/>
    <w:rsid w:val="008630F2"/>
    <w:rsid w:val="00863E84"/>
    <w:rsid w:val="00893C8F"/>
    <w:rsid w:val="0097276B"/>
    <w:rsid w:val="009740ED"/>
    <w:rsid w:val="00A1668B"/>
    <w:rsid w:val="00A71D26"/>
    <w:rsid w:val="00A76AD1"/>
    <w:rsid w:val="00A8053A"/>
    <w:rsid w:val="00AA1D8D"/>
    <w:rsid w:val="00B10C03"/>
    <w:rsid w:val="00B21CEC"/>
    <w:rsid w:val="00B47730"/>
    <w:rsid w:val="00BB474E"/>
    <w:rsid w:val="00C06BE8"/>
    <w:rsid w:val="00C10D3B"/>
    <w:rsid w:val="00C27F11"/>
    <w:rsid w:val="00C4524F"/>
    <w:rsid w:val="00CA309A"/>
    <w:rsid w:val="00CB0664"/>
    <w:rsid w:val="00CF4F9D"/>
    <w:rsid w:val="00D31DD9"/>
    <w:rsid w:val="00D51771"/>
    <w:rsid w:val="00D8465C"/>
    <w:rsid w:val="00E84C1D"/>
    <w:rsid w:val="00F71B05"/>
    <w:rsid w:val="00FA00E4"/>
    <w:rsid w:val="00FA7F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B8420D"/>
  <w14:defaultImageDpi w14:val="300"/>
  <w15:docId w15:val="{CDF40ED7-8D0A-447B-A2C7-72B5E3B8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0F2"/>
    <w:pPr>
      <w:spacing w:after="80"/>
    </w:pPr>
    <w:rPr>
      <w:rFonts w:ascii="Garamond" w:hAnsi="Garamond"/>
      <w:color w:val="3737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306</Words>
  <Characters>1747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Paschal Comiskey</cp:lastModifiedBy>
  <cp:revision>2</cp:revision>
  <cp:lastPrinted>2026-09-02T12:14:00Z</cp:lastPrinted>
  <dcterms:created xsi:type="dcterms:W3CDTF">2026-09-02T12:40:00Z</dcterms:created>
  <dcterms:modified xsi:type="dcterms:W3CDTF">2026-09-02T12:40:00Z</dcterms:modified>
  <cp:category/>
</cp:coreProperties>
</file>