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8712"/>
        <w:gridCol w:w="170"/>
      </w:tblGrid>
      <w:tr w:rsidR="002C10EF" w:rsidRPr="008A6C40" w14:paraId="1ED37DE0" w14:textId="77777777">
        <w:trPr>
          <w:jc w:val="center"/>
        </w:trPr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B644" w14:textId="77777777" w:rsidR="002C10EF" w:rsidRPr="008A6C40" w:rsidRDefault="00000000">
            <w:pPr>
              <w:spacing w:after="20"/>
              <w:jc w:val="center"/>
              <w:rPr>
                <w:rFonts w:ascii="Aptos" w:hAnsi="Aptos"/>
              </w:rPr>
            </w:pPr>
            <w:r w:rsidRPr="008A6C40">
              <w:rPr>
                <w:rFonts w:ascii="Aptos" w:hAnsi="Aptos"/>
                <w:noProof/>
              </w:rPr>
              <w:drawing>
                <wp:inline distT="0" distB="0" distL="0" distR="0" wp14:anchorId="779696A7" wp14:editId="671E779B">
                  <wp:extent cx="822960" cy="8229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M Logo (NEW 2016) ICON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21C8E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  <w:sz w:val="44"/>
              </w:rPr>
              <w:t>Family Matters Community Fair</w:t>
            </w:r>
          </w:p>
          <w:p w14:paraId="1D9E42DD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D91E8C"/>
                <w:sz w:val="28"/>
              </w:rPr>
              <w:t>Stallholder Application Form</w:t>
            </w:r>
          </w:p>
          <w:p w14:paraId="5B77D281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</w:rPr>
              <w:t>Tuesday 27 October 2026 | 11am–4pm | The Woodville, Gravesend</w:t>
            </w:r>
          </w:p>
        </w:tc>
      </w:tr>
      <w:tr w:rsidR="002C10EF" w:rsidRPr="008A6C40" w14:paraId="7541C0A8" w14:textId="77777777">
        <w:trPr>
          <w:gridAfter w:val="1"/>
          <w:wAfter w:w="170" w:type="dxa"/>
          <w:jc w:val="center"/>
        </w:trPr>
        <w:tc>
          <w:tcPr>
            <w:tcW w:w="10368" w:type="dxa"/>
            <w:gridSpan w:val="2"/>
            <w:tcBorders>
              <w:top w:val="single" w:sz="8" w:space="0" w:color="EADAF0"/>
              <w:left w:val="single" w:sz="8" w:space="0" w:color="EADAF0"/>
              <w:bottom w:val="single" w:sz="8" w:space="0" w:color="EADAF0"/>
              <w:right w:val="single" w:sz="8" w:space="0" w:color="EADAF0"/>
            </w:tcBorders>
            <w:shd w:val="clear" w:color="auto" w:fill="FFF9F2"/>
            <w:tcMar>
              <w:top w:w="130" w:type="dxa"/>
              <w:left w:w="170" w:type="dxa"/>
              <w:bottom w:w="130" w:type="dxa"/>
              <w:right w:w="170" w:type="dxa"/>
            </w:tcMar>
            <w:vAlign w:val="center"/>
          </w:tcPr>
          <w:p w14:paraId="3290BA24" w14:textId="77777777" w:rsidR="002C10EF" w:rsidRPr="008A6C40" w:rsidRDefault="00000000" w:rsidP="008A6C40">
            <w:pPr>
              <w:spacing w:after="20"/>
              <w:jc w:val="center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</w:rPr>
              <w:t xml:space="preserve">Thank you for your interest in taking part. </w:t>
            </w:r>
            <w:r w:rsidRPr="008A6C40">
              <w:rPr>
                <w:rFonts w:ascii="Aptos" w:hAnsi="Aptos"/>
              </w:rPr>
              <w:t xml:space="preserve">Spaces are limited and we are aiming for a varied mix of local businesses, community stalls and family-friendly activities. Please complete this form and return it to </w:t>
            </w:r>
            <w:r w:rsidRPr="008A6C40">
              <w:rPr>
                <w:rFonts w:ascii="Aptos" w:hAnsi="Aptos"/>
                <w:b/>
                <w:color w:val="7030A0"/>
              </w:rPr>
              <w:t>community@familymattersuk.org</w:t>
            </w:r>
            <w:r w:rsidRPr="008A6C40">
              <w:rPr>
                <w:rFonts w:ascii="Aptos" w:hAnsi="Aptos"/>
              </w:rPr>
              <w:t>.</w:t>
            </w:r>
          </w:p>
        </w:tc>
      </w:tr>
    </w:tbl>
    <w:p w14:paraId="7688D51B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1. Stallholder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10EF" w:rsidRPr="008A6C40" w14:paraId="40F12651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4522F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Business / organisation name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B1CC22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009F15BE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7D5E7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Main contact name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5EF04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62DA3B49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11D0B8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Email address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1139D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602300E9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143C5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Phone number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1DE1E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3F4BF32C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E6C695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Website / social media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D1718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</w:tbl>
    <w:p w14:paraId="5FBCB7B3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2. Type of stall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2C10EF" w:rsidRPr="008A6C40" w14:paraId="4B3AFA2E" w14:textId="77777777">
        <w:trPr>
          <w:jc w:val="center"/>
        </w:trPr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23D2E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Local business / trader</w:t>
            </w:r>
          </w:p>
          <w:p w14:paraId="2DB1FCAE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Charity / community organisation</w:t>
            </w:r>
          </w:p>
          <w:p w14:paraId="2037796D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Children / family activity</w:t>
            </w:r>
          </w:p>
          <w:p w14:paraId="0B3A18C0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Food / sweets / cakes</w:t>
            </w:r>
          </w:p>
          <w:p w14:paraId="4ED44289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Other</w:t>
            </w:r>
          </w:p>
        </w:tc>
        <w:tc>
          <w:tcPr>
            <w:tcW w:w="511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69228" w14:textId="038121A2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 xml:space="preserve">☐ I would like </w:t>
            </w:r>
            <w:r w:rsidR="008A6C40" w:rsidRPr="008A6C40">
              <w:rPr>
                <w:rFonts w:ascii="Aptos" w:hAnsi="Aptos"/>
              </w:rPr>
              <w:t>a</w:t>
            </w:r>
            <w:r w:rsidRPr="008A6C40">
              <w:rPr>
                <w:rFonts w:ascii="Aptos" w:hAnsi="Aptos"/>
              </w:rPr>
              <w:t xml:space="preserve"> table</w:t>
            </w:r>
          </w:p>
          <w:p w14:paraId="6B71E092" w14:textId="2659263D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can donate a raffle prize</w:t>
            </w:r>
          </w:p>
          <w:p w14:paraId="0AC12B4A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need access to electricity</w:t>
            </w:r>
          </w:p>
          <w:p w14:paraId="2FA67F3D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will bring display stands/equipment</w:t>
            </w:r>
          </w:p>
          <w:p w14:paraId="216C1A55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am interested in sponsorship</w:t>
            </w:r>
          </w:p>
        </w:tc>
      </w:tr>
    </w:tbl>
    <w:p w14:paraId="309CA59B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3. Stall description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10EF" w:rsidRPr="008A6C40" w14:paraId="79253F54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89FE8F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What will you sell / promote?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75FDC" w14:textId="6043E043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br/>
            </w:r>
          </w:p>
        </w:tc>
      </w:tr>
      <w:tr w:rsidR="002C10EF" w:rsidRPr="008A6C40" w14:paraId="2F97A16B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FB7380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Approximate price range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B0CA1F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  <w:p w14:paraId="5D8AC440" w14:textId="77777777" w:rsidR="008A6C40" w:rsidRPr="008A6C40" w:rsidRDefault="008A6C40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4177131D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185B5D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Any food, drink, sweets or edible items?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75E24B" w14:textId="174B56EF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br/>
            </w:r>
          </w:p>
        </w:tc>
      </w:tr>
      <w:tr w:rsidR="002C10EF" w:rsidRPr="008A6C40" w14:paraId="11BF0FED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251E66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Equipment you will bring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4FC6A" w14:textId="77777777" w:rsidR="008A6C40" w:rsidRPr="008A6C40" w:rsidRDefault="008A6C40">
            <w:pPr>
              <w:spacing w:after="20"/>
              <w:rPr>
                <w:rFonts w:ascii="Aptos" w:hAnsi="Aptos"/>
              </w:rPr>
            </w:pPr>
          </w:p>
          <w:p w14:paraId="7B0BE0E1" w14:textId="26FF47B4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</w:tbl>
    <w:p w14:paraId="69D2B80F" w14:textId="77777777" w:rsidR="002C10EF" w:rsidRPr="008A6C40" w:rsidRDefault="00000000">
      <w:pPr>
        <w:rPr>
          <w:rFonts w:ascii="Aptos" w:hAnsi="Aptos"/>
        </w:rPr>
      </w:pPr>
      <w:r w:rsidRPr="008A6C40">
        <w:rPr>
          <w:rFonts w:ascii="Aptos" w:hAnsi="Aptos"/>
        </w:rPr>
        <w:br w:type="page"/>
      </w:r>
    </w:p>
    <w:p w14:paraId="53EC03CB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lastRenderedPageBreak/>
        <w:t>4. Practical requirements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10EF" w:rsidRPr="008A6C40" w14:paraId="54EA2421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5A759D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Do you need electricity? If yes, what for?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5ECCF8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br/>
            </w:r>
          </w:p>
        </w:tc>
      </w:tr>
      <w:tr w:rsidR="002C10EF" w:rsidRPr="008A6C40" w14:paraId="26611EA0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8DE41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Do you have Public Liability Insurance?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F33C66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28575F63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E0A67B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Are any electrical items PAT tested?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FAC07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0F982F68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F32072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Any access or set-up requirements?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09A32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br/>
            </w:r>
          </w:p>
        </w:tc>
      </w:tr>
    </w:tbl>
    <w:p w14:paraId="5C5F67F2" w14:textId="7C1C73A0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5. Raffle and local business support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C10EF" w:rsidRPr="008A6C40" w14:paraId="0A0294F6" w14:textId="77777777">
        <w:trPr>
          <w:jc w:val="center"/>
        </w:trPr>
        <w:tc>
          <w:tcPr>
            <w:tcW w:w="103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5F73DA4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can donate a raffle prize</w:t>
            </w:r>
          </w:p>
          <w:p w14:paraId="4B906C25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can provide business cards/flyers for the local business supporter display</w:t>
            </w:r>
          </w:p>
          <w:p w14:paraId="7E919B82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☐ I am unable to attend but would still like to support the event</w:t>
            </w:r>
          </w:p>
          <w:p w14:paraId="3307C2CA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Prize / support offered:</w:t>
            </w:r>
          </w:p>
          <w:p w14:paraId="65934CBC" w14:textId="77777777" w:rsidR="008A6C40" w:rsidRPr="008A6C40" w:rsidRDefault="008A6C40">
            <w:pPr>
              <w:spacing w:after="20"/>
              <w:rPr>
                <w:rFonts w:ascii="Aptos" w:hAnsi="Aptos"/>
              </w:rPr>
            </w:pPr>
          </w:p>
          <w:p w14:paraId="1A49B2E5" w14:textId="77777777" w:rsidR="008A6C40" w:rsidRPr="008A6C40" w:rsidRDefault="00000000" w:rsidP="008A6C4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______________________________________________________________________________________________________________________________________________________________________________________________</w:t>
            </w:r>
            <w:r w:rsidR="008A6C40" w:rsidRPr="008A6C40">
              <w:rPr>
                <w:rFonts w:ascii="Aptos" w:hAnsi="Aptos"/>
              </w:rPr>
              <w:t>_______________________________</w:t>
            </w:r>
          </w:p>
          <w:p w14:paraId="656C6243" w14:textId="0DFF681C" w:rsidR="002C10EF" w:rsidRPr="008A6C40" w:rsidRDefault="008A6C40" w:rsidP="008A6C4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</w:rPr>
              <w:t>_________________________________________________</w:t>
            </w:r>
          </w:p>
        </w:tc>
      </w:tr>
    </w:tbl>
    <w:p w14:paraId="20195512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6. Stallholder information and expectations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2C10EF" w:rsidRPr="008A6C40" w14:paraId="2FB86792" w14:textId="77777777">
        <w:trPr>
          <w:jc w:val="center"/>
        </w:trPr>
        <w:tc>
          <w:tcPr>
            <w:tcW w:w="1036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AFAFA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D56E025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Set-up is between 9am and 11am. Public opening is 11am to 4pm. Pack-down is 4pm to 5pm.</w:t>
            </w:r>
          </w:p>
          <w:p w14:paraId="58E1946D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Stallholders must keep walkways, entrances and fire exits clear at all times.</w:t>
            </w:r>
          </w:p>
          <w:p w14:paraId="61080126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Spaces are limited. Submission of this form does not guarantee a place.</w:t>
            </w:r>
          </w:p>
          <w:p w14:paraId="0B20E9B2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Food, drink, sweets or edible items must be declared in advance and may be subject to venue approval.</w:t>
            </w:r>
          </w:p>
          <w:p w14:paraId="08B211CE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Any electrical equipment must be declared in advance and may need valid PAT testing.</w:t>
            </w:r>
          </w:p>
          <w:p w14:paraId="3261D1E5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Stallholders may be asked to provide evidence of Public Liability Insurance where relevant.</w:t>
            </w:r>
          </w:p>
          <w:p w14:paraId="6DBE11A9" w14:textId="77777777" w:rsidR="002C10EF" w:rsidRPr="008A6C40" w:rsidRDefault="00000000">
            <w:pPr>
              <w:spacing w:after="20"/>
              <w:ind w:left="216"/>
              <w:rPr>
                <w:rFonts w:ascii="Aptos" w:hAnsi="Aptos"/>
              </w:rPr>
            </w:pPr>
            <w:r w:rsidRPr="008A6C40">
              <w:rPr>
                <w:rFonts w:ascii="Aptos" w:hAnsi="Aptos"/>
                <w:color w:val="D91E8C"/>
              </w:rPr>
              <w:t xml:space="preserve">• </w:t>
            </w:r>
            <w:r w:rsidRPr="008A6C40">
              <w:rPr>
                <w:rFonts w:ascii="Aptos" w:hAnsi="Aptos"/>
              </w:rPr>
              <w:t>Family Matters reserves the right to manage stall allocation to ensure a balanced and varied event.</w:t>
            </w:r>
          </w:p>
        </w:tc>
      </w:tr>
    </w:tbl>
    <w:p w14:paraId="506A2A86" w14:textId="77777777" w:rsidR="002C10EF" w:rsidRPr="008A6C40" w:rsidRDefault="00000000">
      <w:pPr>
        <w:spacing w:before="160" w:after="80"/>
        <w:rPr>
          <w:rFonts w:ascii="Aptos" w:hAnsi="Aptos"/>
        </w:rPr>
      </w:pPr>
      <w:r w:rsidRPr="008A6C40">
        <w:rPr>
          <w:rFonts w:ascii="Aptos" w:hAnsi="Aptos"/>
          <w:b/>
          <w:color w:val="7030A0"/>
          <w:sz w:val="26"/>
        </w:rPr>
        <w:t>7. Declaration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2C10EF" w:rsidRPr="008A6C40" w14:paraId="66C62D90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E3265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Name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00CC2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0DE314CC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CEEB44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Signature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247682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  <w:tr w:rsidR="002C10EF" w:rsidRPr="008A6C40" w14:paraId="4A16F104" w14:textId="77777777">
        <w:trPr>
          <w:jc w:val="center"/>
        </w:trPr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19918" w14:textId="77777777" w:rsidR="002C10EF" w:rsidRPr="008A6C40" w:rsidRDefault="00000000">
            <w:pPr>
              <w:spacing w:after="20"/>
              <w:rPr>
                <w:rFonts w:ascii="Aptos" w:hAnsi="Aptos"/>
              </w:rPr>
            </w:pPr>
            <w:r w:rsidRPr="008A6C40">
              <w:rPr>
                <w:rFonts w:ascii="Aptos" w:hAnsi="Aptos"/>
                <w:b/>
                <w:color w:val="7030A0"/>
              </w:rPr>
              <w:t>Date</w:t>
            </w:r>
          </w:p>
        </w:tc>
        <w:tc>
          <w:tcPr>
            <w:tcW w:w="51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7B1664" w14:textId="77777777" w:rsidR="002C10EF" w:rsidRPr="008A6C40" w:rsidRDefault="002C10EF">
            <w:pPr>
              <w:spacing w:after="20"/>
              <w:rPr>
                <w:rFonts w:ascii="Aptos" w:hAnsi="Aptos"/>
              </w:rPr>
            </w:pPr>
          </w:p>
        </w:tc>
      </w:tr>
    </w:tbl>
    <w:p w14:paraId="6D28F580" w14:textId="77777777" w:rsidR="002C10EF" w:rsidRPr="008A6C40" w:rsidRDefault="00000000">
      <w:pPr>
        <w:spacing w:before="120"/>
        <w:rPr>
          <w:rFonts w:ascii="Aptos" w:hAnsi="Aptos"/>
        </w:rPr>
      </w:pPr>
      <w:r w:rsidRPr="008A6C40">
        <w:rPr>
          <w:rFonts w:ascii="Aptos" w:hAnsi="Aptos"/>
          <w:b/>
        </w:rPr>
        <w:t xml:space="preserve">Please return completed forms to: </w:t>
      </w:r>
      <w:r w:rsidRPr="008A6C40">
        <w:rPr>
          <w:rFonts w:ascii="Aptos" w:hAnsi="Aptos"/>
          <w:b/>
          <w:color w:val="7030A0"/>
        </w:rPr>
        <w:t>community@familymattersuk.org</w:t>
      </w:r>
    </w:p>
    <w:p w14:paraId="575F218A" w14:textId="77777777" w:rsidR="002C10EF" w:rsidRPr="008A6C40" w:rsidRDefault="00000000">
      <w:pPr>
        <w:jc w:val="center"/>
        <w:rPr>
          <w:rFonts w:ascii="Aptos" w:hAnsi="Aptos"/>
        </w:rPr>
      </w:pPr>
      <w:r w:rsidRPr="008A6C40">
        <w:rPr>
          <w:rFonts w:ascii="Aptos" w:hAnsi="Aptos"/>
          <w:color w:val="666666"/>
          <w:sz w:val="16"/>
        </w:rPr>
        <w:t>Family Matters Community Fair | Tuesday 27 October 2026 | The Woodville, Gravesend</w:t>
      </w:r>
    </w:p>
    <w:sectPr w:rsidR="002C10EF" w:rsidRPr="008A6C40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4573719">
    <w:abstractNumId w:val="8"/>
  </w:num>
  <w:num w:numId="2" w16cid:durableId="1258827519">
    <w:abstractNumId w:val="6"/>
  </w:num>
  <w:num w:numId="3" w16cid:durableId="2026784688">
    <w:abstractNumId w:val="5"/>
  </w:num>
  <w:num w:numId="4" w16cid:durableId="846094714">
    <w:abstractNumId w:val="4"/>
  </w:num>
  <w:num w:numId="5" w16cid:durableId="434403949">
    <w:abstractNumId w:val="7"/>
  </w:num>
  <w:num w:numId="6" w16cid:durableId="1769227909">
    <w:abstractNumId w:val="3"/>
  </w:num>
  <w:num w:numId="7" w16cid:durableId="2020347396">
    <w:abstractNumId w:val="2"/>
  </w:num>
  <w:num w:numId="8" w16cid:durableId="1804469190">
    <w:abstractNumId w:val="1"/>
  </w:num>
  <w:num w:numId="9" w16cid:durableId="122312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10EF"/>
    <w:rsid w:val="00326F90"/>
    <w:rsid w:val="0078174C"/>
    <w:rsid w:val="008A6C4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11DC93"/>
  <w14:defaultImageDpi w14:val="300"/>
  <w15:docId w15:val="{3B1D0159-F8EF-4B1F-B23B-DA176967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Matters Community Fair Stallholder Application Form</dc:title>
  <dc:subject/>
  <dc:creator>Family Matters</dc:creator>
  <cp:keywords/>
  <dc:description>generated by python-docx</dc:description>
  <cp:lastModifiedBy>Cherry Johnson</cp:lastModifiedBy>
  <cp:revision>2</cp:revision>
  <dcterms:created xsi:type="dcterms:W3CDTF">2026-09-09T12:53:00Z</dcterms:created>
  <dcterms:modified xsi:type="dcterms:W3CDTF">2026-09-09T12:53:00Z</dcterms:modified>
  <cp:category/>
</cp:coreProperties>
</file>