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B69235" w14:textId="77777777" w:rsidR="00326461" w:rsidRDefault="00326461" w:rsidP="00326461">
      <w:pPr>
        <w:pStyle w:val="Heading1"/>
      </w:pPr>
      <w:r>
        <w:t>FAKENHAM FILM FESTIVAL 2026 — FFF26</w:t>
      </w:r>
    </w:p>
    <w:p w14:paraId="4C13D8B0" w14:textId="77777777" w:rsidR="00326461" w:rsidRDefault="00326461" w:rsidP="00326461">
      <w:pPr>
        <w:pStyle w:val="NormalWeb"/>
      </w:pPr>
      <w:r>
        <w:rPr>
          <w:rStyle w:val="Strong"/>
        </w:rPr>
        <w:t>Friday 2 to Sunday 4 October 2026</w:t>
      </w:r>
    </w:p>
    <w:p w14:paraId="306CC52F" w14:textId="77777777" w:rsidR="00326461" w:rsidRDefault="00326461" w:rsidP="00326461">
      <w:pPr>
        <w:pStyle w:val="NormalWeb"/>
      </w:pPr>
      <w:r>
        <w:t>Fakenham Film Festival brings together short films from local independent filmmakers with feature films that have a Norfolk connection, alongside special screenings and community partnerships.</w:t>
      </w:r>
    </w:p>
    <w:p w14:paraId="57D56F78" w14:textId="77777777" w:rsidR="00326461" w:rsidRDefault="00326461" w:rsidP="00326461">
      <w:pPr>
        <w:pStyle w:val="NormalWeb"/>
      </w:pPr>
      <w:r>
        <w:t>Many screenings begin with a selection of independent shorts, followed by an intermission and the main feature.</w:t>
      </w:r>
    </w:p>
    <w:p w14:paraId="32222ECE" w14:textId="77777777" w:rsidR="00326461" w:rsidRDefault="00326461" w:rsidP="00326461">
      <w:pPr>
        <w:pStyle w:val="NormalWeb"/>
      </w:pPr>
      <w:r>
        <w:t xml:space="preserve">Across the weekend, enjoy family-friendly films, local independent filmmaking, our </w:t>
      </w:r>
      <w:r>
        <w:rPr>
          <w:rStyle w:val="Strong"/>
        </w:rPr>
        <w:t>Dark, Edgy &amp; Horror Showcase</w:t>
      </w:r>
      <w:r>
        <w:t xml:space="preserve">, competition screenings, feature films and the </w:t>
      </w:r>
      <w:r>
        <w:rPr>
          <w:rStyle w:val="Strong"/>
        </w:rPr>
        <w:t>Sunday Red Carpet &amp; Awards Finale</w:t>
      </w:r>
      <w:r>
        <w:t>.</w:t>
      </w:r>
    </w:p>
    <w:p w14:paraId="646A5100" w14:textId="77777777" w:rsidR="00326461" w:rsidRDefault="00326461" w:rsidP="00326461">
      <w:pPr>
        <w:pStyle w:val="NormalWeb"/>
      </w:pPr>
      <w:r>
        <w:rPr>
          <w:rStyle w:val="Strong"/>
        </w:rPr>
        <w:t>We hope you enjoy FFF26 — and discover some great films and filmmakers along the way.</w:t>
      </w:r>
    </w:p>
    <w:p w14:paraId="5DB267BB" w14:textId="77777777" w:rsidR="00326461" w:rsidRDefault="00326461" w:rsidP="00326461">
      <w:pPr>
        <w:pStyle w:val="NormalWeb"/>
      </w:pPr>
      <w:r>
        <w:rPr>
          <w:rStyle w:val="Strong"/>
        </w:rPr>
        <w:t>Please note: all screening and event times are approximate and may be subject to minor changes.</w:t>
      </w:r>
    </w:p>
    <w:p w14:paraId="20425F01" w14:textId="77777777" w:rsidR="00326461" w:rsidRDefault="00326461" w:rsidP="00326461">
      <w:pPr>
        <w:pStyle w:val="NormalWeb"/>
      </w:pPr>
      <w:r>
        <w:rPr>
          <w:rStyle w:val="Strong"/>
        </w:rPr>
        <w:t>Many feature screenings begin with short films submitted to FFF26, including local, festival and competition entries.</w:t>
      </w:r>
    </w:p>
    <w:p w14:paraId="2D437CAF" w14:textId="77777777" w:rsidR="00326461" w:rsidRDefault="00326461" w:rsidP="00326461">
      <w:pPr>
        <w:pStyle w:val="NormalWeb"/>
      </w:pPr>
      <w:r>
        <w:rPr>
          <w:rStyle w:val="Strong"/>
        </w:rPr>
        <w:t>Tickets: £6.99 | Members: £4.99 | Family film: £3</w:t>
      </w:r>
      <w:r>
        <w:br/>
        <w:t>Book in advance or buy on the day.</w:t>
      </w:r>
    </w:p>
    <w:p w14:paraId="11131ED1" w14:textId="77777777" w:rsidR="00326461" w:rsidRDefault="00727624" w:rsidP="00326461">
      <w:r>
        <w:rPr>
          <w:noProof/>
        </w:rPr>
        <w:pict w14:anchorId="4191FB04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2591F837" w14:textId="77777777" w:rsidR="00326461" w:rsidRDefault="00326461" w:rsidP="00326461">
      <w:pPr>
        <w:pStyle w:val="Heading1"/>
      </w:pPr>
      <w:r>
        <w:t>FRIDAY 2 OCTOBER</w:t>
      </w:r>
    </w:p>
    <w:p w14:paraId="6BEC29F9" w14:textId="77777777" w:rsidR="00326461" w:rsidRDefault="00326461" w:rsidP="00326461">
      <w:pPr>
        <w:pStyle w:val="Heading2"/>
      </w:pPr>
      <w:r>
        <w:t>2.00pm – Special Afternoon Screening</w:t>
      </w:r>
    </w:p>
    <w:p w14:paraId="5E13270C" w14:textId="77777777" w:rsidR="00326461" w:rsidRDefault="00326461" w:rsidP="00326461">
      <w:pPr>
        <w:pStyle w:val="Heading3"/>
      </w:pPr>
      <w:r>
        <w:rPr>
          <w:rStyle w:val="Emphasis"/>
        </w:rPr>
        <w:t>Peripheral</w:t>
      </w:r>
    </w:p>
    <w:p w14:paraId="1FCDDF4A" w14:textId="77777777" w:rsidR="00326461" w:rsidRDefault="00326461" w:rsidP="00326461">
      <w:pPr>
        <w:pStyle w:val="NormalWeb"/>
      </w:pPr>
      <w:r>
        <w:rPr>
          <w:rStyle w:val="Strong"/>
        </w:rPr>
        <w:t>Director: Peter Naylor</w:t>
      </w:r>
      <w:r>
        <w:br/>
      </w:r>
      <w:r>
        <w:rPr>
          <w:rStyle w:val="Strong"/>
        </w:rPr>
        <w:t>Runtime: approx. 36 minutes</w:t>
      </w:r>
    </w:p>
    <w:p w14:paraId="37FBCAE3" w14:textId="77777777" w:rsidR="00326461" w:rsidRDefault="00326461" w:rsidP="00326461">
      <w:pPr>
        <w:pStyle w:val="NormalWeb"/>
      </w:pPr>
      <w:r>
        <w:rPr>
          <w:rStyle w:val="Emphasis"/>
        </w:rPr>
        <w:t>Peripheral</w:t>
      </w:r>
      <w:r>
        <w:t xml:space="preserve"> follows Lucy as she navigates a pivotal stage in her life, balancing the gradual loss of her sight with her love of the outdoors.</w:t>
      </w:r>
    </w:p>
    <w:p w14:paraId="51A3385C" w14:textId="77777777" w:rsidR="00326461" w:rsidRDefault="00326461" w:rsidP="00326461">
      <w:pPr>
        <w:pStyle w:val="Heading2"/>
      </w:pPr>
      <w:r>
        <w:t>Fakenham in the World — Celebrating Our Friendship with Olivet</w:t>
      </w:r>
    </w:p>
    <w:p w14:paraId="7DB60FB6" w14:textId="77777777" w:rsidR="00326461" w:rsidRDefault="00326461" w:rsidP="00326461">
      <w:pPr>
        <w:pStyle w:val="NormalWeb"/>
      </w:pPr>
      <w:r>
        <w:t xml:space="preserve">A special afternoon celebrating Fakenham’s friendship with its twin town of </w:t>
      </w:r>
      <w:r>
        <w:rPr>
          <w:rStyle w:val="Strong"/>
        </w:rPr>
        <w:t>Olivet, France</w:t>
      </w:r>
      <w:r>
        <w:t>, and our links beyond Norfolk.</w:t>
      </w:r>
    </w:p>
    <w:p w14:paraId="4C85C7B5" w14:textId="77777777" w:rsidR="00326461" w:rsidRDefault="00326461" w:rsidP="00326461">
      <w:pPr>
        <w:pStyle w:val="Heading3"/>
      </w:pPr>
      <w:r>
        <w:lastRenderedPageBreak/>
        <w:t>3.15pm – MAIN FEATURE</w:t>
      </w:r>
    </w:p>
    <w:p w14:paraId="434B37B5" w14:textId="77777777" w:rsidR="00326461" w:rsidRDefault="00326461" w:rsidP="00326461">
      <w:pPr>
        <w:pStyle w:val="Heading2"/>
      </w:pPr>
      <w:r>
        <w:rPr>
          <w:rStyle w:val="Emphasis"/>
        </w:rPr>
        <w:t>Jane Austen Wrecked My Life</w:t>
      </w:r>
    </w:p>
    <w:p w14:paraId="37A4E323" w14:textId="77777777" w:rsidR="00326461" w:rsidRDefault="00326461" w:rsidP="00326461">
      <w:pPr>
        <w:pStyle w:val="NormalWeb"/>
      </w:pPr>
      <w:r>
        <w:t>A charming French romantic comedy about books, love and the complicated gap between romantic dreams and real life.</w:t>
      </w:r>
    </w:p>
    <w:p w14:paraId="4BAA7B06" w14:textId="77777777" w:rsidR="00326461" w:rsidRDefault="00326461" w:rsidP="00326461">
      <w:pPr>
        <w:pStyle w:val="NormalWeb"/>
      </w:pPr>
      <w:r>
        <w:t xml:space="preserve">Presented in partnership with </w:t>
      </w:r>
      <w:r>
        <w:rPr>
          <w:rStyle w:val="Strong"/>
        </w:rPr>
        <w:t>Fakenham Arts Festival 2026</w:t>
      </w:r>
      <w:r>
        <w:t>.</w:t>
      </w:r>
    </w:p>
    <w:p w14:paraId="663E6FB1" w14:textId="77777777" w:rsidR="00326461" w:rsidRDefault="00326461" w:rsidP="00326461">
      <w:pPr>
        <w:pStyle w:val="NormalWeb"/>
      </w:pPr>
      <w:r>
        <w:rPr>
          <w:rStyle w:val="Strong"/>
        </w:rPr>
        <w:t>French with English subtitles</w:t>
      </w:r>
    </w:p>
    <w:p w14:paraId="044FC354" w14:textId="77777777" w:rsidR="00326461" w:rsidRDefault="00326461" w:rsidP="00326461">
      <w:pPr>
        <w:pStyle w:val="NormalWeb"/>
      </w:pPr>
      <w:r>
        <w:rPr>
          <w:rStyle w:val="Strong"/>
        </w:rPr>
        <w:t>Approx. runtime: 98 minutes</w:t>
      </w:r>
    </w:p>
    <w:p w14:paraId="030521D2" w14:textId="77777777" w:rsidR="00326461" w:rsidRDefault="00727624" w:rsidP="00326461">
      <w:r>
        <w:rPr>
          <w:noProof/>
        </w:rPr>
        <w:pict w14:anchorId="09558560">
          <v:rect id="_x0000_i1032" style="width:0;height:1.5pt" o:hralign="center" o:hrstd="t" o:hr="t" fillcolor="#a0a0a0" stroked="f"/>
        </w:pict>
      </w:r>
    </w:p>
    <w:p w14:paraId="76EF2085" w14:textId="77777777" w:rsidR="00326461" w:rsidRDefault="00326461" w:rsidP="00326461">
      <w:pPr>
        <w:pStyle w:val="Heading2"/>
      </w:pPr>
      <w:r>
        <w:t>6.45pm – Screen 1: Local Independent Filmmakers Showcase</w:t>
      </w:r>
    </w:p>
    <w:p w14:paraId="4EBF871A" w14:textId="77777777" w:rsidR="00326461" w:rsidRDefault="00326461" w:rsidP="00326461">
      <w:pPr>
        <w:pStyle w:val="NormalWeb"/>
      </w:pPr>
      <w:r>
        <w:t>A selection of short films from local independent filmmakers.</w:t>
      </w:r>
    </w:p>
    <w:p w14:paraId="24AED9B9" w14:textId="77777777" w:rsidR="00326461" w:rsidRDefault="00326461" w:rsidP="00326461">
      <w:pPr>
        <w:pStyle w:val="NormalWeb"/>
        <w:numPr>
          <w:ilvl w:val="0"/>
          <w:numId w:val="22"/>
        </w:numPr>
      </w:pPr>
      <w:r>
        <w:rPr>
          <w:rStyle w:val="Emphasis"/>
        </w:rPr>
        <w:t>Dial</w:t>
      </w:r>
    </w:p>
    <w:p w14:paraId="62E3498C" w14:textId="77777777" w:rsidR="00326461" w:rsidRDefault="00326461" w:rsidP="00326461">
      <w:pPr>
        <w:pStyle w:val="NormalWeb"/>
        <w:numPr>
          <w:ilvl w:val="0"/>
          <w:numId w:val="22"/>
        </w:numPr>
      </w:pPr>
      <w:r>
        <w:rPr>
          <w:rStyle w:val="Emphasis"/>
        </w:rPr>
        <w:t>Pearl and Pomegranate</w:t>
      </w:r>
    </w:p>
    <w:p w14:paraId="44897AAB" w14:textId="77777777" w:rsidR="00326461" w:rsidRDefault="00326461" w:rsidP="00326461">
      <w:pPr>
        <w:pStyle w:val="NormalWeb"/>
        <w:numPr>
          <w:ilvl w:val="0"/>
          <w:numId w:val="22"/>
        </w:numPr>
      </w:pPr>
      <w:r>
        <w:rPr>
          <w:rStyle w:val="Emphasis"/>
        </w:rPr>
        <w:t>House Rules</w:t>
      </w:r>
    </w:p>
    <w:p w14:paraId="6933C0CB" w14:textId="77777777" w:rsidR="00326461" w:rsidRDefault="00326461" w:rsidP="00326461">
      <w:pPr>
        <w:pStyle w:val="NormalWeb"/>
        <w:numPr>
          <w:ilvl w:val="0"/>
          <w:numId w:val="22"/>
        </w:numPr>
      </w:pPr>
      <w:r>
        <w:rPr>
          <w:rStyle w:val="Emphasis"/>
        </w:rPr>
        <w:t>Active Fakenham</w:t>
      </w:r>
    </w:p>
    <w:p w14:paraId="01782150" w14:textId="77777777" w:rsidR="00326461" w:rsidRDefault="00326461" w:rsidP="00326461">
      <w:pPr>
        <w:pStyle w:val="NormalWeb"/>
      </w:pPr>
      <w:r>
        <w:rPr>
          <w:rStyle w:val="Strong"/>
        </w:rPr>
        <w:t>7.15–7.30pm – Intermission</w:t>
      </w:r>
    </w:p>
    <w:p w14:paraId="78A2AD4F" w14:textId="77777777" w:rsidR="00326461" w:rsidRDefault="00326461" w:rsidP="00326461">
      <w:pPr>
        <w:pStyle w:val="Heading3"/>
      </w:pPr>
      <w:r>
        <w:t>7.30pm – MAIN FEATURE</w:t>
      </w:r>
    </w:p>
    <w:p w14:paraId="13DFB932" w14:textId="77777777" w:rsidR="00326461" w:rsidRDefault="00326461" w:rsidP="00326461">
      <w:pPr>
        <w:pStyle w:val="Heading2"/>
      </w:pPr>
      <w:r>
        <w:rPr>
          <w:rStyle w:val="Emphasis"/>
        </w:rPr>
        <w:t>James McNeill Whistler: Exhibition on Screen</w:t>
      </w:r>
    </w:p>
    <w:p w14:paraId="08D07E05" w14:textId="77777777" w:rsidR="00326461" w:rsidRDefault="00326461" w:rsidP="00326461">
      <w:pPr>
        <w:pStyle w:val="NormalWeb"/>
      </w:pPr>
      <w:r>
        <w:rPr>
          <w:rStyle w:val="Strong"/>
        </w:rPr>
        <w:t>In partnership with Fakenham Arts Festival 2026</w:t>
      </w:r>
    </w:p>
    <w:p w14:paraId="417F4AE7" w14:textId="77777777" w:rsidR="00326461" w:rsidRDefault="00326461" w:rsidP="00326461">
      <w:pPr>
        <w:pStyle w:val="NormalWeb"/>
      </w:pPr>
      <w:r>
        <w:t>Explore the life, work and legacy of James McNeill Whistler through his remarkable art and major exhibitions.</w:t>
      </w:r>
    </w:p>
    <w:p w14:paraId="4B694587" w14:textId="77777777" w:rsidR="00326461" w:rsidRDefault="00326461" w:rsidP="00326461">
      <w:pPr>
        <w:pStyle w:val="NormalWeb"/>
      </w:pPr>
      <w:r>
        <w:rPr>
          <w:rStyle w:val="Strong"/>
        </w:rPr>
        <w:t>Approx. runtime: 90 minutes</w:t>
      </w:r>
    </w:p>
    <w:p w14:paraId="209D1C12" w14:textId="77777777" w:rsidR="00326461" w:rsidRDefault="00326461" w:rsidP="00326461">
      <w:pPr>
        <w:pStyle w:val="NormalWeb"/>
      </w:pPr>
      <w:r>
        <w:rPr>
          <w:rStyle w:val="Strong"/>
        </w:rPr>
        <w:t>Release date: 15 September 2026</w:t>
      </w:r>
    </w:p>
    <w:p w14:paraId="464A91B7" w14:textId="77777777" w:rsidR="00326461" w:rsidRDefault="00727624" w:rsidP="00326461">
      <w:r>
        <w:rPr>
          <w:noProof/>
        </w:rPr>
        <w:pict w14:anchorId="560A8453">
          <v:rect id="_x0000_i1031" style="width:0;height:1.5pt" o:hralign="center" o:hrstd="t" o:hr="t" fillcolor="#a0a0a0" stroked="f"/>
        </w:pict>
      </w:r>
    </w:p>
    <w:p w14:paraId="35C4F5A5" w14:textId="77777777" w:rsidR="00326461" w:rsidRDefault="00326461" w:rsidP="00326461">
      <w:pPr>
        <w:pStyle w:val="Heading1"/>
      </w:pPr>
      <w:r>
        <w:t>SATURDAY 3 OCTOBER</w:t>
      </w:r>
    </w:p>
    <w:p w14:paraId="60107E73" w14:textId="77777777" w:rsidR="00326461" w:rsidRDefault="00326461" w:rsidP="00326461">
      <w:pPr>
        <w:pStyle w:val="Heading2"/>
      </w:pPr>
      <w:r>
        <w:t>10.30am–11.45am – Screen 3: Families &amp; Children Showcase</w:t>
      </w:r>
    </w:p>
    <w:p w14:paraId="73CFF4DD" w14:textId="77777777" w:rsidR="00326461" w:rsidRDefault="00326461" w:rsidP="00326461">
      <w:pPr>
        <w:pStyle w:val="NormalWeb"/>
      </w:pPr>
      <w:r>
        <w:t>A lively collection of short films for families and younger audiences, mixing fun, imagination and thoughtful stories.</w:t>
      </w:r>
    </w:p>
    <w:p w14:paraId="0BF1C27E" w14:textId="77777777" w:rsidR="00326461" w:rsidRDefault="00326461" w:rsidP="00326461">
      <w:pPr>
        <w:pStyle w:val="NormalWeb"/>
        <w:numPr>
          <w:ilvl w:val="0"/>
          <w:numId w:val="23"/>
        </w:numPr>
      </w:pPr>
      <w:r>
        <w:rPr>
          <w:rStyle w:val="Emphasis"/>
        </w:rPr>
        <w:lastRenderedPageBreak/>
        <w:t>SpaceBop</w:t>
      </w:r>
    </w:p>
    <w:p w14:paraId="54BF0728" w14:textId="77777777" w:rsidR="00326461" w:rsidRDefault="00326461" w:rsidP="00326461">
      <w:pPr>
        <w:pStyle w:val="NormalWeb"/>
        <w:numPr>
          <w:ilvl w:val="0"/>
          <w:numId w:val="23"/>
        </w:numPr>
      </w:pPr>
      <w:r>
        <w:rPr>
          <w:rStyle w:val="Emphasis"/>
        </w:rPr>
        <w:t>Dyslexia and Me</w:t>
      </w:r>
    </w:p>
    <w:p w14:paraId="3F8269E4" w14:textId="77777777" w:rsidR="00326461" w:rsidRDefault="00326461" w:rsidP="00326461">
      <w:pPr>
        <w:pStyle w:val="NormalWeb"/>
        <w:numPr>
          <w:ilvl w:val="0"/>
          <w:numId w:val="23"/>
        </w:numPr>
      </w:pPr>
      <w:r>
        <w:rPr>
          <w:rStyle w:val="Emphasis"/>
        </w:rPr>
        <w:t>Eddy the Bear</w:t>
      </w:r>
    </w:p>
    <w:p w14:paraId="092519F0" w14:textId="77777777" w:rsidR="00326461" w:rsidRDefault="00326461" w:rsidP="00326461">
      <w:pPr>
        <w:pStyle w:val="NormalWeb"/>
        <w:numPr>
          <w:ilvl w:val="0"/>
          <w:numId w:val="23"/>
        </w:numPr>
      </w:pPr>
      <w:r>
        <w:rPr>
          <w:rStyle w:val="Emphasis"/>
        </w:rPr>
        <w:t>Last Days at the End</w:t>
      </w:r>
    </w:p>
    <w:p w14:paraId="6F60B1F3" w14:textId="77777777" w:rsidR="00326461" w:rsidRDefault="00326461" w:rsidP="00326461">
      <w:pPr>
        <w:pStyle w:val="NormalWeb"/>
        <w:numPr>
          <w:ilvl w:val="0"/>
          <w:numId w:val="23"/>
        </w:numPr>
      </w:pPr>
      <w:r>
        <w:rPr>
          <w:rStyle w:val="Emphasis"/>
        </w:rPr>
        <w:t>Take You With Me</w:t>
      </w:r>
    </w:p>
    <w:p w14:paraId="6B97A618" w14:textId="77777777" w:rsidR="00326461" w:rsidRDefault="00326461" w:rsidP="00326461">
      <w:pPr>
        <w:pStyle w:val="NormalWeb"/>
      </w:pPr>
      <w:r>
        <w:rPr>
          <w:rStyle w:val="Strong"/>
        </w:rPr>
        <w:t>Total film runtime: approx. 45 minutes</w:t>
      </w:r>
    </w:p>
    <w:p w14:paraId="33CBD96F" w14:textId="77777777" w:rsidR="00326461" w:rsidRDefault="00727624" w:rsidP="00326461">
      <w:r>
        <w:rPr>
          <w:noProof/>
        </w:rPr>
        <w:pict w14:anchorId="45EBD509">
          <v:rect id="_x0000_i1030" style="width:0;height:1.5pt" o:hralign="center" o:hrstd="t" o:hr="t" fillcolor="#a0a0a0" stroked="f"/>
        </w:pict>
      </w:r>
    </w:p>
    <w:p w14:paraId="2E6154C3" w14:textId="77777777" w:rsidR="00326461" w:rsidRDefault="00326461" w:rsidP="00326461">
      <w:pPr>
        <w:pStyle w:val="Heading2"/>
      </w:pPr>
      <w:r>
        <w:t>2.00pm – Screen 1: Local Independent Filmmakers Showcase</w:t>
      </w:r>
    </w:p>
    <w:p w14:paraId="66FD83B8" w14:textId="77777777" w:rsidR="00326461" w:rsidRDefault="00326461" w:rsidP="00326461">
      <w:pPr>
        <w:pStyle w:val="NormalWeb"/>
      </w:pPr>
      <w:r>
        <w:t>A selection of independent films before the afternoon feature.</w:t>
      </w:r>
    </w:p>
    <w:p w14:paraId="26B3239B" w14:textId="77777777" w:rsidR="00326461" w:rsidRDefault="00326461" w:rsidP="00326461">
      <w:pPr>
        <w:pStyle w:val="Heading3"/>
      </w:pPr>
      <w:r>
        <w:rPr>
          <w:rStyle w:val="Emphasis"/>
        </w:rPr>
        <w:t>The Courage to Stand Up</w:t>
      </w:r>
    </w:p>
    <w:p w14:paraId="4169AB27" w14:textId="77777777" w:rsidR="00326461" w:rsidRDefault="00326461" w:rsidP="00326461">
      <w:pPr>
        <w:pStyle w:val="NormalWeb"/>
      </w:pPr>
      <w:r>
        <w:rPr>
          <w:rStyle w:val="Strong"/>
        </w:rPr>
        <w:t>Director: Will Glitch</w:t>
      </w:r>
    </w:p>
    <w:p w14:paraId="0DD7D9B4" w14:textId="77777777" w:rsidR="00326461" w:rsidRDefault="00326461" w:rsidP="00326461">
      <w:pPr>
        <w:pStyle w:val="NormalWeb"/>
      </w:pPr>
      <w:r>
        <w:t>Deep in the grassroots world of Britain’s booming stand-up comedy scene, real performers share their stories, aspirations and struggles — both on and off stage.</w:t>
      </w:r>
    </w:p>
    <w:p w14:paraId="2CC77C66" w14:textId="77777777" w:rsidR="00326461" w:rsidRDefault="00326461" w:rsidP="00326461">
      <w:pPr>
        <w:pStyle w:val="Heading3"/>
      </w:pPr>
      <w:r>
        <w:rPr>
          <w:rStyle w:val="Emphasis"/>
        </w:rPr>
        <w:t>Moving Forward</w:t>
      </w:r>
    </w:p>
    <w:p w14:paraId="7BFC1CC2" w14:textId="77777777" w:rsidR="00326461" w:rsidRDefault="00326461" w:rsidP="00326461">
      <w:pPr>
        <w:pStyle w:val="NormalWeb"/>
      </w:pPr>
      <w:r>
        <w:rPr>
          <w:rStyle w:val="Strong"/>
        </w:rPr>
        <w:t>Director: Josie Parrelli</w:t>
      </w:r>
      <w:r>
        <w:br/>
      </w:r>
      <w:r>
        <w:rPr>
          <w:rStyle w:val="Strong"/>
        </w:rPr>
        <w:t>Runtime: 1 minute 27 seconds</w:t>
      </w:r>
    </w:p>
    <w:p w14:paraId="11E8382A" w14:textId="77777777" w:rsidR="00326461" w:rsidRDefault="00326461" w:rsidP="00326461">
      <w:pPr>
        <w:pStyle w:val="NormalWeb"/>
      </w:pPr>
      <w:r>
        <w:t>A short independent film selected for FFF26.</w:t>
      </w:r>
    </w:p>
    <w:p w14:paraId="14BF5623" w14:textId="77777777" w:rsidR="00326461" w:rsidRDefault="00326461" w:rsidP="00326461">
      <w:pPr>
        <w:pStyle w:val="NormalWeb"/>
      </w:pPr>
      <w:r>
        <w:rPr>
          <w:rStyle w:val="Strong"/>
        </w:rPr>
        <w:t>2.30–2.45pm – Intermission</w:t>
      </w:r>
    </w:p>
    <w:p w14:paraId="0B583D02" w14:textId="77777777" w:rsidR="00326461" w:rsidRDefault="00326461" w:rsidP="00326461">
      <w:pPr>
        <w:pStyle w:val="Heading3"/>
      </w:pPr>
      <w:r>
        <w:t>2.45pm – MAIN FEATURE</w:t>
      </w:r>
    </w:p>
    <w:p w14:paraId="5329235B" w14:textId="77777777" w:rsidR="00326461" w:rsidRDefault="00326461" w:rsidP="00326461">
      <w:pPr>
        <w:pStyle w:val="Heading2"/>
      </w:pPr>
      <w:r>
        <w:rPr>
          <w:rStyle w:val="Emphasis"/>
        </w:rPr>
        <w:t>In Love with Alma Cogan</w:t>
      </w:r>
    </w:p>
    <w:p w14:paraId="6C3E4BA6" w14:textId="77777777" w:rsidR="00326461" w:rsidRDefault="00326461" w:rsidP="00326461">
      <w:pPr>
        <w:pStyle w:val="NormalWeb"/>
      </w:pPr>
      <w:r>
        <w:t xml:space="preserve">A warm British drama set around a fading seaside theatre, </w:t>
      </w:r>
      <w:r>
        <w:rPr>
          <w:rStyle w:val="Strong"/>
        </w:rPr>
        <w:t>filmed in Cromer and featuring the town’s famous Pier and Pavilion Theatre</w:t>
      </w:r>
      <w:r>
        <w:t>.</w:t>
      </w:r>
    </w:p>
    <w:p w14:paraId="2CE9073B" w14:textId="77777777" w:rsidR="00326461" w:rsidRDefault="00326461" w:rsidP="00326461">
      <w:pPr>
        <w:pStyle w:val="NormalWeb"/>
      </w:pPr>
      <w:r>
        <w:rPr>
          <w:rStyle w:val="Strong"/>
        </w:rPr>
        <w:t>Selected by Fakenham Film Society.</w:t>
      </w:r>
    </w:p>
    <w:p w14:paraId="02C739E1" w14:textId="77777777" w:rsidR="00326461" w:rsidRDefault="00727624" w:rsidP="00326461">
      <w:r>
        <w:rPr>
          <w:noProof/>
        </w:rPr>
        <w:pict w14:anchorId="652D0B57">
          <v:rect id="_x0000_i1029" style="width:0;height:1.5pt" o:hralign="center" o:hrstd="t" o:hr="t" fillcolor="#a0a0a0" stroked="f"/>
        </w:pict>
      </w:r>
    </w:p>
    <w:p w14:paraId="30041F3E" w14:textId="77777777" w:rsidR="00326461" w:rsidRDefault="00326461" w:rsidP="00326461">
      <w:pPr>
        <w:pStyle w:val="Heading2"/>
      </w:pPr>
      <w:r>
        <w:t>6.45pm – Screen 1: Local Independent Filmmakers Showcase</w:t>
      </w:r>
    </w:p>
    <w:p w14:paraId="292F5156" w14:textId="77777777" w:rsidR="00326461" w:rsidRDefault="00326461" w:rsidP="00326461">
      <w:pPr>
        <w:pStyle w:val="NormalWeb"/>
        <w:numPr>
          <w:ilvl w:val="0"/>
          <w:numId w:val="24"/>
        </w:numPr>
      </w:pPr>
      <w:r>
        <w:rPr>
          <w:rStyle w:val="Emphasis"/>
        </w:rPr>
        <w:t>Let Them Eat Cake</w:t>
      </w:r>
    </w:p>
    <w:p w14:paraId="1750297C" w14:textId="77777777" w:rsidR="00326461" w:rsidRDefault="00326461" w:rsidP="00326461">
      <w:pPr>
        <w:pStyle w:val="NormalWeb"/>
        <w:numPr>
          <w:ilvl w:val="0"/>
          <w:numId w:val="24"/>
        </w:numPr>
      </w:pPr>
      <w:r>
        <w:rPr>
          <w:rStyle w:val="Emphasis"/>
        </w:rPr>
        <w:t>AF Film</w:t>
      </w:r>
    </w:p>
    <w:p w14:paraId="79543A55" w14:textId="77777777" w:rsidR="00326461" w:rsidRDefault="00326461" w:rsidP="00326461">
      <w:pPr>
        <w:pStyle w:val="NormalWeb"/>
      </w:pPr>
      <w:r>
        <w:rPr>
          <w:rStyle w:val="Strong"/>
        </w:rPr>
        <w:t>7.15–7.30pm – Intermission</w:t>
      </w:r>
    </w:p>
    <w:p w14:paraId="2F4EC93D" w14:textId="77777777" w:rsidR="00326461" w:rsidRDefault="00326461" w:rsidP="00326461">
      <w:pPr>
        <w:pStyle w:val="Heading3"/>
      </w:pPr>
      <w:r>
        <w:lastRenderedPageBreak/>
        <w:t>7.30pm – MAIN FEATURE</w:t>
      </w:r>
    </w:p>
    <w:p w14:paraId="7C8AF476" w14:textId="77777777" w:rsidR="00326461" w:rsidRDefault="00326461" w:rsidP="00326461">
      <w:pPr>
        <w:pStyle w:val="Heading2"/>
      </w:pPr>
      <w:r>
        <w:rPr>
          <w:rStyle w:val="Emphasis"/>
        </w:rPr>
        <w:t>Bright Young Things</w:t>
      </w:r>
    </w:p>
    <w:p w14:paraId="79D141C2" w14:textId="77777777" w:rsidR="00326461" w:rsidRDefault="00326461" w:rsidP="00326461">
      <w:pPr>
        <w:pStyle w:val="NormalWeb"/>
      </w:pPr>
      <w:r>
        <w:t xml:space="preserve">A stylish and witty portrait of the rebellious </w:t>
      </w:r>
      <w:r>
        <w:rPr>
          <w:rStyle w:val="Strong"/>
        </w:rPr>
        <w:t>Bright Young Things</w:t>
      </w:r>
      <w:r>
        <w:t xml:space="preserve"> of 1920s London, directed by </w:t>
      </w:r>
      <w:r>
        <w:rPr>
          <w:rStyle w:val="Strong"/>
        </w:rPr>
        <w:t>Norfolk-born Stephen Fry</w:t>
      </w:r>
      <w:r>
        <w:t>.</w:t>
      </w:r>
    </w:p>
    <w:p w14:paraId="6BD4A915" w14:textId="77777777" w:rsidR="00326461" w:rsidRDefault="00727624" w:rsidP="00326461">
      <w:r>
        <w:rPr>
          <w:noProof/>
        </w:rPr>
        <w:pict w14:anchorId="001D99D6">
          <v:rect id="_x0000_i1028" style="width:0;height:1.5pt" o:hralign="center" o:hrstd="t" o:hr="t" fillcolor="#a0a0a0" stroked="f"/>
        </w:pict>
      </w:r>
    </w:p>
    <w:p w14:paraId="58678356" w14:textId="77777777" w:rsidR="00326461" w:rsidRDefault="00326461" w:rsidP="00326461">
      <w:pPr>
        <w:pStyle w:val="Heading2"/>
      </w:pPr>
      <w:r>
        <w:t>10.00pm – Screen 3: Dark, Edgy &amp; Horror Showcase</w:t>
      </w:r>
    </w:p>
    <w:p w14:paraId="16266C10" w14:textId="77777777" w:rsidR="00326461" w:rsidRDefault="00326461" w:rsidP="00326461">
      <w:pPr>
        <w:pStyle w:val="NormalWeb"/>
      </w:pPr>
      <w:r>
        <w:t>A late-night collection of darker and edgier short films exploring horror, suspense and more adult themes.</w:t>
      </w:r>
    </w:p>
    <w:p w14:paraId="5B0C51EA" w14:textId="77777777" w:rsidR="00326461" w:rsidRDefault="00326461" w:rsidP="00326461">
      <w:pPr>
        <w:pStyle w:val="NormalWeb"/>
        <w:numPr>
          <w:ilvl w:val="0"/>
          <w:numId w:val="25"/>
        </w:numPr>
      </w:pPr>
      <w:r>
        <w:rPr>
          <w:rStyle w:val="Emphasis"/>
        </w:rPr>
        <w:t>Dead Air</w:t>
      </w:r>
    </w:p>
    <w:p w14:paraId="02AF6F61" w14:textId="77777777" w:rsidR="00326461" w:rsidRDefault="00326461" w:rsidP="00326461">
      <w:pPr>
        <w:pStyle w:val="NormalWeb"/>
        <w:numPr>
          <w:ilvl w:val="0"/>
          <w:numId w:val="25"/>
        </w:numPr>
      </w:pPr>
      <w:r>
        <w:rPr>
          <w:rStyle w:val="Emphasis"/>
        </w:rPr>
        <w:t>In Hot Water</w:t>
      </w:r>
    </w:p>
    <w:p w14:paraId="1F5088E6" w14:textId="77777777" w:rsidR="00326461" w:rsidRDefault="00326461" w:rsidP="00326461">
      <w:pPr>
        <w:pStyle w:val="NormalWeb"/>
        <w:numPr>
          <w:ilvl w:val="0"/>
          <w:numId w:val="25"/>
        </w:numPr>
      </w:pPr>
      <w:r>
        <w:rPr>
          <w:rStyle w:val="Emphasis"/>
        </w:rPr>
        <w:t>Sapling</w:t>
      </w:r>
    </w:p>
    <w:p w14:paraId="6FA09CEC" w14:textId="77777777" w:rsidR="00326461" w:rsidRDefault="00326461" w:rsidP="00326461">
      <w:pPr>
        <w:pStyle w:val="NormalWeb"/>
        <w:numPr>
          <w:ilvl w:val="0"/>
          <w:numId w:val="25"/>
        </w:numPr>
      </w:pPr>
      <w:r>
        <w:rPr>
          <w:rStyle w:val="Emphasis"/>
        </w:rPr>
        <w:t>The Dying Knight</w:t>
      </w:r>
    </w:p>
    <w:p w14:paraId="7FB0F182" w14:textId="77777777" w:rsidR="00326461" w:rsidRDefault="00326461" w:rsidP="00326461">
      <w:pPr>
        <w:pStyle w:val="NormalWeb"/>
        <w:numPr>
          <w:ilvl w:val="0"/>
          <w:numId w:val="25"/>
        </w:numPr>
      </w:pPr>
      <w:r>
        <w:rPr>
          <w:rStyle w:val="Emphasis"/>
        </w:rPr>
        <w:t>Potwash</w:t>
      </w:r>
    </w:p>
    <w:p w14:paraId="422DF818" w14:textId="77777777" w:rsidR="00326461" w:rsidRDefault="00326461" w:rsidP="00326461">
      <w:pPr>
        <w:pStyle w:val="NormalWeb"/>
      </w:pPr>
      <w:r>
        <w:rPr>
          <w:rStyle w:val="Strong"/>
        </w:rPr>
        <w:t>Total runtime: approx. 1 hr 17 mins</w:t>
      </w:r>
    </w:p>
    <w:p w14:paraId="789391E6" w14:textId="77777777" w:rsidR="00326461" w:rsidRDefault="00326461" w:rsidP="00326461">
      <w:pPr>
        <w:pStyle w:val="NormalWeb"/>
      </w:pPr>
      <w:r>
        <w:rPr>
          <w:rStyle w:val="Strong"/>
        </w:rPr>
        <w:t>Approx. finish: 11.20pm</w:t>
      </w:r>
    </w:p>
    <w:p w14:paraId="505114F2" w14:textId="77777777" w:rsidR="00326461" w:rsidRDefault="00727624" w:rsidP="00326461">
      <w:r>
        <w:rPr>
          <w:noProof/>
        </w:rPr>
        <w:pict w14:anchorId="0273DD3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19D736F" w14:textId="77777777" w:rsidR="00326461" w:rsidRDefault="00326461" w:rsidP="00326461">
      <w:pPr>
        <w:pStyle w:val="Heading1"/>
      </w:pPr>
      <w:r>
        <w:t>SUNDAY 4 OCTOBER</w:t>
      </w:r>
    </w:p>
    <w:p w14:paraId="20625C44" w14:textId="77777777" w:rsidR="00326461" w:rsidRDefault="00326461" w:rsidP="00326461">
      <w:pPr>
        <w:pStyle w:val="Heading2"/>
      </w:pPr>
      <w:r>
        <w:t>2.00pm–4.00pm – FFF26 Short Film Showcase</w:t>
      </w:r>
    </w:p>
    <w:p w14:paraId="787A689A" w14:textId="77777777" w:rsidR="00326461" w:rsidRDefault="00326461" w:rsidP="00326461">
      <w:pPr>
        <w:pStyle w:val="NormalWeb"/>
      </w:pPr>
      <w:r>
        <w:t>A varied programme of short films exploring local stories, people, places and ideas.</w:t>
      </w:r>
    </w:p>
    <w:p w14:paraId="0B0BDC3A" w14:textId="77777777" w:rsidR="00326461" w:rsidRDefault="00326461" w:rsidP="00326461">
      <w:pPr>
        <w:pStyle w:val="NormalWeb"/>
        <w:numPr>
          <w:ilvl w:val="0"/>
          <w:numId w:val="26"/>
        </w:numPr>
      </w:pPr>
      <w:r>
        <w:rPr>
          <w:rStyle w:val="Emphasis"/>
        </w:rPr>
        <w:t>Creative Differences</w:t>
      </w:r>
    </w:p>
    <w:p w14:paraId="610C4F58" w14:textId="77777777" w:rsidR="00326461" w:rsidRDefault="00326461" w:rsidP="00326461">
      <w:pPr>
        <w:pStyle w:val="NormalWeb"/>
        <w:numPr>
          <w:ilvl w:val="0"/>
          <w:numId w:val="26"/>
        </w:numPr>
      </w:pPr>
      <w:r>
        <w:rPr>
          <w:rStyle w:val="Emphasis"/>
        </w:rPr>
        <w:t>The Cockle Story</w:t>
      </w:r>
    </w:p>
    <w:p w14:paraId="304CDE9A" w14:textId="77777777" w:rsidR="00326461" w:rsidRDefault="00326461" w:rsidP="00326461">
      <w:pPr>
        <w:pStyle w:val="NormalWeb"/>
        <w:numPr>
          <w:ilvl w:val="0"/>
          <w:numId w:val="26"/>
        </w:numPr>
      </w:pPr>
      <w:r>
        <w:rPr>
          <w:rStyle w:val="Emphasis"/>
        </w:rPr>
        <w:t>Memoir</w:t>
      </w:r>
    </w:p>
    <w:p w14:paraId="1004888C" w14:textId="77777777" w:rsidR="00326461" w:rsidRDefault="00326461" w:rsidP="00326461">
      <w:pPr>
        <w:pStyle w:val="NormalWeb"/>
        <w:numPr>
          <w:ilvl w:val="0"/>
          <w:numId w:val="26"/>
        </w:numPr>
      </w:pPr>
      <w:r>
        <w:rPr>
          <w:rStyle w:val="Emphasis"/>
        </w:rPr>
        <w:t>Time That Ticks</w:t>
      </w:r>
    </w:p>
    <w:p w14:paraId="18F72B18" w14:textId="77777777" w:rsidR="00326461" w:rsidRDefault="00326461" w:rsidP="00326461">
      <w:pPr>
        <w:pStyle w:val="NormalWeb"/>
        <w:numPr>
          <w:ilvl w:val="0"/>
          <w:numId w:val="26"/>
        </w:numPr>
      </w:pPr>
      <w:r>
        <w:rPr>
          <w:rStyle w:val="Emphasis"/>
        </w:rPr>
        <w:t>Plant Community</w:t>
      </w:r>
    </w:p>
    <w:p w14:paraId="5D3CEF17" w14:textId="77777777" w:rsidR="00326461" w:rsidRDefault="00326461" w:rsidP="00326461">
      <w:pPr>
        <w:pStyle w:val="NormalWeb"/>
        <w:numPr>
          <w:ilvl w:val="0"/>
          <w:numId w:val="26"/>
        </w:numPr>
      </w:pPr>
      <w:r>
        <w:rPr>
          <w:rStyle w:val="Emphasis"/>
        </w:rPr>
        <w:t>A Town Like Diss</w:t>
      </w:r>
    </w:p>
    <w:p w14:paraId="05AD281D" w14:textId="77777777" w:rsidR="00326461" w:rsidRDefault="00326461" w:rsidP="00326461">
      <w:pPr>
        <w:pStyle w:val="NormalWeb"/>
      </w:pPr>
      <w:r>
        <w:rPr>
          <w:rStyle w:val="Strong"/>
        </w:rPr>
        <w:t>Total runtime: approx. 2 hrs 17 mins</w:t>
      </w:r>
    </w:p>
    <w:p w14:paraId="5EE8A372" w14:textId="77777777" w:rsidR="00326461" w:rsidRDefault="00727624" w:rsidP="00326461">
      <w:r>
        <w:rPr>
          <w:noProof/>
        </w:rPr>
        <w:pict w14:anchorId="56810372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DD32E1F" w14:textId="77777777" w:rsidR="00326461" w:rsidRDefault="00326461" w:rsidP="00326461">
      <w:pPr>
        <w:pStyle w:val="Heading1"/>
      </w:pPr>
      <w:r>
        <w:t>6.15pm – Red Carpet Event</w:t>
      </w:r>
    </w:p>
    <w:p w14:paraId="499D2FB5" w14:textId="77777777" w:rsidR="00326461" w:rsidRDefault="00326461" w:rsidP="00326461">
      <w:pPr>
        <w:pStyle w:val="NormalWeb"/>
      </w:pPr>
      <w:r>
        <w:t>Join us for a relaxed and celebratory start to the festival finale, with live music, refreshments, red carpet photographs and an opportunity for filmmakers, audiences and guests to meet and mingle.</w:t>
      </w:r>
    </w:p>
    <w:p w14:paraId="2E3C016E" w14:textId="77777777" w:rsidR="00326461" w:rsidRDefault="00326461" w:rsidP="00326461">
      <w:pPr>
        <w:pStyle w:val="NormalWeb"/>
      </w:pPr>
      <w:r>
        <w:lastRenderedPageBreak/>
        <w:t xml:space="preserve">The cake will be cut by our special guest </w:t>
      </w:r>
      <w:r>
        <w:rPr>
          <w:rStyle w:val="Strong"/>
        </w:rPr>
        <w:t>Tim Aldiss</w:t>
      </w:r>
      <w:r>
        <w:t>, in recognition of the long-standing support Aldiss has given to Active Fakenham and our community events.</w:t>
      </w:r>
    </w:p>
    <w:p w14:paraId="4F0FA829" w14:textId="77777777" w:rsidR="00326461" w:rsidRDefault="00326461" w:rsidP="00326461">
      <w:pPr>
        <w:pStyle w:val="NormalWeb"/>
      </w:pPr>
      <w:r>
        <w:t xml:space="preserve">Photography will be by </w:t>
      </w:r>
      <w:r>
        <w:rPr>
          <w:rStyle w:val="Strong"/>
        </w:rPr>
        <w:t>Hannah Brodie Photography and Videography</w:t>
      </w:r>
      <w:r>
        <w:t xml:space="preserve">, with live music from </w:t>
      </w:r>
      <w:r>
        <w:rPr>
          <w:rStyle w:val="Strong"/>
        </w:rPr>
        <w:t>Kerry Selwyn</w:t>
      </w:r>
      <w:r>
        <w:t>.</w:t>
      </w:r>
    </w:p>
    <w:p w14:paraId="26B30683" w14:textId="77777777" w:rsidR="00326461" w:rsidRDefault="00727624" w:rsidP="00326461">
      <w:r>
        <w:rPr>
          <w:noProof/>
        </w:rPr>
        <w:pict w14:anchorId="6A78A0F5">
          <v:rect id="_x0000_i1025" style="width:0;height:1.5pt" o:hralign="center" o:hrstd="t" o:hr="t" fillcolor="#a0a0a0" stroked="f"/>
        </w:pict>
      </w:r>
    </w:p>
    <w:p w14:paraId="3D0D8C5B" w14:textId="77777777" w:rsidR="00326461" w:rsidRDefault="00326461" w:rsidP="00326461">
      <w:pPr>
        <w:pStyle w:val="Heading1"/>
      </w:pPr>
      <w:r>
        <w:t>7.30pm – FFF26 Awards &amp; Competition Film Showcase</w:t>
      </w:r>
    </w:p>
    <w:p w14:paraId="4BCE64D0" w14:textId="77777777" w:rsidR="00326461" w:rsidRDefault="00326461" w:rsidP="00326461">
      <w:pPr>
        <w:pStyle w:val="NormalWeb"/>
      </w:pPr>
      <w:r>
        <w:t xml:space="preserve">Our nine competition short films take centre stage, followed by the announcement of the </w:t>
      </w:r>
      <w:r>
        <w:rPr>
          <w:rStyle w:val="Strong"/>
        </w:rPr>
        <w:t>Fakenham Film Festival 2026 competition winners</w:t>
      </w:r>
      <w:r>
        <w:t>.</w:t>
      </w:r>
    </w:p>
    <w:p w14:paraId="47FE4CAA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Eddy the Bear</w:t>
      </w:r>
    </w:p>
    <w:p w14:paraId="01CFEC14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Pearl and Pomegranate</w:t>
      </w:r>
    </w:p>
    <w:p w14:paraId="20A07856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Last Days at the End</w:t>
      </w:r>
    </w:p>
    <w:p w14:paraId="47353025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Dyslexia and Me</w:t>
      </w:r>
    </w:p>
    <w:p w14:paraId="5E84CF0F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Superesse</w:t>
      </w:r>
    </w:p>
    <w:p w14:paraId="28086790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Behind Closed Doors</w:t>
      </w:r>
    </w:p>
    <w:p w14:paraId="6579D57A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A Good Landlord</w:t>
      </w:r>
    </w:p>
    <w:p w14:paraId="0DFFA52E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Bubbles</w:t>
      </w:r>
    </w:p>
    <w:p w14:paraId="237092DB" w14:textId="77777777" w:rsidR="00326461" w:rsidRDefault="00326461" w:rsidP="00326461">
      <w:pPr>
        <w:pStyle w:val="NormalWeb"/>
        <w:numPr>
          <w:ilvl w:val="0"/>
          <w:numId w:val="27"/>
        </w:numPr>
      </w:pPr>
      <w:r>
        <w:rPr>
          <w:rStyle w:val="Emphasis"/>
        </w:rPr>
        <w:t>In Hot Water</w:t>
      </w:r>
    </w:p>
    <w:p w14:paraId="30BE976D" w14:textId="77777777" w:rsidR="00326461" w:rsidRDefault="00326461" w:rsidP="00326461">
      <w:pPr>
        <w:pStyle w:val="NormalWeb"/>
      </w:pPr>
      <w:r>
        <w:rPr>
          <w:rStyle w:val="Strong"/>
        </w:rPr>
        <w:t>Total film runtime: approx. 1 hr 6 mins</w:t>
      </w:r>
    </w:p>
    <w:p w14:paraId="1AC40F76" w14:textId="77777777" w:rsidR="00326461" w:rsidRDefault="00326461" w:rsidP="00326461">
      <w:pPr>
        <w:pStyle w:val="NormalWeb"/>
      </w:pPr>
      <w:r>
        <w:t>The evening celebrates filmmakers from Norfolk and beyond and brings FFF26 to a fitting close.</w:t>
      </w:r>
    </w:p>
    <w:p w14:paraId="6E91D3B1" w14:textId="77777777" w:rsidR="00326461" w:rsidRDefault="00326461" w:rsidP="00326461">
      <w:pPr>
        <w:pStyle w:val="NormalWeb"/>
      </w:pPr>
      <w:r>
        <w:rPr>
          <w:rStyle w:val="Strong"/>
        </w:rPr>
        <w:t>A celebration of film, filmmaking and local creativity.</w:t>
      </w:r>
    </w:p>
    <w:p w14:paraId="4FB34E45" w14:textId="77777777" w:rsidR="00326461" w:rsidRPr="00326461" w:rsidRDefault="00326461" w:rsidP="00D40487">
      <w:pPr>
        <w:pStyle w:val="FeatureTitle"/>
        <w:rPr>
          <w:lang w:val="en-GB"/>
        </w:rPr>
      </w:pPr>
    </w:p>
    <w:sectPr w:rsidR="00326461" w:rsidRPr="00326461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809DED" w14:textId="77777777" w:rsidR="00727624" w:rsidRDefault="00727624">
      <w:pPr>
        <w:spacing w:after="0" w:line="240" w:lineRule="auto"/>
      </w:pPr>
      <w:r>
        <w:separator/>
      </w:r>
    </w:p>
  </w:endnote>
  <w:endnote w:type="continuationSeparator" w:id="0">
    <w:p w14:paraId="1C7632F1" w14:textId="77777777" w:rsidR="00727624" w:rsidRDefault="0072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176F46" w14:textId="77777777" w:rsidR="00CB2EE8" w:rsidRDefault="006C2E4B">
    <w:pPr>
      <w:pStyle w:val="Footer"/>
      <w:jc w:val="center"/>
    </w:pPr>
    <w:r>
      <w:rPr>
        <w:color w:val="666666"/>
        <w:sz w:val="16"/>
      </w:rPr>
      <w:t>Active Fakenham • FFF26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AF9A09" w14:textId="77777777" w:rsidR="00727624" w:rsidRDefault="00727624">
      <w:pPr>
        <w:spacing w:after="0" w:line="240" w:lineRule="auto"/>
      </w:pPr>
      <w:r>
        <w:separator/>
      </w:r>
    </w:p>
  </w:footnote>
  <w:footnote w:type="continuationSeparator" w:id="0">
    <w:p w14:paraId="5FC340E3" w14:textId="77777777" w:rsidR="00727624" w:rsidRDefault="00727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857914" w14:textId="77777777" w:rsidR="00CB2EE8" w:rsidRDefault="006C2E4B">
    <w:pPr>
      <w:pStyle w:val="Header"/>
      <w:jc w:val="right"/>
    </w:pPr>
    <w:r>
      <w:rPr>
        <w:color w:val="666666"/>
        <w:sz w:val="16"/>
      </w:rPr>
      <w:t>FFF26 • Fakenham Film Festival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27298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0D363C"/>
    <w:multiLevelType w:val="multilevel"/>
    <w:tmpl w:val="C8CA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E742DC"/>
    <w:multiLevelType w:val="multilevel"/>
    <w:tmpl w:val="7F32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958D8"/>
    <w:multiLevelType w:val="multilevel"/>
    <w:tmpl w:val="31EE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564CA9"/>
    <w:multiLevelType w:val="multilevel"/>
    <w:tmpl w:val="658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171503"/>
    <w:multiLevelType w:val="multilevel"/>
    <w:tmpl w:val="A580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95552"/>
    <w:multiLevelType w:val="multilevel"/>
    <w:tmpl w:val="C702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4F12E2"/>
    <w:multiLevelType w:val="multilevel"/>
    <w:tmpl w:val="1CA6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5535D"/>
    <w:multiLevelType w:val="multilevel"/>
    <w:tmpl w:val="B5C6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F14E2C"/>
    <w:multiLevelType w:val="multilevel"/>
    <w:tmpl w:val="6FFC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B818C6"/>
    <w:multiLevelType w:val="multilevel"/>
    <w:tmpl w:val="33A2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B33ECF"/>
    <w:multiLevelType w:val="multilevel"/>
    <w:tmpl w:val="9AE8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0174ED"/>
    <w:multiLevelType w:val="multilevel"/>
    <w:tmpl w:val="F2D4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7656D8"/>
    <w:multiLevelType w:val="multilevel"/>
    <w:tmpl w:val="EA40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C4037"/>
    <w:multiLevelType w:val="multilevel"/>
    <w:tmpl w:val="6C2A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332BD8"/>
    <w:multiLevelType w:val="multilevel"/>
    <w:tmpl w:val="8A3A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745E8A"/>
    <w:multiLevelType w:val="multilevel"/>
    <w:tmpl w:val="1E60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B45AA9"/>
    <w:multiLevelType w:val="multilevel"/>
    <w:tmpl w:val="7FDC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432B63"/>
    <w:multiLevelType w:val="multilevel"/>
    <w:tmpl w:val="4756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8916350">
    <w:abstractNumId w:val="8"/>
  </w:num>
  <w:num w:numId="2" w16cid:durableId="694312815">
    <w:abstractNumId w:val="6"/>
  </w:num>
  <w:num w:numId="3" w16cid:durableId="1181889493">
    <w:abstractNumId w:val="5"/>
  </w:num>
  <w:num w:numId="4" w16cid:durableId="760641730">
    <w:abstractNumId w:val="4"/>
  </w:num>
  <w:num w:numId="5" w16cid:durableId="690183502">
    <w:abstractNumId w:val="7"/>
  </w:num>
  <w:num w:numId="6" w16cid:durableId="820004385">
    <w:abstractNumId w:val="3"/>
  </w:num>
  <w:num w:numId="7" w16cid:durableId="1467355196">
    <w:abstractNumId w:val="2"/>
  </w:num>
  <w:num w:numId="8" w16cid:durableId="1485926990">
    <w:abstractNumId w:val="1"/>
  </w:num>
  <w:num w:numId="9" w16cid:durableId="421687194">
    <w:abstractNumId w:val="0"/>
  </w:num>
  <w:num w:numId="10" w16cid:durableId="1869218547">
    <w:abstractNumId w:val="24"/>
  </w:num>
  <w:num w:numId="11" w16cid:durableId="1401635605">
    <w:abstractNumId w:val="21"/>
  </w:num>
  <w:num w:numId="12" w16cid:durableId="1047728976">
    <w:abstractNumId w:val="17"/>
  </w:num>
  <w:num w:numId="13" w16cid:durableId="741680198">
    <w:abstractNumId w:val="13"/>
  </w:num>
  <w:num w:numId="14" w16cid:durableId="2145846817">
    <w:abstractNumId w:val="23"/>
  </w:num>
  <w:num w:numId="15" w16cid:durableId="810514143">
    <w:abstractNumId w:val="22"/>
  </w:num>
  <w:num w:numId="16" w16cid:durableId="246040067">
    <w:abstractNumId w:val="12"/>
  </w:num>
  <w:num w:numId="17" w16cid:durableId="283082640">
    <w:abstractNumId w:val="14"/>
  </w:num>
  <w:num w:numId="18" w16cid:durableId="425421884">
    <w:abstractNumId w:val="9"/>
  </w:num>
  <w:num w:numId="19" w16cid:durableId="50273022">
    <w:abstractNumId w:val="10"/>
  </w:num>
  <w:num w:numId="20" w16cid:durableId="1157913222">
    <w:abstractNumId w:val="15"/>
  </w:num>
  <w:num w:numId="21" w16cid:durableId="971059068">
    <w:abstractNumId w:val="11"/>
  </w:num>
  <w:num w:numId="22" w16cid:durableId="816722368">
    <w:abstractNumId w:val="20"/>
  </w:num>
  <w:num w:numId="23" w16cid:durableId="369494207">
    <w:abstractNumId w:val="18"/>
  </w:num>
  <w:num w:numId="24" w16cid:durableId="246765712">
    <w:abstractNumId w:val="16"/>
  </w:num>
  <w:num w:numId="25" w16cid:durableId="1743990615">
    <w:abstractNumId w:val="26"/>
  </w:num>
  <w:num w:numId="26" w16cid:durableId="1792940582">
    <w:abstractNumId w:val="25"/>
  </w:num>
  <w:num w:numId="27" w16cid:durableId="1710040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C84"/>
    <w:rsid w:val="0006063C"/>
    <w:rsid w:val="0009188E"/>
    <w:rsid w:val="000938FE"/>
    <w:rsid w:val="000C03F3"/>
    <w:rsid w:val="000C633B"/>
    <w:rsid w:val="000D362E"/>
    <w:rsid w:val="000F35BD"/>
    <w:rsid w:val="0015074B"/>
    <w:rsid w:val="001763F5"/>
    <w:rsid w:val="00183615"/>
    <w:rsid w:val="001972F9"/>
    <w:rsid w:val="001B55E1"/>
    <w:rsid w:val="001C6944"/>
    <w:rsid w:val="001D4C60"/>
    <w:rsid w:val="002050F1"/>
    <w:rsid w:val="00206FF9"/>
    <w:rsid w:val="00254C1C"/>
    <w:rsid w:val="00254F29"/>
    <w:rsid w:val="0029639D"/>
    <w:rsid w:val="00315E0A"/>
    <w:rsid w:val="00326461"/>
    <w:rsid w:val="00326F90"/>
    <w:rsid w:val="003429A7"/>
    <w:rsid w:val="003608BB"/>
    <w:rsid w:val="00397450"/>
    <w:rsid w:val="0042563A"/>
    <w:rsid w:val="004A48AE"/>
    <w:rsid w:val="00527891"/>
    <w:rsid w:val="00575962"/>
    <w:rsid w:val="00597CAF"/>
    <w:rsid w:val="005A3CBA"/>
    <w:rsid w:val="005E01C3"/>
    <w:rsid w:val="0064280B"/>
    <w:rsid w:val="006B484F"/>
    <w:rsid w:val="006C2E4B"/>
    <w:rsid w:val="0072165D"/>
    <w:rsid w:val="00727624"/>
    <w:rsid w:val="007F04D7"/>
    <w:rsid w:val="00825DC8"/>
    <w:rsid w:val="00873F47"/>
    <w:rsid w:val="008A3E3E"/>
    <w:rsid w:val="00952690"/>
    <w:rsid w:val="009774D6"/>
    <w:rsid w:val="00A06240"/>
    <w:rsid w:val="00A6386B"/>
    <w:rsid w:val="00A768ED"/>
    <w:rsid w:val="00AA1D8D"/>
    <w:rsid w:val="00AB3C69"/>
    <w:rsid w:val="00AD42B7"/>
    <w:rsid w:val="00B15C8D"/>
    <w:rsid w:val="00B47730"/>
    <w:rsid w:val="00B75B90"/>
    <w:rsid w:val="00C460D4"/>
    <w:rsid w:val="00C8347D"/>
    <w:rsid w:val="00C95099"/>
    <w:rsid w:val="00CA03E3"/>
    <w:rsid w:val="00CB0664"/>
    <w:rsid w:val="00CB2EE8"/>
    <w:rsid w:val="00D40487"/>
    <w:rsid w:val="00D433A3"/>
    <w:rsid w:val="00D66CB4"/>
    <w:rsid w:val="00E3305E"/>
    <w:rsid w:val="00E4328F"/>
    <w:rsid w:val="00E6769F"/>
    <w:rsid w:val="00E800C1"/>
    <w:rsid w:val="00E95420"/>
    <w:rsid w:val="00EB21C9"/>
    <w:rsid w:val="00EB60C3"/>
    <w:rsid w:val="00F32A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1435BB3-8C42-5545-A4E6-8D31DB4D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estivalTitle">
    <w:name w:val="Festival Title"/>
    <w:pPr>
      <w:spacing w:after="80"/>
    </w:pPr>
    <w:rPr>
      <w:rFonts w:ascii="Aptos Display" w:hAnsi="Aptos Display"/>
      <w:b/>
      <w:color w:val="203864"/>
      <w:sz w:val="48"/>
    </w:rPr>
  </w:style>
  <w:style w:type="paragraph" w:customStyle="1" w:styleId="FestivalDates">
    <w:name w:val="Festival Dates"/>
    <w:rPr>
      <w:rFonts w:ascii="Aptos" w:hAnsi="Aptos"/>
      <w:b/>
      <w:color w:val="B07D2B"/>
      <w:sz w:val="24"/>
    </w:rPr>
  </w:style>
  <w:style w:type="paragraph" w:customStyle="1" w:styleId="DayHeading">
    <w:name w:val="Day Heading"/>
    <w:pPr>
      <w:keepNext/>
      <w:spacing w:before="160"/>
    </w:pPr>
    <w:rPr>
      <w:rFonts w:ascii="Aptos Display" w:hAnsi="Aptos Display"/>
      <w:b/>
      <w:color w:val="203864"/>
      <w:sz w:val="36"/>
    </w:rPr>
  </w:style>
  <w:style w:type="paragraph" w:customStyle="1" w:styleId="EventHeading">
    <w:name w:val="Event Heading"/>
    <w:pPr>
      <w:keepNext/>
      <w:spacing w:before="140" w:after="60"/>
    </w:pPr>
    <w:rPr>
      <w:rFonts w:ascii="Aptos" w:hAnsi="Aptos"/>
      <w:b/>
      <w:color w:val="203864"/>
      <w:sz w:val="25"/>
    </w:rPr>
  </w:style>
  <w:style w:type="paragraph" w:customStyle="1" w:styleId="MainFeatureLabel">
    <w:name w:val="Main Feature Label"/>
    <w:pPr>
      <w:keepNext/>
      <w:spacing w:before="160" w:after="20"/>
    </w:pPr>
    <w:rPr>
      <w:rFonts w:ascii="Aptos" w:hAnsi="Aptos"/>
      <w:b/>
      <w:color w:val="B07D2B"/>
      <w:sz w:val="21"/>
    </w:rPr>
  </w:style>
  <w:style w:type="paragraph" w:customStyle="1" w:styleId="FeatureTitle">
    <w:name w:val="Feature Title"/>
    <w:pPr>
      <w:spacing w:after="100"/>
    </w:pPr>
    <w:rPr>
      <w:rFonts w:ascii="Aptos Display" w:hAnsi="Aptos Display"/>
      <w:b/>
      <w:color w:val="222222"/>
      <w:sz w:val="30"/>
    </w:rPr>
  </w:style>
  <w:style w:type="paragraph" w:customStyle="1" w:styleId="SmallNote">
    <w:name w:val="Small Note"/>
    <w:pPr>
      <w:spacing w:after="60"/>
    </w:pPr>
    <w:rPr>
      <w:rFonts w:ascii="Aptos" w:hAnsi="Aptos"/>
      <w:color w:val="666666"/>
      <w:sz w:val="18"/>
    </w:rPr>
  </w:style>
  <w:style w:type="paragraph" w:styleId="NormalWeb">
    <w:name w:val="Normal (Web)"/>
    <w:basedOn w:val="Normal"/>
    <w:uiPriority w:val="99"/>
    <w:unhideWhenUsed/>
    <w:rsid w:val="00D4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dq2pgselectionanchorcontainer">
    <w:name w:val="pdq2pg_selectionanchorcontainer"/>
    <w:basedOn w:val="Normal"/>
    <w:rsid w:val="008A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758</Words>
  <Characters>4242</Characters>
  <Application>Microsoft Office Word</Application>
  <DocSecurity>0</DocSecurity>
  <Lines>132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Richard Crook</cp:lastModifiedBy>
  <cp:revision>5</cp:revision>
  <cp:lastPrinted>2026-09-04T16:03:00Z</cp:lastPrinted>
  <dcterms:created xsi:type="dcterms:W3CDTF">2026-09-13T17:36:00Z</dcterms:created>
  <dcterms:modified xsi:type="dcterms:W3CDTF">2026-09-13T17:40:00Z</dcterms:modified>
  <cp:category/>
</cp:coreProperties>
</file>