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pPr w:leftFromText="180" w:rightFromText="180" w:horzAnchor="margin" w:tblpXSpec="right" w:tblpY="-4048"/>
        <w:tblW w:w="0" w:type="auto"/>
        <w:tblLayout w:type="fixed"/>
        <w:tblLook w:val="04A0" w:firstRow="1" w:lastRow="0" w:firstColumn="1" w:lastColumn="0" w:noHBand="0" w:noVBand="1"/>
      </w:tblPr>
      <w:tblGrid>
        <w:gridCol w:w="1700"/>
        <w:gridCol w:w="8350"/>
      </w:tblGrid>
      <w:tr w:rsidR="00561B56" w14:paraId="4B3B6256" w14:textId="77777777" w:rsidTr="007805F0"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160" w:type="dxa"/>
            </w:tcMar>
          </w:tcPr>
          <w:p w14:paraId="6B675B8F" w14:textId="47B8BAED" w:rsidR="00561B56" w:rsidRDefault="007805F0" w:rsidP="007805F0">
            <w:pPr>
              <w:jc w:val="center"/>
            </w:pPr>
            <w:r>
              <w:rPr>
                <w:noProof/>
              </w:rPr>
              <w:t xml:space="preserve"> </w:t>
            </w:r>
            <w:r w:rsidR="00000000">
              <w:rPr>
                <w:noProof/>
              </w:rPr>
              <w:drawing>
                <wp:inline distT="0" distB="0" distL="0" distR="0" wp14:anchorId="4D106A70" wp14:editId="09D01DC9">
                  <wp:extent cx="1078992" cy="1750549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nmp_logo_cropped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8992" cy="17505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5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0" w:type="dxa"/>
              <w:right w:w="0" w:type="dxa"/>
            </w:tcMar>
          </w:tcPr>
          <w:p w14:paraId="495E04E5" w14:textId="77777777" w:rsidR="007805F0" w:rsidRDefault="007805F0" w:rsidP="007805F0">
            <w:pPr>
              <w:spacing w:after="40" w:line="240" w:lineRule="auto"/>
              <w:jc w:val="right"/>
              <w:rPr>
                <w:b/>
                <w:color w:val="174B4A"/>
                <w:sz w:val="40"/>
              </w:rPr>
            </w:pPr>
          </w:p>
          <w:p w14:paraId="362BF15A" w14:textId="77777777" w:rsidR="007805F0" w:rsidRDefault="007805F0" w:rsidP="007805F0">
            <w:pPr>
              <w:spacing w:after="40" w:line="240" w:lineRule="auto"/>
              <w:jc w:val="right"/>
              <w:rPr>
                <w:b/>
                <w:color w:val="174B4A"/>
                <w:sz w:val="40"/>
              </w:rPr>
            </w:pPr>
          </w:p>
          <w:p w14:paraId="77306A57" w14:textId="749C95CE" w:rsidR="00561B56" w:rsidRDefault="00000000" w:rsidP="007805F0">
            <w:pPr>
              <w:spacing w:after="40" w:line="240" w:lineRule="auto"/>
              <w:jc w:val="right"/>
            </w:pPr>
            <w:r>
              <w:rPr>
                <w:b/>
                <w:color w:val="174B4A"/>
                <w:sz w:val="40"/>
              </w:rPr>
              <w:t>REFERRAL FORM</w:t>
            </w:r>
          </w:p>
          <w:p w14:paraId="176C934E" w14:textId="77777777" w:rsidR="00561B56" w:rsidRDefault="00000000" w:rsidP="007805F0">
            <w:pPr>
              <w:spacing w:after="0" w:line="240" w:lineRule="auto"/>
              <w:jc w:val="right"/>
            </w:pPr>
            <w:r>
              <w:rPr>
                <w:b/>
                <w:color w:val="202020"/>
              </w:rPr>
              <w:t>Problem Gambling and Addictions Services</w:t>
            </w:r>
          </w:p>
          <w:p w14:paraId="3B5BC904" w14:textId="77777777" w:rsidR="00561B56" w:rsidRDefault="00000000" w:rsidP="007805F0">
            <w:pPr>
              <w:spacing w:after="0" w:line="240" w:lineRule="auto"/>
              <w:jc w:val="right"/>
            </w:pPr>
            <w:r>
              <w:rPr>
                <w:color w:val="666666"/>
                <w:sz w:val="17"/>
              </w:rPr>
              <w:t>Ngā Manga Pūriri  |  admin@nmp.org.nz</w:t>
            </w:r>
          </w:p>
        </w:tc>
      </w:tr>
    </w:tbl>
    <w:tbl>
      <w:tblPr>
        <w:tblpPr w:leftFromText="180" w:rightFromText="180" w:vertAnchor="text" w:horzAnchor="margin" w:tblpX="140" w:tblpY="-113"/>
        <w:tblOverlap w:val="never"/>
        <w:tblW w:w="10430" w:type="dxa"/>
        <w:tblLook w:val="04A0" w:firstRow="1" w:lastRow="0" w:firstColumn="1" w:lastColumn="0" w:noHBand="0" w:noVBand="1"/>
      </w:tblPr>
      <w:tblGrid>
        <w:gridCol w:w="10430"/>
      </w:tblGrid>
      <w:tr w:rsidR="007805F0" w14:paraId="43E75488" w14:textId="77777777" w:rsidTr="007805F0">
        <w:tc>
          <w:tcPr>
            <w:tcW w:w="10430" w:type="dxa"/>
            <w:tcBorders>
              <w:top w:val="single" w:sz="5" w:space="0" w:color="216A68"/>
              <w:left w:val="single" w:sz="5" w:space="0" w:color="216A68"/>
              <w:bottom w:val="single" w:sz="5" w:space="0" w:color="216A68"/>
              <w:right w:val="single" w:sz="5" w:space="0" w:color="216A68"/>
            </w:tcBorders>
            <w:shd w:val="clear" w:color="auto" w:fill="EAF4F3"/>
            <w:tcMar>
              <w:top w:w="105" w:type="dxa"/>
              <w:left w:w="140" w:type="dxa"/>
              <w:bottom w:w="105" w:type="dxa"/>
              <w:right w:w="140" w:type="dxa"/>
            </w:tcMar>
          </w:tcPr>
          <w:p w14:paraId="63D029FA" w14:textId="77777777" w:rsidR="007805F0" w:rsidRDefault="007805F0" w:rsidP="007805F0">
            <w:pPr>
              <w:spacing w:after="0" w:line="240" w:lineRule="auto"/>
              <w:jc w:val="center"/>
            </w:pPr>
            <w:r>
              <w:rPr>
                <w:b/>
                <w:color w:val="174B4A"/>
                <w:sz w:val="19"/>
              </w:rPr>
              <w:t>Email completed referral to:  admin@nmp.org.nz</w:t>
            </w:r>
          </w:p>
        </w:tc>
      </w:tr>
    </w:tbl>
    <w:p w14:paraId="40386CD0" w14:textId="77777777" w:rsidR="00561B56" w:rsidRDefault="00561B56">
      <w:pPr>
        <w:spacing w:after="4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570"/>
      </w:tblGrid>
      <w:tr w:rsidR="00561B56" w14:paraId="27CA61A8" w14:textId="77777777">
        <w:trPr>
          <w:jc w:val="center"/>
        </w:trPr>
        <w:tc>
          <w:tcPr>
            <w:tcW w:w="10570" w:type="dxa"/>
            <w:tcBorders>
              <w:top w:val="single" w:sz="6" w:space="0" w:color="216A68"/>
              <w:left w:val="single" w:sz="6" w:space="0" w:color="216A68"/>
              <w:bottom w:val="single" w:sz="6" w:space="0" w:color="216A68"/>
              <w:right w:val="single" w:sz="6" w:space="0" w:color="216A68"/>
            </w:tcBorders>
            <w:shd w:val="clear" w:color="auto" w:fill="216A68"/>
            <w:tcMar>
              <w:top w:w="75" w:type="dxa"/>
              <w:left w:w="140" w:type="dxa"/>
              <w:bottom w:w="75" w:type="dxa"/>
              <w:right w:w="140" w:type="dxa"/>
            </w:tcMar>
          </w:tcPr>
          <w:p w14:paraId="4FB32CCC" w14:textId="77777777" w:rsidR="00561B56" w:rsidRDefault="00000000">
            <w:pPr>
              <w:spacing w:after="0" w:line="240" w:lineRule="auto"/>
            </w:pPr>
            <w:r>
              <w:rPr>
                <w:b/>
                <w:color w:val="FFFFFF"/>
                <w:sz w:val="18"/>
              </w:rPr>
              <w:t>CLIENT DETAILS</w:t>
            </w:r>
          </w:p>
        </w:tc>
      </w:tr>
    </w:tbl>
    <w:p w14:paraId="1A1131D1" w14:textId="77777777" w:rsidR="00561B56" w:rsidRDefault="00561B56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20"/>
        <w:gridCol w:w="5650"/>
      </w:tblGrid>
      <w:tr w:rsidR="00561B56" w14:paraId="1F7F4617" w14:textId="77777777">
        <w:trPr>
          <w:jc w:val="center"/>
        </w:trPr>
        <w:tc>
          <w:tcPr>
            <w:tcW w:w="4920" w:type="dxa"/>
            <w:tcBorders>
              <w:top w:val="single" w:sz="5" w:space="0" w:color="B8C7C6"/>
              <w:left w:val="single" w:sz="5" w:space="0" w:color="B8C7C6"/>
              <w:bottom w:val="single" w:sz="5" w:space="0" w:color="B8C7C6"/>
              <w:right w:val="single" w:sz="5" w:space="0" w:color="B8C7C6"/>
            </w:tcBorders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20B0D2DA" w14:textId="77777777" w:rsidR="00561B56" w:rsidRDefault="00000000">
            <w:pPr>
              <w:spacing w:after="0" w:line="240" w:lineRule="auto"/>
            </w:pPr>
            <w:r>
              <w:rPr>
                <w:b/>
                <w:color w:val="174B4A"/>
                <w:sz w:val="18"/>
              </w:rPr>
              <w:t>Client Name:</w:t>
            </w:r>
          </w:p>
        </w:tc>
        <w:tc>
          <w:tcPr>
            <w:tcW w:w="4920" w:type="dxa"/>
            <w:tcBorders>
              <w:top w:val="single" w:sz="5" w:space="0" w:color="B8C7C6"/>
              <w:left w:val="single" w:sz="5" w:space="0" w:color="B8C7C6"/>
              <w:bottom w:val="single" w:sz="5" w:space="0" w:color="B8C7C6"/>
              <w:right w:val="single" w:sz="5" w:space="0" w:color="B8C7C6"/>
            </w:tcBorders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3A95CA51" w14:textId="77777777" w:rsidR="00561B56" w:rsidRDefault="00000000">
            <w:pPr>
              <w:spacing w:after="0" w:line="240" w:lineRule="auto"/>
            </w:pPr>
            <w:r>
              <w:rPr>
                <w:b/>
                <w:color w:val="174B4A"/>
                <w:sz w:val="18"/>
              </w:rPr>
              <w:t>DOB:</w:t>
            </w:r>
          </w:p>
        </w:tc>
      </w:tr>
      <w:tr w:rsidR="00561B56" w14:paraId="56F9F3DF" w14:textId="77777777">
        <w:trPr>
          <w:jc w:val="center"/>
        </w:trPr>
        <w:tc>
          <w:tcPr>
            <w:tcW w:w="4920" w:type="dxa"/>
            <w:tcBorders>
              <w:top w:val="single" w:sz="5" w:space="0" w:color="B8C7C6"/>
              <w:left w:val="single" w:sz="5" w:space="0" w:color="B8C7C6"/>
              <w:bottom w:val="single" w:sz="5" w:space="0" w:color="B8C7C6"/>
              <w:right w:val="single" w:sz="5" w:space="0" w:color="B8C7C6"/>
            </w:tcBorders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70B0B0D3" w14:textId="77777777" w:rsidR="00561B56" w:rsidRDefault="00000000">
            <w:pPr>
              <w:spacing w:after="0" w:line="240" w:lineRule="auto"/>
            </w:pPr>
            <w:r>
              <w:rPr>
                <w:b/>
                <w:color w:val="174B4A"/>
                <w:sz w:val="18"/>
              </w:rPr>
              <w:t>Ethnicity:</w:t>
            </w:r>
          </w:p>
        </w:tc>
        <w:tc>
          <w:tcPr>
            <w:tcW w:w="4920" w:type="dxa"/>
            <w:tcBorders>
              <w:top w:val="single" w:sz="5" w:space="0" w:color="B8C7C6"/>
              <w:left w:val="single" w:sz="5" w:space="0" w:color="B8C7C6"/>
              <w:bottom w:val="single" w:sz="5" w:space="0" w:color="B8C7C6"/>
              <w:right w:val="single" w:sz="5" w:space="0" w:color="B8C7C6"/>
            </w:tcBorders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457C9200" w14:textId="77777777" w:rsidR="00561B56" w:rsidRDefault="00000000">
            <w:pPr>
              <w:spacing w:after="0" w:line="240" w:lineRule="auto"/>
            </w:pPr>
            <w:r>
              <w:rPr>
                <w:b/>
                <w:color w:val="174B4A"/>
                <w:sz w:val="18"/>
              </w:rPr>
              <w:t>NZ Status:</w:t>
            </w:r>
          </w:p>
        </w:tc>
      </w:tr>
      <w:tr w:rsidR="00561B56" w14:paraId="7C83B048" w14:textId="77777777">
        <w:trPr>
          <w:jc w:val="center"/>
        </w:trPr>
        <w:tc>
          <w:tcPr>
            <w:tcW w:w="9840" w:type="dxa"/>
            <w:gridSpan w:val="2"/>
            <w:tcBorders>
              <w:top w:val="single" w:sz="5" w:space="0" w:color="B8C7C6"/>
              <w:left w:val="single" w:sz="5" w:space="0" w:color="B8C7C6"/>
              <w:bottom w:val="single" w:sz="5" w:space="0" w:color="B8C7C6"/>
              <w:right w:val="single" w:sz="5" w:space="0" w:color="B8C7C6"/>
            </w:tcBorders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4E0DA51A" w14:textId="77777777" w:rsidR="00561B56" w:rsidRDefault="00000000">
            <w:pPr>
              <w:spacing w:after="0" w:line="240" w:lineRule="auto"/>
            </w:pPr>
            <w:r>
              <w:rPr>
                <w:b/>
                <w:color w:val="174B4A"/>
                <w:sz w:val="18"/>
              </w:rPr>
              <w:t>Address:</w:t>
            </w:r>
          </w:p>
        </w:tc>
      </w:tr>
      <w:tr w:rsidR="00561B56" w14:paraId="5EA3B506" w14:textId="77777777">
        <w:trPr>
          <w:jc w:val="center"/>
        </w:trPr>
        <w:tc>
          <w:tcPr>
            <w:tcW w:w="4920" w:type="dxa"/>
            <w:tcBorders>
              <w:top w:val="single" w:sz="5" w:space="0" w:color="B8C7C6"/>
              <w:left w:val="single" w:sz="5" w:space="0" w:color="B8C7C6"/>
              <w:bottom w:val="single" w:sz="5" w:space="0" w:color="B8C7C6"/>
              <w:right w:val="single" w:sz="5" w:space="0" w:color="B8C7C6"/>
            </w:tcBorders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630EB231" w14:textId="77777777" w:rsidR="00561B56" w:rsidRDefault="00000000">
            <w:pPr>
              <w:spacing w:after="0" w:line="240" w:lineRule="auto"/>
            </w:pPr>
            <w:r>
              <w:rPr>
                <w:b/>
                <w:color w:val="174B4A"/>
                <w:sz w:val="18"/>
              </w:rPr>
              <w:t>Phone:</w:t>
            </w:r>
          </w:p>
        </w:tc>
        <w:tc>
          <w:tcPr>
            <w:tcW w:w="4920" w:type="dxa"/>
            <w:tcBorders>
              <w:top w:val="single" w:sz="5" w:space="0" w:color="B8C7C6"/>
              <w:left w:val="single" w:sz="5" w:space="0" w:color="B8C7C6"/>
              <w:bottom w:val="single" w:sz="5" w:space="0" w:color="B8C7C6"/>
              <w:right w:val="single" w:sz="5" w:space="0" w:color="B8C7C6"/>
            </w:tcBorders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45D6DB31" w14:textId="77777777" w:rsidR="00561B56" w:rsidRDefault="00000000">
            <w:pPr>
              <w:spacing w:after="0" w:line="240" w:lineRule="auto"/>
            </w:pPr>
            <w:r>
              <w:rPr>
                <w:b/>
                <w:color w:val="174B4A"/>
                <w:sz w:val="18"/>
              </w:rPr>
              <w:t>Mobile:</w:t>
            </w:r>
          </w:p>
        </w:tc>
      </w:tr>
      <w:tr w:rsidR="00561B56" w14:paraId="15D78F61" w14:textId="77777777">
        <w:trPr>
          <w:jc w:val="center"/>
        </w:trPr>
        <w:tc>
          <w:tcPr>
            <w:tcW w:w="4920" w:type="dxa"/>
            <w:tcBorders>
              <w:top w:val="single" w:sz="5" w:space="0" w:color="B8C7C6"/>
              <w:left w:val="single" w:sz="5" w:space="0" w:color="B8C7C6"/>
              <w:bottom w:val="single" w:sz="5" w:space="0" w:color="B8C7C6"/>
              <w:right w:val="single" w:sz="5" w:space="0" w:color="B8C7C6"/>
            </w:tcBorders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4964994C" w14:textId="77777777" w:rsidR="00561B56" w:rsidRDefault="00000000">
            <w:pPr>
              <w:spacing w:after="0" w:line="240" w:lineRule="auto"/>
            </w:pPr>
            <w:r>
              <w:rPr>
                <w:b/>
                <w:color w:val="174B4A"/>
                <w:sz w:val="18"/>
              </w:rPr>
              <w:t>Kaimahi:</w:t>
            </w:r>
          </w:p>
        </w:tc>
        <w:tc>
          <w:tcPr>
            <w:tcW w:w="4920" w:type="dxa"/>
            <w:tcBorders>
              <w:top w:val="single" w:sz="5" w:space="0" w:color="B8C7C6"/>
              <w:left w:val="single" w:sz="5" w:space="0" w:color="B8C7C6"/>
              <w:bottom w:val="single" w:sz="5" w:space="0" w:color="B8C7C6"/>
              <w:right w:val="single" w:sz="5" w:space="0" w:color="B8C7C6"/>
            </w:tcBorders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3359C496" w14:textId="77777777" w:rsidR="00561B56" w:rsidRDefault="00000000">
            <w:pPr>
              <w:spacing w:after="0" w:line="240" w:lineRule="auto"/>
            </w:pPr>
            <w:r>
              <w:rPr>
                <w:b/>
                <w:color w:val="174B4A"/>
                <w:sz w:val="18"/>
              </w:rPr>
              <w:t>Date:</w:t>
            </w:r>
          </w:p>
        </w:tc>
      </w:tr>
      <w:tr w:rsidR="00561B56" w14:paraId="79FB3A55" w14:textId="77777777">
        <w:trPr>
          <w:jc w:val="center"/>
        </w:trPr>
        <w:tc>
          <w:tcPr>
            <w:tcW w:w="10570" w:type="dxa"/>
            <w:gridSpan w:val="2"/>
            <w:tcBorders>
              <w:top w:val="single" w:sz="5" w:space="0" w:color="B8C7C6"/>
              <w:left w:val="single" w:sz="5" w:space="0" w:color="B8C7C6"/>
              <w:bottom w:val="single" w:sz="5" w:space="0" w:color="B8C7C6"/>
              <w:right w:val="single" w:sz="5" w:space="0" w:color="B8C7C6"/>
            </w:tcBorders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09A42A66" w14:textId="77777777" w:rsidR="00561B56" w:rsidRDefault="00000000">
            <w:pPr>
              <w:spacing w:after="0" w:line="240" w:lineRule="auto"/>
            </w:pPr>
            <w:r>
              <w:rPr>
                <w:b/>
                <w:color w:val="174B4A"/>
                <w:sz w:val="18"/>
              </w:rPr>
              <w:t>Community or Other Kaimahi:</w:t>
            </w:r>
          </w:p>
        </w:tc>
      </w:tr>
    </w:tbl>
    <w:p w14:paraId="35F9C052" w14:textId="77777777" w:rsidR="00561B56" w:rsidRDefault="00561B56">
      <w:pPr>
        <w:spacing w:after="4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570"/>
      </w:tblGrid>
      <w:tr w:rsidR="00561B56" w14:paraId="325628E7" w14:textId="77777777">
        <w:trPr>
          <w:jc w:val="center"/>
        </w:trPr>
        <w:tc>
          <w:tcPr>
            <w:tcW w:w="10570" w:type="dxa"/>
            <w:tcBorders>
              <w:top w:val="single" w:sz="6" w:space="0" w:color="216A68"/>
              <w:left w:val="single" w:sz="6" w:space="0" w:color="216A68"/>
              <w:bottom w:val="single" w:sz="6" w:space="0" w:color="216A68"/>
              <w:right w:val="single" w:sz="6" w:space="0" w:color="216A68"/>
            </w:tcBorders>
            <w:shd w:val="clear" w:color="auto" w:fill="216A68"/>
            <w:tcMar>
              <w:top w:w="75" w:type="dxa"/>
              <w:left w:w="140" w:type="dxa"/>
              <w:bottom w:w="75" w:type="dxa"/>
              <w:right w:w="140" w:type="dxa"/>
            </w:tcMar>
          </w:tcPr>
          <w:p w14:paraId="4953E3C7" w14:textId="77777777" w:rsidR="00561B56" w:rsidRDefault="00000000">
            <w:pPr>
              <w:spacing w:after="0" w:line="240" w:lineRule="auto"/>
            </w:pPr>
            <w:r>
              <w:rPr>
                <w:b/>
                <w:color w:val="FFFFFF"/>
                <w:sz w:val="18"/>
              </w:rPr>
              <w:t>REFERRAL DETAILS</w:t>
            </w:r>
          </w:p>
        </w:tc>
      </w:tr>
    </w:tbl>
    <w:p w14:paraId="2E6BF711" w14:textId="77777777" w:rsidR="00561B56" w:rsidRDefault="00561B56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20"/>
        <w:gridCol w:w="4920"/>
      </w:tblGrid>
      <w:tr w:rsidR="00561B56" w14:paraId="5517B5E8" w14:textId="77777777">
        <w:trPr>
          <w:jc w:val="center"/>
        </w:trPr>
        <w:tc>
          <w:tcPr>
            <w:tcW w:w="4920" w:type="dxa"/>
            <w:tcBorders>
              <w:top w:val="single" w:sz="5" w:space="0" w:color="B8C7C6"/>
              <w:left w:val="single" w:sz="5" w:space="0" w:color="B8C7C6"/>
              <w:bottom w:val="single" w:sz="5" w:space="0" w:color="B8C7C6"/>
              <w:right w:val="single" w:sz="5" w:space="0" w:color="B8C7C6"/>
            </w:tcBorders>
            <w:tcMar>
              <w:top w:w="130" w:type="dxa"/>
              <w:left w:w="150" w:type="dxa"/>
              <w:bottom w:w="130" w:type="dxa"/>
              <w:right w:w="150" w:type="dxa"/>
            </w:tcMar>
            <w:vAlign w:val="center"/>
          </w:tcPr>
          <w:p w14:paraId="7EF21626" w14:textId="77777777" w:rsidR="00561B56" w:rsidRDefault="00000000">
            <w:pPr>
              <w:spacing w:after="40" w:line="240" w:lineRule="auto"/>
            </w:pPr>
            <w:r>
              <w:rPr>
                <w:b/>
                <w:color w:val="174B4A"/>
                <w:sz w:val="18"/>
              </w:rPr>
              <w:t>Referral to:</w:t>
            </w:r>
          </w:p>
          <w:p w14:paraId="28489AE1" w14:textId="77777777" w:rsidR="00561B56" w:rsidRDefault="00000000">
            <w:pPr>
              <w:spacing w:after="0" w:line="240" w:lineRule="auto"/>
            </w:pPr>
            <w:r>
              <w:rPr>
                <w:b/>
                <w:color w:val="202020"/>
              </w:rPr>
              <w:t>Ngā Manga Pūriri</w:t>
            </w:r>
          </w:p>
          <w:p w14:paraId="046A72F2" w14:textId="77777777" w:rsidR="00561B56" w:rsidRDefault="00000000">
            <w:pPr>
              <w:spacing w:after="0" w:line="240" w:lineRule="auto"/>
            </w:pPr>
            <w:r>
              <w:rPr>
                <w:b/>
                <w:color w:val="174B4A"/>
                <w:sz w:val="18"/>
              </w:rPr>
              <w:t xml:space="preserve">Email: </w:t>
            </w:r>
            <w:r>
              <w:rPr>
                <w:color w:val="202020"/>
                <w:sz w:val="18"/>
              </w:rPr>
              <w:t>admin@nmp.org.nz</w:t>
            </w:r>
          </w:p>
          <w:p w14:paraId="5EF64C59" w14:textId="38692EC1" w:rsidR="00561B56" w:rsidRDefault="00000000">
            <w:pPr>
              <w:spacing w:after="0" w:line="240" w:lineRule="auto"/>
            </w:pPr>
            <w:r>
              <w:rPr>
                <w:b/>
                <w:color w:val="174B4A"/>
                <w:sz w:val="18"/>
              </w:rPr>
              <w:t xml:space="preserve"> </w:t>
            </w:r>
          </w:p>
        </w:tc>
        <w:tc>
          <w:tcPr>
            <w:tcW w:w="4920" w:type="dxa"/>
            <w:tcBorders>
              <w:top w:val="single" w:sz="5" w:space="0" w:color="B8C7C6"/>
              <w:left w:val="single" w:sz="5" w:space="0" w:color="B8C7C6"/>
              <w:bottom w:val="single" w:sz="5" w:space="0" w:color="B8C7C6"/>
              <w:right w:val="single" w:sz="5" w:space="0" w:color="B8C7C6"/>
            </w:tcBorders>
            <w:tcMar>
              <w:top w:w="130" w:type="dxa"/>
              <w:left w:w="150" w:type="dxa"/>
              <w:bottom w:w="130" w:type="dxa"/>
              <w:right w:w="150" w:type="dxa"/>
            </w:tcMar>
            <w:vAlign w:val="center"/>
          </w:tcPr>
          <w:p w14:paraId="29DBE07B" w14:textId="2DD8403E" w:rsidR="00561B56" w:rsidRDefault="00000000" w:rsidP="00CA3A20">
            <w:pPr>
              <w:spacing w:after="40" w:line="240" w:lineRule="auto"/>
              <w:jc w:val="center"/>
              <w:rPr>
                <w:b/>
                <w:color w:val="174B4A"/>
                <w:sz w:val="18"/>
              </w:rPr>
            </w:pPr>
            <w:r>
              <w:rPr>
                <w:b/>
                <w:color w:val="174B4A"/>
                <w:sz w:val="18"/>
              </w:rPr>
              <w:t>Referr</w:t>
            </w:r>
            <w:r w:rsidR="00CA3A20">
              <w:rPr>
                <w:b/>
                <w:color w:val="174B4A"/>
                <w:sz w:val="18"/>
              </w:rPr>
              <w:t>er / Referral from</w:t>
            </w:r>
          </w:p>
          <w:p w14:paraId="0FB9495A" w14:textId="77777777" w:rsidR="00CA3A20" w:rsidRDefault="00CA3A20" w:rsidP="00CA3A20">
            <w:pPr>
              <w:spacing w:after="40" w:line="240" w:lineRule="auto"/>
              <w:jc w:val="center"/>
            </w:pPr>
          </w:p>
          <w:p w14:paraId="733F999C" w14:textId="44B46693" w:rsidR="00561B56" w:rsidRDefault="00000000">
            <w:pPr>
              <w:spacing w:after="0" w:line="240" w:lineRule="auto"/>
              <w:rPr>
                <w:b/>
                <w:color w:val="174B4A"/>
                <w:sz w:val="18"/>
              </w:rPr>
            </w:pPr>
            <w:r>
              <w:rPr>
                <w:b/>
                <w:color w:val="174B4A"/>
                <w:sz w:val="18"/>
              </w:rPr>
              <w:t>Organisation:</w:t>
            </w:r>
            <w:r w:rsidR="007805F0">
              <w:rPr>
                <w:b/>
                <w:color w:val="174B4A"/>
                <w:sz w:val="18"/>
              </w:rPr>
              <w:t xml:space="preserve"> _________________________________</w:t>
            </w:r>
          </w:p>
          <w:p w14:paraId="16C4BC06" w14:textId="77777777" w:rsidR="00CA3A20" w:rsidRDefault="00CA3A20">
            <w:pPr>
              <w:spacing w:after="0" w:line="240" w:lineRule="auto"/>
            </w:pPr>
          </w:p>
          <w:p w14:paraId="69F4E816" w14:textId="2D19F646" w:rsidR="00561B56" w:rsidRDefault="00000000">
            <w:pPr>
              <w:spacing w:after="0" w:line="240" w:lineRule="auto"/>
              <w:rPr>
                <w:b/>
                <w:color w:val="174B4A"/>
                <w:sz w:val="18"/>
              </w:rPr>
            </w:pPr>
            <w:r>
              <w:rPr>
                <w:b/>
                <w:color w:val="174B4A"/>
                <w:sz w:val="18"/>
              </w:rPr>
              <w:t>Contact Person:</w:t>
            </w:r>
            <w:r w:rsidR="00CA3A20">
              <w:rPr>
                <w:b/>
                <w:color w:val="174B4A"/>
                <w:sz w:val="18"/>
              </w:rPr>
              <w:t xml:space="preserve"> _______________________________</w:t>
            </w:r>
          </w:p>
          <w:p w14:paraId="0417D0CC" w14:textId="77777777" w:rsidR="00CA3A20" w:rsidRDefault="00CA3A20">
            <w:pPr>
              <w:spacing w:after="0" w:line="240" w:lineRule="auto"/>
            </w:pPr>
          </w:p>
          <w:p w14:paraId="73787BEA" w14:textId="52001885" w:rsidR="00561B56" w:rsidRDefault="00000000">
            <w:pPr>
              <w:spacing w:after="0" w:line="240" w:lineRule="auto"/>
              <w:rPr>
                <w:b/>
                <w:color w:val="174B4A"/>
                <w:sz w:val="18"/>
              </w:rPr>
            </w:pPr>
            <w:r>
              <w:rPr>
                <w:b/>
                <w:color w:val="174B4A"/>
                <w:sz w:val="18"/>
              </w:rPr>
              <w:t>Email:</w:t>
            </w:r>
            <w:r w:rsidR="00CA3A20">
              <w:rPr>
                <w:b/>
                <w:color w:val="174B4A"/>
                <w:sz w:val="18"/>
              </w:rPr>
              <w:t xml:space="preserve"> ________________________________________</w:t>
            </w:r>
          </w:p>
          <w:p w14:paraId="2EE9768B" w14:textId="77777777" w:rsidR="00CA3A20" w:rsidRDefault="00CA3A20">
            <w:pPr>
              <w:spacing w:after="0" w:line="240" w:lineRule="auto"/>
            </w:pPr>
          </w:p>
          <w:p w14:paraId="7036BDBC" w14:textId="1E8E1260" w:rsidR="00561B56" w:rsidRDefault="00000000">
            <w:pPr>
              <w:spacing w:after="0" w:line="240" w:lineRule="auto"/>
              <w:rPr>
                <w:b/>
                <w:color w:val="174B4A"/>
                <w:sz w:val="18"/>
              </w:rPr>
            </w:pPr>
            <w:r>
              <w:rPr>
                <w:b/>
                <w:color w:val="174B4A"/>
                <w:sz w:val="18"/>
              </w:rPr>
              <w:t>Phone:</w:t>
            </w:r>
            <w:r w:rsidR="00CA3A20">
              <w:rPr>
                <w:b/>
                <w:color w:val="174B4A"/>
                <w:sz w:val="18"/>
              </w:rPr>
              <w:t xml:space="preserve"> _______________________________________</w:t>
            </w:r>
          </w:p>
          <w:p w14:paraId="4B3EA982" w14:textId="77777777" w:rsidR="00CA3A20" w:rsidRDefault="00CA3A20">
            <w:pPr>
              <w:spacing w:after="0" w:line="240" w:lineRule="auto"/>
            </w:pPr>
          </w:p>
          <w:p w14:paraId="1BEFAEF5" w14:textId="1375CB81" w:rsidR="00561B56" w:rsidRDefault="00000000">
            <w:pPr>
              <w:spacing w:after="0" w:line="240" w:lineRule="auto"/>
            </w:pPr>
            <w:r>
              <w:rPr>
                <w:b/>
                <w:color w:val="174B4A"/>
                <w:sz w:val="18"/>
              </w:rPr>
              <w:t>Mobile:</w:t>
            </w:r>
            <w:r w:rsidR="00CA3A20">
              <w:rPr>
                <w:b/>
                <w:color w:val="174B4A"/>
                <w:sz w:val="18"/>
              </w:rPr>
              <w:t xml:space="preserve"> _______________________________________</w:t>
            </w:r>
          </w:p>
        </w:tc>
      </w:tr>
    </w:tbl>
    <w:p w14:paraId="09AA7B5F" w14:textId="77777777" w:rsidR="00561B56" w:rsidRDefault="00561B56">
      <w:pPr>
        <w:spacing w:after="4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570"/>
      </w:tblGrid>
      <w:tr w:rsidR="00561B56" w14:paraId="2DA60FFF" w14:textId="77777777">
        <w:trPr>
          <w:jc w:val="center"/>
        </w:trPr>
        <w:tc>
          <w:tcPr>
            <w:tcW w:w="10570" w:type="dxa"/>
            <w:tcBorders>
              <w:top w:val="single" w:sz="6" w:space="0" w:color="216A68"/>
              <w:left w:val="single" w:sz="6" w:space="0" w:color="216A68"/>
              <w:bottom w:val="single" w:sz="6" w:space="0" w:color="216A68"/>
              <w:right w:val="single" w:sz="6" w:space="0" w:color="216A68"/>
            </w:tcBorders>
            <w:shd w:val="clear" w:color="auto" w:fill="216A68"/>
            <w:tcMar>
              <w:top w:w="75" w:type="dxa"/>
              <w:left w:w="140" w:type="dxa"/>
              <w:bottom w:w="75" w:type="dxa"/>
              <w:right w:w="140" w:type="dxa"/>
            </w:tcMar>
          </w:tcPr>
          <w:p w14:paraId="6C4BA92D" w14:textId="77777777" w:rsidR="00561B56" w:rsidRDefault="00000000">
            <w:pPr>
              <w:spacing w:after="0" w:line="240" w:lineRule="auto"/>
            </w:pPr>
            <w:r>
              <w:rPr>
                <w:b/>
                <w:color w:val="FFFFFF"/>
                <w:sz w:val="18"/>
              </w:rPr>
              <w:t>REASON FOR REFERRAL (PLEASE SELECT FROM BELOW)</w:t>
            </w:r>
          </w:p>
        </w:tc>
      </w:tr>
    </w:tbl>
    <w:p w14:paraId="56C06BA6" w14:textId="77777777" w:rsidR="00561B56" w:rsidRDefault="00561B56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60"/>
        <w:gridCol w:w="2460"/>
        <w:gridCol w:w="2460"/>
        <w:gridCol w:w="2460"/>
      </w:tblGrid>
      <w:tr w:rsidR="00561B56" w14:paraId="760828C6" w14:textId="77777777">
        <w:trPr>
          <w:jc w:val="center"/>
        </w:trPr>
        <w:tc>
          <w:tcPr>
            <w:tcW w:w="2460" w:type="dxa"/>
            <w:tcBorders>
              <w:top w:val="single" w:sz="5" w:space="0" w:color="B8C7C6"/>
              <w:left w:val="single" w:sz="5" w:space="0" w:color="B8C7C6"/>
              <w:bottom w:val="single" w:sz="5" w:space="0" w:color="B8C7C6"/>
              <w:right w:val="single" w:sz="5" w:space="0" w:color="B8C7C6"/>
            </w:tcBorders>
            <w:tcMar>
              <w:top w:w="85" w:type="dxa"/>
              <w:left w:w="140" w:type="dxa"/>
              <w:bottom w:w="85" w:type="dxa"/>
              <w:right w:w="110" w:type="dxa"/>
            </w:tcMar>
          </w:tcPr>
          <w:p w14:paraId="2EEE9A1F" w14:textId="77777777" w:rsidR="00561B56" w:rsidRDefault="00000000">
            <w:pPr>
              <w:spacing w:after="0" w:line="240" w:lineRule="auto"/>
            </w:pPr>
            <w:r>
              <w:rPr>
                <w:color w:val="202020"/>
                <w:sz w:val="19"/>
              </w:rPr>
              <w:t>☐  Gambling</w:t>
            </w:r>
          </w:p>
        </w:tc>
        <w:tc>
          <w:tcPr>
            <w:tcW w:w="2460" w:type="dxa"/>
            <w:tcBorders>
              <w:top w:val="single" w:sz="5" w:space="0" w:color="B8C7C6"/>
              <w:left w:val="single" w:sz="5" w:space="0" w:color="B8C7C6"/>
              <w:bottom w:val="single" w:sz="5" w:space="0" w:color="B8C7C6"/>
              <w:right w:val="single" w:sz="5" w:space="0" w:color="B8C7C6"/>
            </w:tcBorders>
            <w:tcMar>
              <w:top w:w="85" w:type="dxa"/>
              <w:left w:w="140" w:type="dxa"/>
              <w:bottom w:w="85" w:type="dxa"/>
              <w:right w:w="110" w:type="dxa"/>
            </w:tcMar>
          </w:tcPr>
          <w:p w14:paraId="129B506F" w14:textId="3919F01B" w:rsidR="00561B56" w:rsidRDefault="00000000">
            <w:pPr>
              <w:spacing w:after="0" w:line="240" w:lineRule="auto"/>
            </w:pPr>
            <w:proofErr w:type="gramStart"/>
            <w:r>
              <w:rPr>
                <w:color w:val="202020"/>
                <w:sz w:val="19"/>
              </w:rPr>
              <w:t>☐  Meth</w:t>
            </w:r>
            <w:r w:rsidR="007805F0">
              <w:rPr>
                <w:color w:val="202020"/>
                <w:sz w:val="19"/>
              </w:rPr>
              <w:t>amphetamine</w:t>
            </w:r>
            <w:proofErr w:type="gramEnd"/>
          </w:p>
        </w:tc>
        <w:tc>
          <w:tcPr>
            <w:tcW w:w="2460" w:type="dxa"/>
            <w:tcBorders>
              <w:top w:val="single" w:sz="5" w:space="0" w:color="B8C7C6"/>
              <w:left w:val="single" w:sz="5" w:space="0" w:color="B8C7C6"/>
              <w:bottom w:val="single" w:sz="5" w:space="0" w:color="B8C7C6"/>
              <w:right w:val="single" w:sz="5" w:space="0" w:color="B8C7C6"/>
            </w:tcBorders>
            <w:tcMar>
              <w:top w:w="85" w:type="dxa"/>
              <w:left w:w="140" w:type="dxa"/>
              <w:bottom w:w="85" w:type="dxa"/>
              <w:right w:w="110" w:type="dxa"/>
            </w:tcMar>
          </w:tcPr>
          <w:p w14:paraId="6B697C80" w14:textId="3FECE89A" w:rsidR="00561B56" w:rsidRDefault="00000000">
            <w:pPr>
              <w:spacing w:after="0" w:line="240" w:lineRule="auto"/>
            </w:pPr>
            <w:proofErr w:type="gramStart"/>
            <w:r>
              <w:rPr>
                <w:color w:val="202020"/>
                <w:sz w:val="19"/>
              </w:rPr>
              <w:t>☐  AOD</w:t>
            </w:r>
            <w:proofErr w:type="gramEnd"/>
            <w:r w:rsidR="007805F0">
              <w:rPr>
                <w:color w:val="202020"/>
                <w:sz w:val="19"/>
              </w:rPr>
              <w:t xml:space="preserve"> </w:t>
            </w:r>
            <w:r w:rsidR="007805F0" w:rsidRPr="007805F0">
              <w:rPr>
                <w:color w:val="202020"/>
                <w:sz w:val="16"/>
                <w:szCs w:val="16"/>
              </w:rPr>
              <w:t>Alcohol other drugs</w:t>
            </w:r>
          </w:p>
        </w:tc>
        <w:tc>
          <w:tcPr>
            <w:tcW w:w="2460" w:type="dxa"/>
            <w:tcBorders>
              <w:top w:val="single" w:sz="5" w:space="0" w:color="B8C7C6"/>
              <w:left w:val="single" w:sz="5" w:space="0" w:color="B8C7C6"/>
              <w:bottom w:val="single" w:sz="5" w:space="0" w:color="B8C7C6"/>
              <w:right w:val="single" w:sz="5" w:space="0" w:color="B8C7C6"/>
            </w:tcBorders>
            <w:tcMar>
              <w:top w:w="85" w:type="dxa"/>
              <w:left w:w="140" w:type="dxa"/>
              <w:bottom w:w="85" w:type="dxa"/>
              <w:right w:w="110" w:type="dxa"/>
            </w:tcMar>
          </w:tcPr>
          <w:p w14:paraId="48DA33F5" w14:textId="77777777" w:rsidR="00561B56" w:rsidRDefault="00000000">
            <w:pPr>
              <w:spacing w:after="0" w:line="240" w:lineRule="auto"/>
            </w:pPr>
            <w:proofErr w:type="gramStart"/>
            <w:r>
              <w:rPr>
                <w:color w:val="202020"/>
                <w:sz w:val="19"/>
              </w:rPr>
              <w:t>☐  Other</w:t>
            </w:r>
            <w:proofErr w:type="gramEnd"/>
          </w:p>
        </w:tc>
      </w:tr>
      <w:tr w:rsidR="00561B56" w14:paraId="581B38C2" w14:textId="77777777">
        <w:trPr>
          <w:jc w:val="center"/>
        </w:trPr>
        <w:tc>
          <w:tcPr>
            <w:tcW w:w="9840" w:type="dxa"/>
            <w:gridSpan w:val="4"/>
            <w:tcBorders>
              <w:top w:val="single" w:sz="5" w:space="0" w:color="B8C7C6"/>
              <w:left w:val="single" w:sz="5" w:space="0" w:color="B8C7C6"/>
              <w:bottom w:val="single" w:sz="5" w:space="0" w:color="B8C7C6"/>
              <w:right w:val="single" w:sz="5" w:space="0" w:color="B8C7C6"/>
            </w:tcBorders>
            <w:tcMar>
              <w:top w:w="85" w:type="dxa"/>
              <w:left w:w="140" w:type="dxa"/>
              <w:bottom w:w="85" w:type="dxa"/>
              <w:right w:w="110" w:type="dxa"/>
            </w:tcMar>
          </w:tcPr>
          <w:p w14:paraId="0B0B5E35" w14:textId="77777777" w:rsidR="00561B56" w:rsidRDefault="00000000">
            <w:pPr>
              <w:spacing w:after="0" w:line="240" w:lineRule="auto"/>
              <w:rPr>
                <w:b/>
                <w:color w:val="174B4A"/>
                <w:sz w:val="18"/>
              </w:rPr>
            </w:pPr>
            <w:r>
              <w:rPr>
                <w:b/>
                <w:color w:val="174B4A"/>
                <w:sz w:val="18"/>
              </w:rPr>
              <w:t>If Other, please specify:</w:t>
            </w:r>
          </w:p>
          <w:p w14:paraId="338A02A9" w14:textId="77777777" w:rsidR="00CA3A20" w:rsidRDefault="00CA3A20">
            <w:pPr>
              <w:spacing w:after="0" w:line="240" w:lineRule="auto"/>
              <w:rPr>
                <w:b/>
                <w:color w:val="174B4A"/>
                <w:sz w:val="18"/>
              </w:rPr>
            </w:pPr>
          </w:p>
          <w:p w14:paraId="78A35B0E" w14:textId="77777777" w:rsidR="00CA3A20" w:rsidRDefault="00CA3A20">
            <w:pPr>
              <w:spacing w:after="0" w:line="240" w:lineRule="auto"/>
              <w:rPr>
                <w:b/>
                <w:color w:val="174B4A"/>
                <w:sz w:val="18"/>
              </w:rPr>
            </w:pPr>
          </w:p>
          <w:p w14:paraId="32112DEA" w14:textId="77777777" w:rsidR="00CA3A20" w:rsidRDefault="00CA3A20">
            <w:pPr>
              <w:spacing w:after="0" w:line="240" w:lineRule="auto"/>
            </w:pPr>
          </w:p>
        </w:tc>
      </w:tr>
    </w:tbl>
    <w:p w14:paraId="275D40A5" w14:textId="77777777" w:rsidR="00561B56" w:rsidRDefault="00000000">
      <w:pPr>
        <w:spacing w:after="0" w:line="240" w:lineRule="auto"/>
      </w:pPr>
      <w:r>
        <w:rPr>
          <w:i/>
          <w:color w:val="666666"/>
          <w:sz w:val="16"/>
        </w:rPr>
        <w:t>Please complete all relevant sections. Additional information can be included on page 2.</w:t>
      </w:r>
    </w:p>
    <w:p w14:paraId="3F85CF6F" w14:textId="77777777" w:rsidR="00561B56" w:rsidRDefault="00561B56">
      <w:pPr>
        <w:sectPr w:rsidR="00561B56">
          <w:footerReference w:type="default" r:id="rId9"/>
          <w:pgSz w:w="12240" w:h="15840"/>
          <w:pgMar w:top="720" w:right="835" w:bottom="893" w:left="835" w:header="288" w:footer="360" w:gutter="0"/>
          <w:cols w:space="720"/>
          <w:docGrid w:linePitch="360"/>
        </w:sect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00"/>
        <w:gridCol w:w="8340"/>
      </w:tblGrid>
      <w:tr w:rsidR="00561B56" w14:paraId="715AE193" w14:textId="77777777">
        <w:trPr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14:paraId="0B73B8D5" w14:textId="77777777" w:rsidR="00561B56" w:rsidRDefault="00000000">
            <w:r>
              <w:rPr>
                <w:noProof/>
              </w:rPr>
              <w:lastRenderedPageBreak/>
              <w:drawing>
                <wp:inline distT="0" distB="0" distL="0" distR="0" wp14:anchorId="10136C5B" wp14:editId="5430ABB6">
                  <wp:extent cx="749808" cy="1216483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nmp_logo_cropped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9808" cy="12164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40" w:type="dxa"/>
            <w:tcBorders>
              <w:top w:val="nil"/>
              <w:left w:val="nil"/>
              <w:bottom w:val="nil"/>
              <w:right w:val="nil"/>
            </w:tcBorders>
          </w:tcPr>
          <w:p w14:paraId="71867F3E" w14:textId="77777777" w:rsidR="00561B56" w:rsidRDefault="00000000">
            <w:pPr>
              <w:spacing w:after="0" w:line="240" w:lineRule="auto"/>
              <w:jc w:val="right"/>
            </w:pPr>
            <w:r>
              <w:rPr>
                <w:b/>
                <w:color w:val="174B4A"/>
                <w:sz w:val="33"/>
              </w:rPr>
              <w:t>REFERRAL INFORMATION</w:t>
            </w:r>
          </w:p>
          <w:p w14:paraId="4FCC72BF" w14:textId="77777777" w:rsidR="00561B56" w:rsidRDefault="00000000">
            <w:pPr>
              <w:spacing w:after="0" w:line="240" w:lineRule="auto"/>
              <w:jc w:val="right"/>
            </w:pPr>
            <w:r>
              <w:rPr>
                <w:color w:val="666666"/>
                <w:sz w:val="17"/>
              </w:rPr>
              <w:t>Ngā Manga Pūriri</w:t>
            </w:r>
          </w:p>
        </w:tc>
      </w:tr>
    </w:tbl>
    <w:p w14:paraId="468CBC96" w14:textId="77777777" w:rsidR="00561B56" w:rsidRDefault="00561B56">
      <w:pPr>
        <w:spacing w:after="4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570"/>
      </w:tblGrid>
      <w:tr w:rsidR="00561B56" w14:paraId="46B81746" w14:textId="77777777">
        <w:trPr>
          <w:jc w:val="center"/>
        </w:trPr>
        <w:tc>
          <w:tcPr>
            <w:tcW w:w="10570" w:type="dxa"/>
            <w:tcBorders>
              <w:top w:val="single" w:sz="6" w:space="0" w:color="216A68"/>
              <w:left w:val="single" w:sz="6" w:space="0" w:color="216A68"/>
              <w:bottom w:val="single" w:sz="6" w:space="0" w:color="216A68"/>
              <w:right w:val="single" w:sz="6" w:space="0" w:color="216A68"/>
            </w:tcBorders>
            <w:shd w:val="clear" w:color="auto" w:fill="216A68"/>
            <w:tcMar>
              <w:top w:w="75" w:type="dxa"/>
              <w:left w:w="140" w:type="dxa"/>
              <w:bottom w:w="75" w:type="dxa"/>
              <w:right w:w="140" w:type="dxa"/>
            </w:tcMar>
          </w:tcPr>
          <w:p w14:paraId="202BADD2" w14:textId="77777777" w:rsidR="00561B56" w:rsidRDefault="00000000">
            <w:pPr>
              <w:spacing w:after="0" w:line="240" w:lineRule="auto"/>
            </w:pPr>
            <w:r>
              <w:rPr>
                <w:b/>
                <w:color w:val="FFFFFF"/>
                <w:sz w:val="18"/>
              </w:rPr>
              <w:t>REFERRAL INFORMATION</w:t>
            </w:r>
          </w:p>
        </w:tc>
      </w:tr>
    </w:tbl>
    <w:p w14:paraId="1F61A4EF" w14:textId="77777777" w:rsidR="00561B56" w:rsidRDefault="00561B56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570"/>
      </w:tblGrid>
      <w:tr w:rsidR="00561B56" w14:paraId="47ABD583" w14:textId="77777777">
        <w:trPr>
          <w:jc w:val="center"/>
        </w:trPr>
        <w:tc>
          <w:tcPr>
            <w:tcW w:w="10570" w:type="dxa"/>
            <w:tcBorders>
              <w:top w:val="single" w:sz="6" w:space="0" w:color="216A68"/>
              <w:left w:val="single" w:sz="6" w:space="0" w:color="216A68"/>
              <w:bottom w:val="single" w:sz="4" w:space="0" w:color="B8C7C6"/>
              <w:right w:val="single" w:sz="6" w:space="0" w:color="216A68"/>
            </w:tcBorders>
            <w:shd w:val="clear" w:color="auto" w:fill="EAF4F3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000129C3" w14:textId="77777777" w:rsidR="00561B56" w:rsidRDefault="00000000">
            <w:pPr>
              <w:spacing w:after="0" w:line="240" w:lineRule="auto"/>
            </w:pPr>
            <w:r>
              <w:rPr>
                <w:b/>
                <w:color w:val="174B4A"/>
                <w:sz w:val="19"/>
              </w:rPr>
              <w:t>Summary / Brief History</w:t>
            </w:r>
          </w:p>
        </w:tc>
      </w:tr>
      <w:tr w:rsidR="00561B56" w14:paraId="551AEA36" w14:textId="77777777">
        <w:trPr>
          <w:trHeight w:val="2232"/>
          <w:jc w:val="center"/>
        </w:trPr>
        <w:tc>
          <w:tcPr>
            <w:tcW w:w="10570" w:type="dxa"/>
            <w:tcBorders>
              <w:top w:val="single" w:sz="4" w:space="0" w:color="B8C7C6"/>
              <w:left w:val="single" w:sz="6" w:space="0" w:color="216A68"/>
              <w:bottom w:val="single" w:sz="6" w:space="0" w:color="216A68"/>
              <w:right w:val="single" w:sz="6" w:space="0" w:color="216A68"/>
            </w:tcBorders>
            <w:tcMar>
              <w:top w:w="130" w:type="dxa"/>
              <w:left w:w="140" w:type="dxa"/>
              <w:bottom w:w="130" w:type="dxa"/>
              <w:right w:w="140" w:type="dxa"/>
            </w:tcMar>
          </w:tcPr>
          <w:p w14:paraId="262ADADC" w14:textId="77777777" w:rsidR="00561B56" w:rsidRDefault="00561B56">
            <w:pPr>
              <w:spacing w:after="0" w:line="240" w:lineRule="auto"/>
            </w:pPr>
          </w:p>
        </w:tc>
      </w:tr>
    </w:tbl>
    <w:p w14:paraId="0497ED9E" w14:textId="77777777" w:rsidR="00561B56" w:rsidRDefault="00561B56">
      <w:pPr>
        <w:spacing w:after="4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570"/>
      </w:tblGrid>
      <w:tr w:rsidR="00561B56" w14:paraId="73B6D143" w14:textId="77777777">
        <w:trPr>
          <w:jc w:val="center"/>
        </w:trPr>
        <w:tc>
          <w:tcPr>
            <w:tcW w:w="10570" w:type="dxa"/>
            <w:tcBorders>
              <w:top w:val="single" w:sz="6" w:space="0" w:color="216A68"/>
              <w:left w:val="single" w:sz="6" w:space="0" w:color="216A68"/>
              <w:bottom w:val="single" w:sz="4" w:space="0" w:color="B8C7C6"/>
              <w:right w:val="single" w:sz="6" w:space="0" w:color="216A68"/>
            </w:tcBorders>
            <w:shd w:val="clear" w:color="auto" w:fill="EAF4F3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53836B43" w14:textId="77777777" w:rsidR="00561B56" w:rsidRDefault="00000000">
            <w:pPr>
              <w:spacing w:after="0" w:line="240" w:lineRule="auto"/>
            </w:pPr>
            <w:r>
              <w:rPr>
                <w:b/>
                <w:color w:val="174B4A"/>
                <w:sz w:val="19"/>
              </w:rPr>
              <w:t>Current Interventions</w:t>
            </w:r>
          </w:p>
        </w:tc>
      </w:tr>
      <w:tr w:rsidR="00561B56" w14:paraId="1F748570" w14:textId="77777777">
        <w:trPr>
          <w:trHeight w:val="1699"/>
          <w:jc w:val="center"/>
        </w:trPr>
        <w:tc>
          <w:tcPr>
            <w:tcW w:w="10570" w:type="dxa"/>
            <w:tcBorders>
              <w:top w:val="single" w:sz="4" w:space="0" w:color="B8C7C6"/>
              <w:left w:val="single" w:sz="6" w:space="0" w:color="216A68"/>
              <w:bottom w:val="single" w:sz="6" w:space="0" w:color="216A68"/>
              <w:right w:val="single" w:sz="6" w:space="0" w:color="216A68"/>
            </w:tcBorders>
            <w:tcMar>
              <w:top w:w="130" w:type="dxa"/>
              <w:left w:w="140" w:type="dxa"/>
              <w:bottom w:w="130" w:type="dxa"/>
              <w:right w:w="140" w:type="dxa"/>
            </w:tcMar>
          </w:tcPr>
          <w:p w14:paraId="4786F512" w14:textId="77777777" w:rsidR="00561B56" w:rsidRDefault="00561B56">
            <w:pPr>
              <w:spacing w:after="0" w:line="240" w:lineRule="auto"/>
            </w:pPr>
          </w:p>
        </w:tc>
      </w:tr>
    </w:tbl>
    <w:p w14:paraId="542FE19E" w14:textId="77777777" w:rsidR="00561B56" w:rsidRDefault="00561B56">
      <w:pPr>
        <w:spacing w:after="4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570"/>
      </w:tblGrid>
      <w:tr w:rsidR="00561B56" w14:paraId="37419101" w14:textId="77777777">
        <w:trPr>
          <w:jc w:val="center"/>
        </w:trPr>
        <w:tc>
          <w:tcPr>
            <w:tcW w:w="10570" w:type="dxa"/>
            <w:tcBorders>
              <w:top w:val="single" w:sz="6" w:space="0" w:color="216A68"/>
              <w:left w:val="single" w:sz="6" w:space="0" w:color="216A68"/>
              <w:bottom w:val="single" w:sz="4" w:space="0" w:color="B8C7C6"/>
              <w:right w:val="single" w:sz="6" w:space="0" w:color="216A68"/>
            </w:tcBorders>
            <w:shd w:val="clear" w:color="auto" w:fill="EAF4F3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4BEF52A0" w14:textId="77777777" w:rsidR="00561B56" w:rsidRDefault="00000000">
            <w:pPr>
              <w:spacing w:after="0" w:line="240" w:lineRule="auto"/>
            </w:pPr>
            <w:r>
              <w:rPr>
                <w:b/>
                <w:color w:val="174B4A"/>
                <w:sz w:val="19"/>
              </w:rPr>
              <w:t>Safety / Risk Issues</w:t>
            </w:r>
          </w:p>
        </w:tc>
      </w:tr>
      <w:tr w:rsidR="00561B56" w14:paraId="52AC5FB9" w14:textId="77777777">
        <w:trPr>
          <w:trHeight w:val="1699"/>
          <w:jc w:val="center"/>
        </w:trPr>
        <w:tc>
          <w:tcPr>
            <w:tcW w:w="10570" w:type="dxa"/>
            <w:tcBorders>
              <w:top w:val="single" w:sz="4" w:space="0" w:color="B8C7C6"/>
              <w:left w:val="single" w:sz="6" w:space="0" w:color="216A68"/>
              <w:bottom w:val="single" w:sz="6" w:space="0" w:color="216A68"/>
              <w:right w:val="single" w:sz="6" w:space="0" w:color="216A68"/>
            </w:tcBorders>
            <w:tcMar>
              <w:top w:w="130" w:type="dxa"/>
              <w:left w:w="140" w:type="dxa"/>
              <w:bottom w:w="130" w:type="dxa"/>
              <w:right w:w="140" w:type="dxa"/>
            </w:tcMar>
          </w:tcPr>
          <w:p w14:paraId="696494C6" w14:textId="77777777" w:rsidR="00561B56" w:rsidRDefault="00561B56">
            <w:pPr>
              <w:spacing w:after="0" w:line="240" w:lineRule="auto"/>
            </w:pPr>
          </w:p>
        </w:tc>
      </w:tr>
    </w:tbl>
    <w:p w14:paraId="39E11659" w14:textId="77777777" w:rsidR="00561B56" w:rsidRDefault="00561B56">
      <w:pPr>
        <w:spacing w:after="4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570"/>
      </w:tblGrid>
      <w:tr w:rsidR="00561B56" w14:paraId="5CE35FDB" w14:textId="77777777">
        <w:trPr>
          <w:jc w:val="center"/>
        </w:trPr>
        <w:tc>
          <w:tcPr>
            <w:tcW w:w="10570" w:type="dxa"/>
            <w:tcBorders>
              <w:top w:val="single" w:sz="6" w:space="0" w:color="216A68"/>
              <w:left w:val="single" w:sz="6" w:space="0" w:color="216A68"/>
              <w:bottom w:val="single" w:sz="4" w:space="0" w:color="B8C7C6"/>
              <w:right w:val="single" w:sz="6" w:space="0" w:color="216A68"/>
            </w:tcBorders>
            <w:shd w:val="clear" w:color="auto" w:fill="EAF4F3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0B231B84" w14:textId="77777777" w:rsidR="00561B56" w:rsidRDefault="00000000">
            <w:pPr>
              <w:spacing w:after="0" w:line="240" w:lineRule="auto"/>
            </w:pPr>
            <w:r>
              <w:rPr>
                <w:b/>
                <w:color w:val="174B4A"/>
                <w:sz w:val="19"/>
              </w:rPr>
              <w:t>Follow-up Requested</w:t>
            </w:r>
          </w:p>
        </w:tc>
      </w:tr>
      <w:tr w:rsidR="00561B56" w14:paraId="72F97FF8" w14:textId="77777777">
        <w:trPr>
          <w:trHeight w:val="1123"/>
          <w:jc w:val="center"/>
        </w:trPr>
        <w:tc>
          <w:tcPr>
            <w:tcW w:w="10570" w:type="dxa"/>
            <w:tcBorders>
              <w:top w:val="single" w:sz="4" w:space="0" w:color="B8C7C6"/>
              <w:left w:val="single" w:sz="6" w:space="0" w:color="216A68"/>
              <w:bottom w:val="single" w:sz="6" w:space="0" w:color="216A68"/>
              <w:right w:val="single" w:sz="6" w:space="0" w:color="216A68"/>
            </w:tcBorders>
            <w:tcMar>
              <w:top w:w="130" w:type="dxa"/>
              <w:left w:w="140" w:type="dxa"/>
              <w:bottom w:w="130" w:type="dxa"/>
              <w:right w:w="140" w:type="dxa"/>
            </w:tcMar>
          </w:tcPr>
          <w:p w14:paraId="19E14AA6" w14:textId="77777777" w:rsidR="00561B56" w:rsidRDefault="00561B56">
            <w:pPr>
              <w:spacing w:after="0" w:line="240" w:lineRule="auto"/>
            </w:pPr>
          </w:p>
        </w:tc>
      </w:tr>
    </w:tbl>
    <w:p w14:paraId="68AF39BD" w14:textId="77777777" w:rsidR="00561B56" w:rsidRDefault="00561B56">
      <w:pPr>
        <w:spacing w:after="0"/>
      </w:pPr>
    </w:p>
    <w:p w14:paraId="3ED3592A" w14:textId="77777777" w:rsidR="007F0E9D" w:rsidRDefault="007F0E9D"/>
    <w:sectPr w:rsidR="007F0E9D" w:rsidSect="00034616">
      <w:footerReference w:type="default" r:id="rId10"/>
      <w:pgSz w:w="12240" w:h="15840"/>
      <w:pgMar w:top="720" w:right="835" w:bottom="893" w:left="835" w:header="288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334AD7B" w14:textId="77777777" w:rsidR="007F0E9D" w:rsidRDefault="007F0E9D">
      <w:pPr>
        <w:spacing w:after="0" w:line="240" w:lineRule="auto"/>
      </w:pPr>
      <w:r>
        <w:separator/>
      </w:r>
    </w:p>
  </w:endnote>
  <w:endnote w:type="continuationSeparator" w:id="0">
    <w:p w14:paraId="0936B5E8" w14:textId="77777777" w:rsidR="007F0E9D" w:rsidRDefault="007F0E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BCA8500" w14:textId="77777777" w:rsidR="00561B56" w:rsidRDefault="00561B56">
    <w:pPr>
      <w:pStyle w:val="Footer"/>
    </w:pPr>
  </w:p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3671"/>
      <w:gridCol w:w="3024"/>
      <w:gridCol w:w="3384"/>
    </w:tblGrid>
    <w:tr w:rsidR="00561B56" w14:paraId="7660B3EF" w14:textId="77777777">
      <w:trPr>
        <w:jc w:val="center"/>
      </w:trPr>
      <w:tc>
        <w:tcPr>
          <w:tcW w:w="3671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tcMar>
            <w:top w:w="35" w:type="dxa"/>
            <w:left w:w="70" w:type="dxa"/>
            <w:bottom w:w="35" w:type="dxa"/>
            <w:right w:w="70" w:type="dxa"/>
          </w:tcMar>
        </w:tcPr>
        <w:p w14:paraId="135D16E9" w14:textId="77777777" w:rsidR="00561B56" w:rsidRDefault="00000000">
          <w:pPr>
            <w:spacing w:after="0" w:line="240" w:lineRule="auto"/>
          </w:pPr>
          <w:r>
            <w:rPr>
              <w:color w:val="666666"/>
              <w:sz w:val="13"/>
            </w:rPr>
            <w:t xml:space="preserve">Approved &amp; </w:t>
          </w:r>
          <w:proofErr w:type="gramStart"/>
          <w:r>
            <w:rPr>
              <w:color w:val="666666"/>
              <w:sz w:val="13"/>
            </w:rPr>
            <w:t>Issued</w:t>
          </w:r>
          <w:proofErr w:type="gramEnd"/>
          <w:r>
            <w:rPr>
              <w:color w:val="666666"/>
              <w:sz w:val="13"/>
            </w:rPr>
            <w:t xml:space="preserve"> by OL Oct. 21</w:t>
          </w:r>
        </w:p>
      </w:tc>
      <w:tc>
        <w:tcPr>
          <w:tcW w:w="3024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tcMar>
            <w:top w:w="35" w:type="dxa"/>
            <w:left w:w="70" w:type="dxa"/>
            <w:bottom w:w="35" w:type="dxa"/>
            <w:right w:w="70" w:type="dxa"/>
          </w:tcMar>
        </w:tcPr>
        <w:p w14:paraId="7544AE2D" w14:textId="77777777" w:rsidR="00561B56" w:rsidRDefault="00000000">
          <w:pPr>
            <w:spacing w:after="0" w:line="240" w:lineRule="auto"/>
          </w:pPr>
          <w:r>
            <w:rPr>
              <w:color w:val="666666"/>
              <w:sz w:val="13"/>
            </w:rPr>
            <w:t>Title: Referral Form</w:t>
          </w:r>
        </w:p>
      </w:tc>
      <w:tc>
        <w:tcPr>
          <w:tcW w:w="3384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tcMar>
            <w:top w:w="35" w:type="dxa"/>
            <w:left w:w="70" w:type="dxa"/>
            <w:bottom w:w="35" w:type="dxa"/>
            <w:right w:w="70" w:type="dxa"/>
          </w:tcMar>
        </w:tcPr>
        <w:p w14:paraId="66DAE3C4" w14:textId="77777777" w:rsidR="00561B56" w:rsidRDefault="00000000">
          <w:pPr>
            <w:spacing w:after="0" w:line="240" w:lineRule="auto"/>
          </w:pPr>
          <w:r>
            <w:rPr>
              <w:color w:val="666666"/>
              <w:sz w:val="13"/>
            </w:rPr>
            <w:t>Reference: Service Delivery 001</w:t>
          </w:r>
        </w:p>
      </w:tc>
    </w:tr>
    <w:tr w:rsidR="00561B56" w14:paraId="13A713BD" w14:textId="77777777">
      <w:trPr>
        <w:jc w:val="center"/>
      </w:trPr>
      <w:tc>
        <w:tcPr>
          <w:tcW w:w="3671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tcMar>
            <w:top w:w="35" w:type="dxa"/>
            <w:left w:w="70" w:type="dxa"/>
            <w:bottom w:w="35" w:type="dxa"/>
            <w:right w:w="70" w:type="dxa"/>
          </w:tcMar>
        </w:tcPr>
        <w:p w14:paraId="76E3E0F1" w14:textId="77777777" w:rsidR="00561B56" w:rsidRDefault="00000000">
          <w:pPr>
            <w:spacing w:after="0" w:line="240" w:lineRule="auto"/>
          </w:pPr>
          <w:r>
            <w:rPr>
              <w:color w:val="666666"/>
              <w:sz w:val="13"/>
            </w:rPr>
            <w:t>Review: Oct 23</w:t>
          </w:r>
        </w:p>
      </w:tc>
      <w:tc>
        <w:tcPr>
          <w:tcW w:w="3024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tcMar>
            <w:top w:w="35" w:type="dxa"/>
            <w:left w:w="70" w:type="dxa"/>
            <w:bottom w:w="35" w:type="dxa"/>
            <w:right w:w="70" w:type="dxa"/>
          </w:tcMar>
        </w:tcPr>
        <w:p w14:paraId="1F3966D4" w14:textId="77777777" w:rsidR="00561B56" w:rsidRDefault="00000000">
          <w:pPr>
            <w:spacing w:after="0" w:line="240" w:lineRule="auto"/>
          </w:pPr>
          <w:r>
            <w:rPr>
              <w:color w:val="666666"/>
              <w:sz w:val="13"/>
            </w:rPr>
            <w:t>Version 1</w:t>
          </w:r>
        </w:p>
      </w:tc>
      <w:tc>
        <w:tcPr>
          <w:tcW w:w="3384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tcMar>
            <w:top w:w="35" w:type="dxa"/>
            <w:left w:w="70" w:type="dxa"/>
            <w:bottom w:w="35" w:type="dxa"/>
            <w:right w:w="70" w:type="dxa"/>
          </w:tcMar>
        </w:tcPr>
        <w:p w14:paraId="782A8E6E" w14:textId="77777777" w:rsidR="00561B56" w:rsidRDefault="00000000">
          <w:pPr>
            <w:spacing w:after="0" w:line="240" w:lineRule="auto"/>
          </w:pPr>
          <w:r>
            <w:rPr>
              <w:color w:val="666666"/>
              <w:sz w:val="13"/>
            </w:rPr>
            <w:t>Page 1 of 2</w:t>
          </w: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787818F" w14:textId="77777777" w:rsidR="00561B56" w:rsidRDefault="00561B56">
    <w:pPr>
      <w:pStyle w:val="Footer"/>
    </w:pPr>
  </w:p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3671"/>
      <w:gridCol w:w="3024"/>
      <w:gridCol w:w="3384"/>
    </w:tblGrid>
    <w:tr w:rsidR="00561B56" w14:paraId="566BB197" w14:textId="77777777">
      <w:trPr>
        <w:jc w:val="center"/>
      </w:trPr>
      <w:tc>
        <w:tcPr>
          <w:tcW w:w="3671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tcMar>
            <w:top w:w="35" w:type="dxa"/>
            <w:left w:w="70" w:type="dxa"/>
            <w:bottom w:w="35" w:type="dxa"/>
            <w:right w:w="70" w:type="dxa"/>
          </w:tcMar>
        </w:tcPr>
        <w:p w14:paraId="7481FAAD" w14:textId="48514BC9" w:rsidR="00561B56" w:rsidRDefault="00000000">
          <w:pPr>
            <w:spacing w:after="0" w:line="240" w:lineRule="auto"/>
          </w:pPr>
          <w:r>
            <w:rPr>
              <w:color w:val="666666"/>
              <w:sz w:val="13"/>
            </w:rPr>
            <w:t>Approved &amp; Issued</w:t>
          </w:r>
          <w:r w:rsidR="007805F0">
            <w:rPr>
              <w:color w:val="666666"/>
              <w:sz w:val="13"/>
            </w:rPr>
            <w:t>:</w:t>
          </w:r>
          <w:r>
            <w:rPr>
              <w:color w:val="666666"/>
              <w:sz w:val="13"/>
            </w:rPr>
            <w:t xml:space="preserve"> Oct. 2</w:t>
          </w:r>
          <w:r w:rsidR="007805F0">
            <w:rPr>
              <w:color w:val="666666"/>
              <w:sz w:val="13"/>
            </w:rPr>
            <w:t>026</w:t>
          </w:r>
        </w:p>
      </w:tc>
      <w:tc>
        <w:tcPr>
          <w:tcW w:w="3024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tcMar>
            <w:top w:w="35" w:type="dxa"/>
            <w:left w:w="70" w:type="dxa"/>
            <w:bottom w:w="35" w:type="dxa"/>
            <w:right w:w="70" w:type="dxa"/>
          </w:tcMar>
        </w:tcPr>
        <w:p w14:paraId="397AB3BD" w14:textId="77777777" w:rsidR="00561B56" w:rsidRDefault="00000000">
          <w:pPr>
            <w:spacing w:after="0" w:line="240" w:lineRule="auto"/>
          </w:pPr>
          <w:r>
            <w:rPr>
              <w:color w:val="666666"/>
              <w:sz w:val="13"/>
            </w:rPr>
            <w:t>Title: Referral Form</w:t>
          </w:r>
        </w:p>
      </w:tc>
      <w:tc>
        <w:tcPr>
          <w:tcW w:w="3384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tcMar>
            <w:top w:w="35" w:type="dxa"/>
            <w:left w:w="70" w:type="dxa"/>
            <w:bottom w:w="35" w:type="dxa"/>
            <w:right w:w="70" w:type="dxa"/>
          </w:tcMar>
        </w:tcPr>
        <w:p w14:paraId="334E1AEC" w14:textId="77777777" w:rsidR="00561B56" w:rsidRDefault="00000000">
          <w:pPr>
            <w:spacing w:after="0" w:line="240" w:lineRule="auto"/>
          </w:pPr>
          <w:r>
            <w:rPr>
              <w:color w:val="666666"/>
              <w:sz w:val="13"/>
            </w:rPr>
            <w:t>Reference: Service Delivery 001</w:t>
          </w:r>
        </w:p>
      </w:tc>
    </w:tr>
    <w:tr w:rsidR="00561B56" w14:paraId="088DE932" w14:textId="77777777">
      <w:trPr>
        <w:jc w:val="center"/>
      </w:trPr>
      <w:tc>
        <w:tcPr>
          <w:tcW w:w="3671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tcMar>
            <w:top w:w="35" w:type="dxa"/>
            <w:left w:w="70" w:type="dxa"/>
            <w:bottom w:w="35" w:type="dxa"/>
            <w:right w:w="70" w:type="dxa"/>
          </w:tcMar>
        </w:tcPr>
        <w:p w14:paraId="7C88D03C" w14:textId="1059F70B" w:rsidR="00561B56" w:rsidRDefault="00000000">
          <w:pPr>
            <w:spacing w:after="0" w:line="240" w:lineRule="auto"/>
          </w:pPr>
          <w:r>
            <w:rPr>
              <w:color w:val="666666"/>
              <w:sz w:val="13"/>
            </w:rPr>
            <w:t>Review: Oc</w:t>
          </w:r>
          <w:r w:rsidR="007805F0">
            <w:rPr>
              <w:color w:val="666666"/>
              <w:sz w:val="13"/>
            </w:rPr>
            <w:t>t 2028</w:t>
          </w:r>
        </w:p>
      </w:tc>
      <w:tc>
        <w:tcPr>
          <w:tcW w:w="3024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tcMar>
            <w:top w:w="35" w:type="dxa"/>
            <w:left w:w="70" w:type="dxa"/>
            <w:bottom w:w="35" w:type="dxa"/>
            <w:right w:w="70" w:type="dxa"/>
          </w:tcMar>
        </w:tcPr>
        <w:p w14:paraId="27A97A98" w14:textId="4501F89B" w:rsidR="00561B56" w:rsidRDefault="00000000">
          <w:pPr>
            <w:spacing w:after="0" w:line="240" w:lineRule="auto"/>
          </w:pPr>
          <w:r>
            <w:rPr>
              <w:color w:val="666666"/>
              <w:sz w:val="13"/>
            </w:rPr>
            <w:t xml:space="preserve">Version </w:t>
          </w:r>
          <w:r w:rsidR="007805F0">
            <w:rPr>
              <w:color w:val="666666"/>
              <w:sz w:val="13"/>
            </w:rPr>
            <w:t>2</w:t>
          </w:r>
        </w:p>
      </w:tc>
      <w:tc>
        <w:tcPr>
          <w:tcW w:w="3384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tcMar>
            <w:top w:w="35" w:type="dxa"/>
            <w:left w:w="70" w:type="dxa"/>
            <w:bottom w:w="35" w:type="dxa"/>
            <w:right w:w="70" w:type="dxa"/>
          </w:tcMar>
        </w:tcPr>
        <w:p w14:paraId="2BD0E92B" w14:textId="77777777" w:rsidR="00561B56" w:rsidRDefault="00000000">
          <w:pPr>
            <w:spacing w:after="0" w:line="240" w:lineRule="auto"/>
          </w:pPr>
          <w:r>
            <w:rPr>
              <w:color w:val="666666"/>
              <w:sz w:val="13"/>
            </w:rPr>
            <w:t>Page 2 of 2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8D766EF" w14:textId="77777777" w:rsidR="007F0E9D" w:rsidRDefault="007F0E9D">
      <w:pPr>
        <w:spacing w:after="0" w:line="240" w:lineRule="auto"/>
      </w:pPr>
      <w:r>
        <w:separator/>
      </w:r>
    </w:p>
  </w:footnote>
  <w:footnote w:type="continuationSeparator" w:id="0">
    <w:p w14:paraId="1A65766D" w14:textId="77777777" w:rsidR="007F0E9D" w:rsidRDefault="007F0E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32474453">
    <w:abstractNumId w:val="8"/>
  </w:num>
  <w:num w:numId="2" w16cid:durableId="2047557990">
    <w:abstractNumId w:val="6"/>
  </w:num>
  <w:num w:numId="3" w16cid:durableId="39206877">
    <w:abstractNumId w:val="5"/>
  </w:num>
  <w:num w:numId="4" w16cid:durableId="1457984544">
    <w:abstractNumId w:val="4"/>
  </w:num>
  <w:num w:numId="5" w16cid:durableId="644167926">
    <w:abstractNumId w:val="7"/>
  </w:num>
  <w:num w:numId="6" w16cid:durableId="1035470594">
    <w:abstractNumId w:val="3"/>
  </w:num>
  <w:num w:numId="7" w16cid:durableId="1140802195">
    <w:abstractNumId w:val="2"/>
  </w:num>
  <w:num w:numId="8" w16cid:durableId="544491733">
    <w:abstractNumId w:val="1"/>
  </w:num>
  <w:num w:numId="9" w16cid:durableId="29977423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17211"/>
    <w:rsid w:val="00561B56"/>
    <w:rsid w:val="007805F0"/>
    <w:rsid w:val="007F0E9D"/>
    <w:rsid w:val="00AA1D8D"/>
    <w:rsid w:val="00B47730"/>
    <w:rsid w:val="00CA3A2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78094CA"/>
  <w14:defaultImageDpi w14:val="300"/>
  <w15:docId w15:val="{422CCBFE-00B1-6748-94B2-4847A0035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142</Words>
  <Characters>889</Characters>
  <Application>Microsoft Office Word</Application>
  <DocSecurity>0</DocSecurity>
  <Lines>88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Ngā Manga Pūriri Referral Form</vt:lpstr>
    </vt:vector>
  </TitlesOfParts>
  <Manager/>
  <Company/>
  <LinksUpToDate>false</LinksUpToDate>
  <CharactersWithSpaces>967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Ngā Manga Pūriri Referral Form</dc:title>
  <dc:subject>Editable Referral Form</dc:subject>
  <dc:creator>Ngā Manga Pūriri</dc:creator>
  <cp:keywords>referral form, Ngā Manga Pūriri, gambling, addictions</cp:keywords>
  <dc:description>generated by python-docx</dc:description>
  <cp:lastModifiedBy>Chala Chase</cp:lastModifiedBy>
  <cp:revision>2</cp:revision>
  <dcterms:created xsi:type="dcterms:W3CDTF">2026-09-16T22:43:00Z</dcterms:created>
  <dcterms:modified xsi:type="dcterms:W3CDTF">2026-09-16T22:43:00Z</dcterms:modified>
  <cp:category/>
</cp:coreProperties>
</file>