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6CED0" w14:textId="77777777" w:rsidR="003A6632" w:rsidRDefault="00F34B4A">
      <w:pPr>
        <w:pStyle w:val="Title"/>
      </w:pPr>
      <w:r>
        <w:t>Cookie Policy</w:t>
      </w:r>
    </w:p>
    <w:p w14:paraId="6518D40E" w14:textId="77777777" w:rsidR="003A6632" w:rsidRDefault="00F34B4A">
      <w:r>
        <w:t>Business: Kimber Canine</w:t>
      </w:r>
    </w:p>
    <w:p w14:paraId="048C1CC5" w14:textId="77777777" w:rsidR="003A6632" w:rsidRDefault="00F34B4A">
      <w:r>
        <w:t>Owner: Beverley Kimber</w:t>
      </w:r>
    </w:p>
    <w:p w14:paraId="0E385277" w14:textId="77777777" w:rsidR="003A6632" w:rsidRDefault="00F34B4A">
      <w:r>
        <w:t>Last Updated: July 2026</w:t>
      </w:r>
    </w:p>
    <w:p w14:paraId="21C048BE" w14:textId="77777777" w:rsidR="003A6632" w:rsidRDefault="00F34B4A">
      <w:pPr>
        <w:pStyle w:val="Heading1"/>
      </w:pPr>
      <w:r>
        <w:t>1. What are cookies?</w:t>
      </w:r>
    </w:p>
    <w:p w14:paraId="68B36CA0" w14:textId="77777777" w:rsidR="003A6632" w:rsidRDefault="00F34B4A">
      <w:r>
        <w:t>A 'cookie' is a small text file that is stored on your computer's hard drive or mobile device by a website's server. It records how you move your way around a website so that, when you revisit that website, it can present tailored options based on the information stored about your last visit. Cookies do not harm your system.</w:t>
      </w:r>
    </w:p>
    <w:p w14:paraId="465B1A87" w14:textId="77777777" w:rsidR="003A6632" w:rsidRDefault="00F34B4A">
      <w:pPr>
        <w:pStyle w:val="Heading1"/>
      </w:pPr>
      <w:r>
        <w:t>2. How Kimber Canine uses cookies</w:t>
      </w:r>
    </w:p>
    <w:p w14:paraId="3015962B" w14:textId="77777777" w:rsidR="003A6632" w:rsidRDefault="00F34B4A">
      <w:r>
        <w:t>We use cookies to track your use of our website. This enables us to understand how you use the site and track any patterns with regards to how you are using our website. This helps us to develop and improve our website, as well as our products and services, in response to what you might need or want.</w:t>
      </w:r>
    </w:p>
    <w:p w14:paraId="472EC364" w14:textId="77777777" w:rsidR="003A6632" w:rsidRDefault="00F34B4A">
      <w:pPr>
        <w:pStyle w:val="Heading1"/>
      </w:pPr>
      <w:r>
        <w:t>3. The types of cookies we use</w:t>
      </w:r>
    </w:p>
    <w:p w14:paraId="680AB003" w14:textId="77777777" w:rsidR="003A6632" w:rsidRDefault="00F34B4A">
      <w:r>
        <w:t>We use the following types of cookies:</w:t>
      </w:r>
    </w:p>
    <w:p w14:paraId="7D0F5760" w14:textId="77777777" w:rsidR="003A6632" w:rsidRDefault="00F34B4A">
      <w:pPr>
        <w:pStyle w:val="ListBullet"/>
      </w:pPr>
      <w:r>
        <w:t>Strictly Necessary Cookies: These cookies are essential to enable you to use the website effectively. Without these cookies, the services available to you on our website cannot be provided. These cookies do not gather information about you that could be used for marketing.</w:t>
      </w:r>
    </w:p>
    <w:p w14:paraId="5097FA7B" w14:textId="77777777" w:rsidR="003A6632" w:rsidRDefault="00F34B4A">
      <w:pPr>
        <w:pStyle w:val="ListBullet"/>
      </w:pPr>
      <w:r>
        <w:t>Performance Cookies: These cookies enable us to monitor and improve the performance of our website. For example, they allow us to count visits, identify traffic sources, and see which parts of the site are most popular.</w:t>
      </w:r>
    </w:p>
    <w:p w14:paraId="71711D38" w14:textId="77777777" w:rsidR="003A6632" w:rsidRDefault="00F34B4A">
      <w:pPr>
        <w:pStyle w:val="ListBullet"/>
      </w:pPr>
      <w:r>
        <w:t>Functionality Cookies: These allow our website to remember choices you make (such as your user name or the region you are in) and provide enhanced, more personal features.</w:t>
      </w:r>
    </w:p>
    <w:p w14:paraId="1B7AD3B3" w14:textId="77777777" w:rsidR="003A6632" w:rsidRDefault="00F34B4A">
      <w:pPr>
        <w:pStyle w:val="Heading1"/>
      </w:pPr>
      <w:r>
        <w:t>4. Managing and Disabling Cookies</w:t>
      </w:r>
    </w:p>
    <w:p w14:paraId="5218324C" w14:textId="77777777" w:rsidR="003A6632" w:rsidRDefault="00F34B4A">
      <w:r>
        <w:t>Most web browsers allow some control of most cookies through the browser settings. To find out more about cookies, including how to see what cookies have been set and how to manage and delete them, visit www.aboutcookies.org or www.allaboutcookies.org.</w:t>
      </w:r>
    </w:p>
    <w:p w14:paraId="054E7743" w14:textId="77777777" w:rsidR="003A6632" w:rsidRDefault="00F34B4A">
      <w:r>
        <w:lastRenderedPageBreak/>
        <w:t>Please note that if you use your browser settings to block all cookies (including essential cookies) you may not be able to access all or parts of our website.</w:t>
      </w:r>
    </w:p>
    <w:p w14:paraId="2E41FD2A" w14:textId="77777777" w:rsidR="003A6632" w:rsidRDefault="00F34B4A">
      <w:pPr>
        <w:pStyle w:val="Heading1"/>
      </w:pPr>
      <w:r>
        <w:t>5. Contact Us</w:t>
      </w:r>
    </w:p>
    <w:p w14:paraId="3499F419" w14:textId="77777777" w:rsidR="003A6632" w:rsidRDefault="00F34B4A">
      <w:r>
        <w:t>If you have any questions about our use of cookies, please contact Beverley Kimber at Kimbercanine@gmail.com.</w:t>
      </w:r>
    </w:p>
    <w:sectPr w:rsidR="003A663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2345279">
    <w:abstractNumId w:val="8"/>
  </w:num>
  <w:num w:numId="2" w16cid:durableId="106318059">
    <w:abstractNumId w:val="6"/>
  </w:num>
  <w:num w:numId="3" w16cid:durableId="987131307">
    <w:abstractNumId w:val="5"/>
  </w:num>
  <w:num w:numId="4" w16cid:durableId="41826891">
    <w:abstractNumId w:val="4"/>
  </w:num>
  <w:num w:numId="5" w16cid:durableId="1179349154">
    <w:abstractNumId w:val="7"/>
  </w:num>
  <w:num w:numId="6" w16cid:durableId="43064961">
    <w:abstractNumId w:val="3"/>
  </w:num>
  <w:num w:numId="7" w16cid:durableId="365714209">
    <w:abstractNumId w:val="2"/>
  </w:num>
  <w:num w:numId="8" w16cid:durableId="840390831">
    <w:abstractNumId w:val="1"/>
  </w:num>
  <w:num w:numId="9" w16cid:durableId="26415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C52A0"/>
    <w:rsid w:val="0029639D"/>
    <w:rsid w:val="00326F90"/>
    <w:rsid w:val="003A6632"/>
    <w:rsid w:val="009109D3"/>
    <w:rsid w:val="00AA1D8D"/>
    <w:rsid w:val="00B47730"/>
    <w:rsid w:val="00CB0664"/>
    <w:rsid w:val="00F34B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61F311"/>
  <w14:defaultImageDpi w14:val="300"/>
  <w15:docId w15:val="{9D3BD591-23F3-494B-8E7D-0C671FE87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Mark Day</cp:lastModifiedBy>
  <cp:revision>2</cp:revision>
  <dcterms:created xsi:type="dcterms:W3CDTF">2026-08-12T21:36:00Z</dcterms:created>
  <dcterms:modified xsi:type="dcterms:W3CDTF">2026-08-12T21:36:00Z</dcterms:modified>
  <cp:category/>
</cp:coreProperties>
</file>