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32447"/>
          <w:sz w:val="48"/>
        </w:rPr>
        <w:t>IP Marketing Solutions</w:t>
        <w:br/>
        <w:t>Project Brief Template</w:t>
      </w:r>
    </w:p>
    <w:p>
      <w:pPr>
        <w:jc w:val="center"/>
      </w:pPr>
      <w:r>
        <w:rPr>
          <w:color w:val="464646"/>
          <w:sz w:val="22"/>
        </w:rPr>
        <w:t>Use this template to provide project details, organize goals, and streamline communication with the IP Marketing Solutions team.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</w:tcPr>
          <w:p>
            <w:r>
              <w:rPr>
                <w:color w:val="282828"/>
                <w:sz w:val="20"/>
              </w:rPr>
              <w:t>This document helps collect important project information before work begins. The more details provided, the smoother the planning, communication, and production process will be.</w:t>
            </w:r>
          </w:p>
        </w:tc>
      </w:tr>
    </w:tbl>
    <w:p/>
    <w:p>
      <w:r>
        <w:rPr>
          <w:b/>
          <w:color w:val="19A0FF"/>
          <w:sz w:val="32"/>
        </w:rPr>
        <w:t>1. Business Information</w:t>
      </w:r>
    </w:p>
    <w:p/>
    <w:p>
      <w:pPr/>
      <w:r>
        <w:rPr>
          <w:sz w:val="22"/>
        </w:rPr>
        <w:t>Business Name: ________________________________</w:t>
      </w:r>
    </w:p>
    <w:p>
      <w:pPr/>
      <w:r>
        <w:rPr>
          <w:sz w:val="22"/>
        </w:rPr>
        <w:t>Primary Contact Name: ________________________________</w:t>
      </w:r>
    </w:p>
    <w:p>
      <w:pPr/>
      <w:r>
        <w:rPr>
          <w:sz w:val="22"/>
        </w:rPr>
        <w:t>Email Address: ________________________________</w:t>
      </w:r>
    </w:p>
    <w:p>
      <w:pPr/>
      <w:r>
        <w:rPr>
          <w:sz w:val="22"/>
        </w:rPr>
        <w:t>Phone Number: ________________________________</w:t>
      </w:r>
    </w:p>
    <w:p>
      <w:pPr/>
      <w:r>
        <w:rPr>
          <w:sz w:val="22"/>
        </w:rPr>
        <w:t>Website URL: ________________________________</w:t>
      </w:r>
    </w:p>
    <w:p/>
    <w:p>
      <w:r>
        <w:rPr>
          <w:b/>
          <w:color w:val="19A0FF"/>
          <w:sz w:val="32"/>
        </w:rPr>
        <w:t>2. Project Overview</w:t>
      </w:r>
    </w:p>
    <w:p/>
    <w:p>
      <w:pPr/>
      <w:r>
        <w:rPr>
          <w:sz w:val="22"/>
        </w:rPr>
        <w:t>What type of project are you requesting?</w:t>
      </w:r>
    </w:p>
    <w:p>
      <w:pPr/>
      <w:r>
        <w:rPr>
          <w:sz w:val="22"/>
        </w:rPr>
        <w:t>☐ Website Design</w:t>
      </w:r>
    </w:p>
    <w:p>
      <w:pPr/>
      <w:r>
        <w:rPr>
          <w:sz w:val="22"/>
        </w:rPr>
        <w:t>☐ SEO Services</w:t>
      </w:r>
    </w:p>
    <w:p>
      <w:pPr/>
      <w:r>
        <w:rPr>
          <w:sz w:val="22"/>
        </w:rPr>
        <w:t>☐ Social Media Marketing</w:t>
      </w:r>
    </w:p>
    <w:p>
      <w:pPr/>
      <w:r>
        <w:rPr>
          <w:sz w:val="22"/>
        </w:rPr>
        <w:t>☐ Google Ads / PPC</w:t>
      </w:r>
    </w:p>
    <w:p>
      <w:pPr/>
      <w:r>
        <w:rPr>
          <w:sz w:val="22"/>
        </w:rPr>
        <w:t>☐ Video Production</w:t>
      </w:r>
    </w:p>
    <w:p>
      <w:pPr/>
      <w:r>
        <w:rPr>
          <w:sz w:val="22"/>
        </w:rPr>
        <w:t>☐ Graphic Design / Print</w:t>
      </w:r>
    </w:p>
    <w:p>
      <w:pPr/>
      <w:r>
        <w:rPr>
          <w:sz w:val="22"/>
        </w:rPr>
        <w:t>☐ Other: ________________________________</w:t>
      </w:r>
    </w:p>
    <w:p>
      <w:pPr/>
    </w:p>
    <w:p>
      <w:pPr/>
      <w:r>
        <w:rPr>
          <w:sz w:val="22"/>
        </w:rPr>
        <w:t>Briefly describe your project goals:</w:t>
      </w:r>
    </w:p>
    <w:p>
      <w:pPr/>
    </w:p>
    <w:p>
      <w:pPr/>
      <w:r>
        <w:rPr>
          <w:sz w:val="22"/>
        </w:rPr>
        <w:t>______________________________________________________________</w:t>
      </w:r>
    </w:p>
    <w:p>
      <w:pPr/>
      <w:r>
        <w:rPr>
          <w:sz w:val="22"/>
        </w:rPr>
        <w:t>______________________________________________________________</w:t>
      </w:r>
    </w:p>
    <w:p>
      <w:pPr/>
      <w:r>
        <w:rPr>
          <w:sz w:val="22"/>
        </w:rPr>
        <w:t>______________________________________________________________</w:t>
      </w:r>
    </w:p>
    <w:p/>
    <w:p>
      <w:r>
        <w:rPr>
          <w:b/>
          <w:color w:val="19A0FF"/>
          <w:sz w:val="32"/>
        </w:rPr>
        <w:t>3. Target Audience</w:t>
      </w:r>
    </w:p>
    <w:p/>
    <w:p>
      <w:pPr/>
      <w:r>
        <w:rPr>
          <w:sz w:val="22"/>
        </w:rPr>
        <w:t>Who is your ideal customer or audience?</w:t>
      </w:r>
    </w:p>
    <w:p>
      <w:pPr/>
    </w:p>
    <w:p>
      <w:pPr/>
      <w:r>
        <w:rPr>
          <w:sz w:val="22"/>
        </w:rPr>
        <w:t>______________________________________________________________</w:t>
      </w:r>
    </w:p>
    <w:p>
      <w:pPr/>
      <w:r>
        <w:rPr>
          <w:sz w:val="22"/>
        </w:rPr>
        <w:t>______________________________________________________________</w:t>
      </w:r>
    </w:p>
    <w:p>
      <w:pPr/>
    </w:p>
    <w:p>
      <w:pPr/>
      <w:r>
        <w:rPr>
          <w:sz w:val="22"/>
        </w:rPr>
        <w:t>What locations or service areas should be targeted?</w:t>
      </w:r>
    </w:p>
    <w:p>
      <w:pPr/>
    </w:p>
    <w:p>
      <w:pPr/>
      <w:r>
        <w:rPr>
          <w:sz w:val="22"/>
        </w:rPr>
        <w:t>______________________________________________________________</w:t>
      </w:r>
    </w:p>
    <w:p/>
    <w:p>
      <w:r>
        <w:rPr>
          <w:b/>
          <w:color w:val="19A0FF"/>
          <w:sz w:val="32"/>
        </w:rPr>
        <w:t>4. Branding &amp; Content</w:t>
      </w:r>
    </w:p>
    <w:p/>
    <w:p>
      <w:pPr/>
      <w:r>
        <w:rPr>
          <w:sz w:val="22"/>
        </w:rPr>
        <w:t>Do you currently have branding assets available?</w:t>
      </w:r>
    </w:p>
    <w:p>
      <w:pPr/>
      <w:r>
        <w:rPr>
          <w:sz w:val="22"/>
        </w:rPr>
        <w:t>☐ Logo Files</w:t>
      </w:r>
    </w:p>
    <w:p>
      <w:pPr/>
      <w:r>
        <w:rPr>
          <w:sz w:val="22"/>
        </w:rPr>
        <w:t>☐ Brand Colors</w:t>
      </w:r>
    </w:p>
    <w:p>
      <w:pPr/>
      <w:r>
        <w:rPr>
          <w:sz w:val="22"/>
        </w:rPr>
        <w:t>☐ Existing Photos/Videos</w:t>
      </w:r>
    </w:p>
    <w:p>
      <w:pPr/>
      <w:r>
        <w:rPr>
          <w:sz w:val="22"/>
        </w:rPr>
        <w:t>☐ Written Content</w:t>
      </w:r>
    </w:p>
    <w:p>
      <w:pPr/>
      <w:r>
        <w:rPr>
          <w:sz w:val="22"/>
        </w:rPr>
        <w:t>☐ Social Media Access</w:t>
      </w:r>
    </w:p>
    <w:p>
      <w:pPr/>
    </w:p>
    <w:p>
      <w:pPr/>
      <w:r>
        <w:rPr>
          <w:sz w:val="22"/>
        </w:rPr>
        <w:t>Are there any competitor websites, styles, or examples you like?</w:t>
      </w:r>
    </w:p>
    <w:p>
      <w:pPr/>
    </w:p>
    <w:p>
      <w:pPr/>
      <w:r>
        <w:rPr>
          <w:sz w:val="22"/>
        </w:rPr>
        <w:t>______________________________________________________________</w:t>
      </w:r>
    </w:p>
    <w:p>
      <w:pPr/>
      <w:r>
        <w:rPr>
          <w:sz w:val="22"/>
        </w:rPr>
        <w:t>______________________________________________________________</w:t>
      </w:r>
    </w:p>
    <w:p/>
    <w:p>
      <w:r>
        <w:rPr>
          <w:b/>
          <w:color w:val="19A0FF"/>
          <w:sz w:val="32"/>
        </w:rPr>
        <w:t>5. Project Goals &amp; Priorities</w:t>
      </w:r>
    </w:p>
    <w:p/>
    <w:p>
      <w:pPr/>
      <w:r>
        <w:rPr>
          <w:sz w:val="22"/>
        </w:rPr>
        <w:t>What is the primary goal of this project?</w:t>
      </w:r>
    </w:p>
    <w:p>
      <w:pPr/>
      <w:r>
        <w:rPr>
          <w:sz w:val="22"/>
        </w:rPr>
        <w:t>☐ Generate Leads</w:t>
      </w:r>
    </w:p>
    <w:p>
      <w:pPr/>
      <w:r>
        <w:rPr>
          <w:sz w:val="22"/>
        </w:rPr>
        <w:t>☐ Increase Brand Awareness</w:t>
      </w:r>
    </w:p>
    <w:p>
      <w:pPr/>
      <w:r>
        <w:rPr>
          <w:sz w:val="22"/>
        </w:rPr>
        <w:t>☐ Improve SEO Visibility</w:t>
      </w:r>
    </w:p>
    <w:p>
      <w:pPr/>
      <w:r>
        <w:rPr>
          <w:sz w:val="22"/>
        </w:rPr>
        <w:t>☐ Promote a Product or Service</w:t>
      </w:r>
    </w:p>
    <w:p>
      <w:pPr/>
      <w:r>
        <w:rPr>
          <w:sz w:val="22"/>
        </w:rPr>
        <w:t>☐ Improve Professional Appearance</w:t>
      </w:r>
    </w:p>
    <w:p>
      <w:pPr/>
      <w:r>
        <w:rPr>
          <w:sz w:val="22"/>
        </w:rPr>
        <w:t>☐ Increase Customer Engagement</w:t>
      </w:r>
    </w:p>
    <w:p>
      <w:pPr/>
    </w:p>
    <w:p>
      <w:pPr/>
      <w:r>
        <w:rPr>
          <w:sz w:val="22"/>
        </w:rPr>
        <w:t>What results would you consider successful?</w:t>
      </w:r>
    </w:p>
    <w:p>
      <w:pPr/>
    </w:p>
    <w:p>
      <w:pPr/>
      <w:r>
        <w:rPr>
          <w:sz w:val="22"/>
        </w:rPr>
        <w:t>______________________________________________________________</w:t>
      </w:r>
    </w:p>
    <w:p>
      <w:pPr/>
      <w:r>
        <w:rPr>
          <w:sz w:val="22"/>
        </w:rPr>
        <w:t>______________________________________________________________</w:t>
      </w:r>
    </w:p>
    <w:p/>
    <w:p>
      <w:r>
        <w:rPr>
          <w:b/>
          <w:color w:val="19A0FF"/>
          <w:sz w:val="32"/>
        </w:rPr>
        <w:t>6. Additional Notes</w:t>
      </w:r>
    </w:p>
    <w:p/>
    <w:p>
      <w:pPr/>
      <w:r>
        <w:rPr>
          <w:sz w:val="22"/>
        </w:rPr>
        <w:t>Please include any additional information, requests, deadlines, or important details below:</w:t>
      </w:r>
    </w:p>
    <w:p>
      <w:pPr/>
    </w:p>
    <w:p>
      <w:pPr/>
      <w:r>
        <w:rPr>
          <w:sz w:val="22"/>
        </w:rPr>
        <w:t>______________________________________________________________</w:t>
      </w:r>
    </w:p>
    <w:p>
      <w:pPr/>
      <w:r>
        <w:rPr>
          <w:sz w:val="22"/>
        </w:rPr>
        <w:t>______________________________________________________________</w:t>
      </w:r>
    </w:p>
    <w:p>
      <w:pPr/>
      <w:r>
        <w:rPr>
          <w:sz w:val="22"/>
        </w:rPr>
        <w:t>______________________________________________________________</w:t>
      </w:r>
    </w:p>
    <w:p>
      <w:pPr/>
      <w:r>
        <w:rPr>
          <w:sz w:val="22"/>
        </w:rPr>
        <w:t>______________________________________________________________</w:t>
      </w:r>
    </w:p>
    <w:p/>
    <w:p>
      <w:pPr>
        <w:jc w:val="center"/>
      </w:pPr>
      <w:r>
        <w:rPr>
          <w:b/>
          <w:color w:val="032447"/>
          <w:sz w:val="20"/>
        </w:rPr>
        <w:t>IP Marketing Solutions | Strategy. Clarity. Results.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