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412E4" w14:textId="77777777" w:rsidR="00140693" w:rsidRDefault="008E24E2" w:rsidP="000B52BD">
      <w:pPr>
        <w:spacing w:after="8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  <w:r w:rsidRPr="000B52BD">
        <w:rPr>
          <w:rFonts w:ascii="Garamond" w:hAnsi="Garamond"/>
          <w:b/>
          <w:sz w:val="28"/>
          <w:szCs w:val="28"/>
        </w:rPr>
        <w:t>Patient Authorization for Release of Protected Health Information</w:t>
      </w:r>
    </w:p>
    <w:p w14:paraId="1A28BFE1" w14:textId="77777777" w:rsidR="000B52BD" w:rsidRPr="000B52BD" w:rsidRDefault="000B52BD" w:rsidP="000B52BD">
      <w:pPr>
        <w:spacing w:after="8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0DC5AB71" w14:textId="04394D00" w:rsidR="00140693" w:rsidRPr="000B52BD" w:rsidRDefault="008E24E2" w:rsidP="000B52BD">
      <w:pPr>
        <w:spacing w:after="80" w:line="240" w:lineRule="auto"/>
        <w:contextualSpacing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 xml:space="preserve">Patient Name: </w:t>
      </w:r>
      <w:r w:rsidRPr="000B52BD">
        <w:rPr>
          <w:rFonts w:ascii="Garamond" w:hAnsi="Garamond"/>
          <w:bCs/>
          <w:sz w:val="24"/>
          <w:szCs w:val="24"/>
        </w:rPr>
        <w:t>___________________________________________________________________</w:t>
      </w:r>
      <w:r w:rsidR="000B52BD" w:rsidRPr="000B52BD">
        <w:rPr>
          <w:rFonts w:ascii="Garamond" w:hAnsi="Garamond"/>
          <w:bCs/>
          <w:sz w:val="24"/>
          <w:szCs w:val="24"/>
        </w:rPr>
        <w:t>___</w:t>
      </w:r>
      <w:r w:rsidR="000B52BD">
        <w:rPr>
          <w:rFonts w:ascii="Garamond" w:hAnsi="Garamond"/>
          <w:bCs/>
          <w:sz w:val="24"/>
          <w:szCs w:val="24"/>
        </w:rPr>
        <w:t>__</w:t>
      </w:r>
    </w:p>
    <w:p w14:paraId="4AC170D1" w14:textId="77777777" w:rsidR="000B52BD" w:rsidRPr="000B52BD" w:rsidRDefault="000B52BD" w:rsidP="000B52BD">
      <w:pPr>
        <w:spacing w:after="80" w:line="240" w:lineRule="auto"/>
        <w:contextualSpacing/>
        <w:rPr>
          <w:rFonts w:ascii="Garamond" w:hAnsi="Garamond"/>
          <w:sz w:val="24"/>
          <w:szCs w:val="24"/>
        </w:rPr>
      </w:pPr>
    </w:p>
    <w:tbl>
      <w:tblPr>
        <w:tblW w:w="0" w:type="auto"/>
        <w:shd w:val="clear" w:color="auto" w:fill="92CDDC" w:themeFill="accent5" w:themeFillTint="99"/>
        <w:tblLayout w:type="fixed"/>
        <w:tblLook w:val="04A0" w:firstRow="1" w:lastRow="0" w:firstColumn="1" w:lastColumn="0" w:noHBand="0" w:noVBand="1"/>
      </w:tblPr>
      <w:tblGrid>
        <w:gridCol w:w="10224"/>
      </w:tblGrid>
      <w:tr w:rsidR="00140693" w:rsidRPr="000B52BD" w14:paraId="3279A627" w14:textId="77777777" w:rsidTr="000B52BD">
        <w:tc>
          <w:tcPr>
            <w:tcW w:w="10224" w:type="dxa"/>
            <w:shd w:val="clear" w:color="auto" w:fill="92CDDC" w:themeFill="accent5" w:themeFillTint="9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4ED621" w14:textId="77777777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b/>
                <w:sz w:val="24"/>
                <w:szCs w:val="24"/>
              </w:rPr>
              <w:t>Health Care Provider</w:t>
            </w:r>
          </w:p>
        </w:tc>
      </w:tr>
    </w:tbl>
    <w:p w14:paraId="67DA8F7F" w14:textId="77777777" w:rsidR="000B52BD" w:rsidRPr="000B52BD" w:rsidRDefault="000B52BD" w:rsidP="000B52BD">
      <w:pPr>
        <w:spacing w:after="80" w:line="240" w:lineRule="auto"/>
        <w:contextualSpacing/>
        <w:rPr>
          <w:rFonts w:ascii="Garamond" w:hAnsi="Garamond"/>
          <w:sz w:val="16"/>
          <w:szCs w:val="16"/>
        </w:rPr>
      </w:pPr>
    </w:p>
    <w:p w14:paraId="7FE7EAE0" w14:textId="1543DF4F" w:rsidR="00140693" w:rsidRPr="000B52BD" w:rsidRDefault="008E24E2" w:rsidP="000B52BD">
      <w:pPr>
        <w:spacing w:after="80" w:line="240" w:lineRule="auto"/>
        <w:contextualSpacing/>
        <w:rPr>
          <w:rFonts w:ascii="Garamond" w:hAnsi="Garamond"/>
          <w:sz w:val="24"/>
          <w:szCs w:val="24"/>
        </w:rPr>
      </w:pPr>
      <w:r w:rsidRPr="000B52BD">
        <w:rPr>
          <w:rFonts w:ascii="Garamond" w:hAnsi="Garamond"/>
          <w:sz w:val="24"/>
          <w:szCs w:val="24"/>
        </w:rPr>
        <w:t>I authorize the following health care provider and its employees to disclose the information described below:</w:t>
      </w:r>
    </w:p>
    <w:p w14:paraId="0A5DA95E" w14:textId="77777777" w:rsidR="000B52BD" w:rsidRPr="000B52BD" w:rsidRDefault="000B52BD" w:rsidP="000B52BD">
      <w:pPr>
        <w:spacing w:after="80" w:line="240" w:lineRule="auto"/>
        <w:contextualSpacing/>
        <w:rPr>
          <w:rFonts w:ascii="Garamond" w:hAnsi="Garamond"/>
          <w:b/>
          <w:sz w:val="16"/>
          <w:szCs w:val="16"/>
        </w:rPr>
      </w:pPr>
    </w:p>
    <w:p w14:paraId="7F2A82DD" w14:textId="4F18ED8A" w:rsidR="00140693" w:rsidRPr="000B52BD" w:rsidRDefault="008E24E2" w:rsidP="000B52BD">
      <w:pPr>
        <w:spacing w:after="80" w:line="360" w:lineRule="auto"/>
        <w:contextualSpacing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 xml:space="preserve">Provider Name: </w:t>
      </w:r>
      <w:r w:rsidRPr="000B52BD">
        <w:rPr>
          <w:rFonts w:ascii="Garamond" w:hAnsi="Garamond"/>
          <w:bCs/>
          <w:sz w:val="24"/>
          <w:szCs w:val="24"/>
        </w:rPr>
        <w:t>______________________________________________________________</w:t>
      </w:r>
      <w:r w:rsidR="000B52BD" w:rsidRPr="000B52BD">
        <w:rPr>
          <w:rFonts w:ascii="Garamond" w:hAnsi="Garamond"/>
          <w:bCs/>
          <w:sz w:val="24"/>
          <w:szCs w:val="24"/>
        </w:rPr>
        <w:t>________</w:t>
      </w:r>
    </w:p>
    <w:p w14:paraId="1CEB6348" w14:textId="44FA30C9" w:rsidR="00140693" w:rsidRPr="000B52BD" w:rsidRDefault="000B52BD" w:rsidP="000B52BD">
      <w:pPr>
        <w:spacing w:after="80" w:line="360" w:lineRule="auto"/>
        <w:contextualSpacing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03EC5BD" wp14:editId="1785A365">
            <wp:simplePos x="0" y="0"/>
            <wp:positionH relativeFrom="column">
              <wp:posOffset>33020</wp:posOffset>
            </wp:positionH>
            <wp:positionV relativeFrom="paragraph">
              <wp:posOffset>260350</wp:posOffset>
            </wp:positionV>
            <wp:extent cx="1153160" cy="730250"/>
            <wp:effectExtent l="0" t="0" r="8890" b="0"/>
            <wp:wrapThrough wrapText="bothSides">
              <wp:wrapPolygon edited="0">
                <wp:start x="0" y="0"/>
                <wp:lineTo x="0" y="20849"/>
                <wp:lineTo x="21410" y="20849"/>
                <wp:lineTo x="21410" y="0"/>
                <wp:lineTo x="0" y="0"/>
              </wp:wrapPolygon>
            </wp:wrapThrough>
            <wp:docPr id="702851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51994" name="Picture 7028519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4E2" w:rsidRPr="000B52BD">
        <w:rPr>
          <w:rFonts w:ascii="Garamond" w:hAnsi="Garamond"/>
          <w:bCs/>
          <w:sz w:val="24"/>
          <w:szCs w:val="24"/>
        </w:rPr>
        <w:t xml:space="preserve">Address: </w:t>
      </w:r>
      <w:r w:rsidR="008E24E2" w:rsidRPr="000B52BD">
        <w:rPr>
          <w:rFonts w:ascii="Garamond" w:hAnsi="Garamond"/>
          <w:bCs/>
          <w:sz w:val="24"/>
          <w:szCs w:val="24"/>
        </w:rPr>
        <w:t>_____________________________________________________________________</w:t>
      </w:r>
      <w:r w:rsidRPr="000B52BD">
        <w:rPr>
          <w:rFonts w:ascii="Garamond" w:hAnsi="Garamond"/>
          <w:bCs/>
          <w:sz w:val="24"/>
          <w:szCs w:val="24"/>
        </w:rPr>
        <w:t>_______</w:t>
      </w:r>
    </w:p>
    <w:p w14:paraId="0D4C728A" w14:textId="4FA228F4" w:rsidR="00140693" w:rsidRPr="000B52BD" w:rsidRDefault="005C4005" w:rsidP="000B52BD">
      <w:pPr>
        <w:spacing w:before="20" w:after="60" w:line="240" w:lineRule="auto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</w:t>
      </w:r>
      <w:r w:rsidR="008E24E2" w:rsidRPr="000B52BD">
        <w:rPr>
          <w:rFonts w:ascii="Garamond" w:hAnsi="Garamond"/>
          <w:b/>
          <w:sz w:val="24"/>
          <w:szCs w:val="24"/>
        </w:rPr>
        <w:t>Information may be disclosed to:</w:t>
      </w:r>
    </w:p>
    <w:p w14:paraId="48D2C025" w14:textId="33661D97" w:rsidR="00140693" w:rsidRDefault="005C4005" w:rsidP="000B52BD">
      <w:pPr>
        <w:spacing w:after="60" w:line="240" w:lineRule="auto"/>
        <w:ind w:left="288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</w:t>
      </w:r>
      <w:r w:rsidR="008E24E2" w:rsidRPr="000B52BD">
        <w:rPr>
          <w:rFonts w:ascii="Garamond" w:hAnsi="Garamond"/>
          <w:sz w:val="24"/>
          <w:szCs w:val="24"/>
        </w:rPr>
        <w:t>H.O.W. (Hearing the Ovarian Cancer Whisper</w:t>
      </w:r>
      <w:r w:rsidR="000B52BD">
        <w:rPr>
          <w:rFonts w:ascii="Garamond" w:hAnsi="Garamond"/>
          <w:sz w:val="24"/>
          <w:szCs w:val="24"/>
        </w:rPr>
        <w:t>, Inc.</w:t>
      </w:r>
      <w:r w:rsidR="008E24E2" w:rsidRPr="000B52BD">
        <w:rPr>
          <w:rFonts w:ascii="Garamond" w:hAnsi="Garamond"/>
          <w:sz w:val="24"/>
          <w:szCs w:val="24"/>
        </w:rPr>
        <w:t>)</w:t>
      </w:r>
      <w:r w:rsidR="008E24E2" w:rsidRPr="000B52BD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 xml:space="preserve">      </w:t>
      </w:r>
      <w:r w:rsidR="008E24E2" w:rsidRPr="000B52BD">
        <w:rPr>
          <w:rFonts w:ascii="Garamond" w:hAnsi="Garamond"/>
          <w:sz w:val="24"/>
          <w:szCs w:val="24"/>
        </w:rPr>
        <w:t>P.O. Box 3504</w:t>
      </w:r>
      <w:r w:rsidR="008E24E2" w:rsidRPr="000B52BD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 xml:space="preserve">      </w:t>
      </w:r>
      <w:r w:rsidR="008E24E2" w:rsidRPr="000B52BD">
        <w:rPr>
          <w:rFonts w:ascii="Garamond" w:hAnsi="Garamond"/>
          <w:sz w:val="24"/>
          <w:szCs w:val="24"/>
        </w:rPr>
        <w:t>Jupiter, FL 33469</w:t>
      </w:r>
    </w:p>
    <w:p w14:paraId="1CE1F3A8" w14:textId="7052908F" w:rsidR="005C4005" w:rsidRDefault="005C4005" w:rsidP="000B52BD">
      <w:pPr>
        <w:spacing w:after="60" w:line="240" w:lineRule="auto"/>
        <w:ind w:left="288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561-262-6343 / </w:t>
      </w:r>
      <w:hyperlink r:id="rId9" w:history="1">
        <w:r w:rsidRPr="004F30AB">
          <w:rPr>
            <w:rStyle w:val="Hyperlink"/>
            <w:rFonts w:ascii="Garamond" w:hAnsi="Garamond"/>
            <w:sz w:val="24"/>
            <w:szCs w:val="24"/>
          </w:rPr>
          <w:t>www.howflorida.org</w:t>
        </w:r>
      </w:hyperlink>
    </w:p>
    <w:p w14:paraId="588355E9" w14:textId="77777777" w:rsidR="000B52BD" w:rsidRPr="005C4005" w:rsidRDefault="000B52BD" w:rsidP="000B52BD">
      <w:pPr>
        <w:spacing w:after="60" w:line="240" w:lineRule="auto"/>
        <w:ind w:left="288"/>
        <w:contextualSpacing/>
        <w:rPr>
          <w:rFonts w:ascii="Garamond" w:hAnsi="Garamond"/>
          <w:sz w:val="16"/>
          <w:szCs w:val="16"/>
        </w:rPr>
      </w:pPr>
    </w:p>
    <w:tbl>
      <w:tblPr>
        <w:tblW w:w="0" w:type="auto"/>
        <w:shd w:val="clear" w:color="auto" w:fill="92CDDC" w:themeFill="accent5" w:themeFillTint="99"/>
        <w:tblLayout w:type="fixed"/>
        <w:tblLook w:val="04A0" w:firstRow="1" w:lastRow="0" w:firstColumn="1" w:lastColumn="0" w:noHBand="0" w:noVBand="1"/>
      </w:tblPr>
      <w:tblGrid>
        <w:gridCol w:w="10224"/>
      </w:tblGrid>
      <w:tr w:rsidR="00140693" w:rsidRPr="000B52BD" w14:paraId="30F74D17" w14:textId="77777777" w:rsidTr="000B52BD">
        <w:tc>
          <w:tcPr>
            <w:tcW w:w="10224" w:type="dxa"/>
            <w:shd w:val="clear" w:color="auto" w:fill="92CDDC" w:themeFill="accent5" w:themeFillTint="9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8222521" w14:textId="77777777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b/>
                <w:sz w:val="24"/>
                <w:szCs w:val="24"/>
              </w:rPr>
              <w:t>Purpose of Disclosure</w:t>
            </w:r>
          </w:p>
        </w:tc>
      </w:tr>
    </w:tbl>
    <w:p w14:paraId="7B38A34C" w14:textId="77777777" w:rsidR="000B52BD" w:rsidRPr="000B52BD" w:rsidRDefault="000B52BD" w:rsidP="000B52BD">
      <w:pPr>
        <w:spacing w:after="60" w:line="240" w:lineRule="auto"/>
        <w:contextualSpacing/>
        <w:rPr>
          <w:rFonts w:ascii="Garamond" w:hAnsi="Garamond"/>
          <w:sz w:val="16"/>
          <w:szCs w:val="16"/>
        </w:rPr>
      </w:pPr>
    </w:p>
    <w:p w14:paraId="1A5526A0" w14:textId="42D83366" w:rsidR="00140693" w:rsidRDefault="008E24E2" w:rsidP="000B52BD">
      <w:pPr>
        <w:spacing w:after="60" w:line="240" w:lineRule="auto"/>
        <w:contextualSpacing/>
        <w:rPr>
          <w:rFonts w:ascii="Garamond" w:hAnsi="Garamond"/>
          <w:sz w:val="24"/>
          <w:szCs w:val="24"/>
        </w:rPr>
      </w:pPr>
      <w:r w:rsidRPr="000B52BD">
        <w:rPr>
          <w:rFonts w:ascii="Garamond" w:hAnsi="Garamond"/>
          <w:sz w:val="24"/>
          <w:szCs w:val="24"/>
        </w:rPr>
        <w:t>The purpose of this disclosure is to support my request for financial assistance or a grant from H.O.W.</w:t>
      </w:r>
    </w:p>
    <w:p w14:paraId="74E2FB86" w14:textId="77777777" w:rsidR="000B52BD" w:rsidRPr="000B52BD" w:rsidRDefault="000B52BD" w:rsidP="000B52BD">
      <w:pPr>
        <w:spacing w:after="60" w:line="240" w:lineRule="auto"/>
        <w:contextualSpacing/>
        <w:rPr>
          <w:rFonts w:ascii="Garamond" w:hAnsi="Garamond"/>
          <w:sz w:val="16"/>
          <w:szCs w:val="16"/>
        </w:rPr>
      </w:pPr>
    </w:p>
    <w:tbl>
      <w:tblPr>
        <w:tblW w:w="0" w:type="auto"/>
        <w:shd w:val="clear" w:color="auto" w:fill="92CDDC" w:themeFill="accent5" w:themeFillTint="99"/>
        <w:tblLayout w:type="fixed"/>
        <w:tblLook w:val="04A0" w:firstRow="1" w:lastRow="0" w:firstColumn="1" w:lastColumn="0" w:noHBand="0" w:noVBand="1"/>
      </w:tblPr>
      <w:tblGrid>
        <w:gridCol w:w="10224"/>
      </w:tblGrid>
      <w:tr w:rsidR="00140693" w:rsidRPr="000B52BD" w14:paraId="50F307BE" w14:textId="77777777" w:rsidTr="000B52BD">
        <w:tc>
          <w:tcPr>
            <w:tcW w:w="10224" w:type="dxa"/>
            <w:shd w:val="clear" w:color="auto" w:fill="92CDDC" w:themeFill="accent5" w:themeFillTint="9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FB7959A" w14:textId="77777777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b/>
                <w:sz w:val="24"/>
                <w:szCs w:val="24"/>
              </w:rPr>
              <w:t>Information Authorized for Release</w:t>
            </w:r>
          </w:p>
        </w:tc>
      </w:tr>
    </w:tbl>
    <w:p w14:paraId="1085E8C8" w14:textId="77777777" w:rsidR="000B52BD" w:rsidRPr="000B52BD" w:rsidRDefault="000B52BD" w:rsidP="000B52BD">
      <w:pPr>
        <w:spacing w:after="60" w:line="240" w:lineRule="auto"/>
        <w:contextualSpacing/>
        <w:rPr>
          <w:rFonts w:ascii="Garamond" w:hAnsi="Garamond"/>
          <w:sz w:val="16"/>
          <w:szCs w:val="16"/>
        </w:rPr>
      </w:pPr>
    </w:p>
    <w:p w14:paraId="167CD2DA" w14:textId="26045D8E" w:rsidR="00140693" w:rsidRPr="000B52BD" w:rsidRDefault="008E24E2" w:rsidP="000B52BD">
      <w:pPr>
        <w:spacing w:after="60" w:line="240" w:lineRule="auto"/>
        <w:contextualSpacing/>
        <w:rPr>
          <w:rFonts w:ascii="Garamond" w:hAnsi="Garamond"/>
          <w:sz w:val="24"/>
          <w:szCs w:val="24"/>
        </w:rPr>
      </w:pPr>
      <w:r w:rsidRPr="000B52BD">
        <w:rPr>
          <w:rFonts w:ascii="Garamond" w:hAnsi="Garamond"/>
          <w:sz w:val="24"/>
          <w:szCs w:val="24"/>
        </w:rPr>
        <w:t>Please check all that apply:</w:t>
      </w:r>
    </w:p>
    <w:p w14:paraId="4DB1ABF8" w14:textId="77777777" w:rsidR="00140693" w:rsidRPr="000B52BD" w:rsidRDefault="008E24E2" w:rsidP="000B52BD">
      <w:pPr>
        <w:spacing w:after="20" w:line="240" w:lineRule="auto"/>
        <w:ind w:left="216"/>
        <w:contextualSpacing/>
        <w:rPr>
          <w:rFonts w:ascii="Garamond" w:hAnsi="Garamond"/>
          <w:sz w:val="24"/>
          <w:szCs w:val="24"/>
        </w:rPr>
      </w:pPr>
      <w:proofErr w:type="gramStart"/>
      <w:r w:rsidRPr="000B52BD">
        <w:rPr>
          <w:rFonts w:ascii="Segoe UI Symbol" w:hAnsi="Segoe UI Symbol" w:cs="Segoe UI Symbol"/>
          <w:sz w:val="24"/>
          <w:szCs w:val="24"/>
        </w:rPr>
        <w:t>☐</w:t>
      </w:r>
      <w:r w:rsidRPr="000B52BD">
        <w:rPr>
          <w:rFonts w:ascii="Garamond" w:hAnsi="Garamond"/>
          <w:sz w:val="24"/>
          <w:szCs w:val="24"/>
        </w:rPr>
        <w:t xml:space="preserve">  Patient</w:t>
      </w:r>
      <w:proofErr w:type="gramEnd"/>
      <w:r w:rsidRPr="000B52BD">
        <w:rPr>
          <w:rFonts w:ascii="Garamond" w:hAnsi="Garamond"/>
          <w:sz w:val="24"/>
          <w:szCs w:val="24"/>
        </w:rPr>
        <w:t xml:space="preserve"> name</w:t>
      </w:r>
    </w:p>
    <w:p w14:paraId="341F1A78" w14:textId="77777777" w:rsidR="00140693" w:rsidRPr="000B52BD" w:rsidRDefault="008E24E2" w:rsidP="000B52BD">
      <w:pPr>
        <w:spacing w:after="20" w:line="240" w:lineRule="auto"/>
        <w:ind w:left="216"/>
        <w:contextualSpacing/>
        <w:rPr>
          <w:rFonts w:ascii="Garamond" w:hAnsi="Garamond"/>
          <w:sz w:val="24"/>
          <w:szCs w:val="24"/>
        </w:rPr>
      </w:pPr>
      <w:proofErr w:type="gramStart"/>
      <w:r w:rsidRPr="000B52BD">
        <w:rPr>
          <w:rFonts w:ascii="Segoe UI Symbol" w:hAnsi="Segoe UI Symbol" w:cs="Segoe UI Symbol"/>
          <w:sz w:val="24"/>
          <w:szCs w:val="24"/>
        </w:rPr>
        <w:t>☐</w:t>
      </w:r>
      <w:r w:rsidRPr="000B52BD">
        <w:rPr>
          <w:rFonts w:ascii="Garamond" w:hAnsi="Garamond"/>
          <w:sz w:val="24"/>
          <w:szCs w:val="24"/>
        </w:rPr>
        <w:t xml:space="preserve">  Medical</w:t>
      </w:r>
      <w:proofErr w:type="gramEnd"/>
      <w:r w:rsidRPr="000B52BD">
        <w:rPr>
          <w:rFonts w:ascii="Garamond" w:hAnsi="Garamond"/>
          <w:sz w:val="24"/>
          <w:szCs w:val="24"/>
        </w:rPr>
        <w:t xml:space="preserve"> information related to my medical condition</w:t>
      </w:r>
    </w:p>
    <w:p w14:paraId="28472B1D" w14:textId="77777777" w:rsidR="00140693" w:rsidRPr="000B52BD" w:rsidRDefault="008E24E2" w:rsidP="000B52BD">
      <w:pPr>
        <w:spacing w:after="20" w:line="240" w:lineRule="auto"/>
        <w:ind w:left="216"/>
        <w:contextualSpacing/>
        <w:rPr>
          <w:rFonts w:ascii="Garamond" w:hAnsi="Garamond"/>
          <w:sz w:val="24"/>
          <w:szCs w:val="24"/>
        </w:rPr>
      </w:pPr>
      <w:proofErr w:type="gramStart"/>
      <w:r w:rsidRPr="000B52BD">
        <w:rPr>
          <w:rFonts w:ascii="Segoe UI Symbol" w:hAnsi="Segoe UI Symbol" w:cs="Segoe UI Symbol"/>
          <w:sz w:val="24"/>
          <w:szCs w:val="24"/>
        </w:rPr>
        <w:t>☐</w:t>
      </w:r>
      <w:r w:rsidRPr="000B52BD">
        <w:rPr>
          <w:rFonts w:ascii="Garamond" w:hAnsi="Garamond"/>
          <w:sz w:val="24"/>
          <w:szCs w:val="24"/>
        </w:rPr>
        <w:t xml:space="preserve">  Information</w:t>
      </w:r>
      <w:proofErr w:type="gramEnd"/>
      <w:r w:rsidRPr="000B52BD">
        <w:rPr>
          <w:rFonts w:ascii="Garamond" w:hAnsi="Garamond"/>
          <w:sz w:val="24"/>
          <w:szCs w:val="24"/>
        </w:rPr>
        <w:t xml:space="preserve"> related to my need for financial assistance</w:t>
      </w:r>
    </w:p>
    <w:p w14:paraId="4D4DAFE1" w14:textId="537991CB" w:rsidR="00140693" w:rsidRDefault="008E24E2" w:rsidP="000B52BD">
      <w:pPr>
        <w:spacing w:after="20" w:line="240" w:lineRule="auto"/>
        <w:ind w:left="216"/>
        <w:contextualSpacing/>
        <w:rPr>
          <w:rFonts w:ascii="Garamond" w:hAnsi="Garamond"/>
          <w:sz w:val="24"/>
          <w:szCs w:val="24"/>
        </w:rPr>
      </w:pPr>
      <w:proofErr w:type="gramStart"/>
      <w:r w:rsidRPr="000B52BD">
        <w:rPr>
          <w:rFonts w:ascii="Segoe UI Symbol" w:hAnsi="Segoe UI Symbol" w:cs="Segoe UI Symbol"/>
          <w:sz w:val="24"/>
          <w:szCs w:val="24"/>
        </w:rPr>
        <w:t>☐</w:t>
      </w:r>
      <w:r w:rsidRPr="000B52BD">
        <w:rPr>
          <w:rFonts w:ascii="Garamond" w:hAnsi="Garamond"/>
          <w:sz w:val="24"/>
          <w:szCs w:val="24"/>
        </w:rPr>
        <w:t xml:space="preserve">  Other</w:t>
      </w:r>
      <w:proofErr w:type="gramEnd"/>
      <w:r w:rsidRPr="000B52BD">
        <w:rPr>
          <w:rFonts w:ascii="Garamond" w:hAnsi="Garamond"/>
          <w:sz w:val="24"/>
          <w:szCs w:val="24"/>
        </w:rPr>
        <w:t>: ________________________________________________________________</w:t>
      </w:r>
      <w:r w:rsidR="000B52BD">
        <w:rPr>
          <w:rFonts w:ascii="Garamond" w:hAnsi="Garamond"/>
          <w:sz w:val="24"/>
          <w:szCs w:val="24"/>
        </w:rPr>
        <w:t>__________</w:t>
      </w:r>
    </w:p>
    <w:p w14:paraId="3B51FBDD" w14:textId="77777777" w:rsidR="000B52BD" w:rsidRPr="00FB63EE" w:rsidRDefault="000B52BD" w:rsidP="000B52BD">
      <w:pPr>
        <w:spacing w:after="20" w:line="240" w:lineRule="auto"/>
        <w:ind w:left="216"/>
        <w:contextualSpacing/>
        <w:rPr>
          <w:rFonts w:ascii="Garamond" w:hAnsi="Garamond"/>
          <w:sz w:val="16"/>
          <w:szCs w:val="16"/>
        </w:rPr>
      </w:pPr>
    </w:p>
    <w:tbl>
      <w:tblPr>
        <w:tblW w:w="0" w:type="auto"/>
        <w:shd w:val="clear" w:color="auto" w:fill="92CDDC" w:themeFill="accent5" w:themeFillTint="99"/>
        <w:tblLayout w:type="fixed"/>
        <w:tblLook w:val="04A0" w:firstRow="1" w:lastRow="0" w:firstColumn="1" w:lastColumn="0" w:noHBand="0" w:noVBand="1"/>
      </w:tblPr>
      <w:tblGrid>
        <w:gridCol w:w="10224"/>
      </w:tblGrid>
      <w:tr w:rsidR="00140693" w:rsidRPr="000B52BD" w14:paraId="052EEC20" w14:textId="77777777" w:rsidTr="000B52BD">
        <w:tc>
          <w:tcPr>
            <w:tcW w:w="10224" w:type="dxa"/>
            <w:shd w:val="clear" w:color="auto" w:fill="92CDDC" w:themeFill="accent5" w:themeFillTint="9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8613B5B" w14:textId="77777777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b/>
                <w:sz w:val="24"/>
                <w:szCs w:val="24"/>
              </w:rPr>
              <w:t>Expiration</w:t>
            </w:r>
          </w:p>
        </w:tc>
      </w:tr>
    </w:tbl>
    <w:p w14:paraId="5ED5BEF5" w14:textId="77777777" w:rsidR="000B52BD" w:rsidRPr="000B52BD" w:rsidRDefault="000B52BD" w:rsidP="000B52BD">
      <w:pPr>
        <w:spacing w:after="60" w:line="240" w:lineRule="auto"/>
        <w:contextualSpacing/>
        <w:rPr>
          <w:rFonts w:ascii="Garamond" w:hAnsi="Garamond"/>
          <w:sz w:val="16"/>
          <w:szCs w:val="16"/>
        </w:rPr>
      </w:pPr>
    </w:p>
    <w:p w14:paraId="742547D6" w14:textId="79DAED7D" w:rsidR="00140693" w:rsidRPr="000B52BD" w:rsidRDefault="008E24E2" w:rsidP="000B52BD">
      <w:pPr>
        <w:spacing w:after="60" w:line="240" w:lineRule="auto"/>
        <w:contextualSpacing/>
        <w:rPr>
          <w:rFonts w:ascii="Garamond" w:hAnsi="Garamond"/>
          <w:sz w:val="24"/>
          <w:szCs w:val="24"/>
        </w:rPr>
      </w:pPr>
      <w:r w:rsidRPr="000B52BD">
        <w:rPr>
          <w:rFonts w:ascii="Garamond" w:hAnsi="Garamond"/>
          <w:sz w:val="24"/>
          <w:szCs w:val="24"/>
        </w:rPr>
        <w:t>This authorization will expire:</w:t>
      </w:r>
    </w:p>
    <w:p w14:paraId="5541D021" w14:textId="77777777" w:rsidR="00140693" w:rsidRPr="000B52BD" w:rsidRDefault="008E24E2" w:rsidP="000B52BD">
      <w:pPr>
        <w:spacing w:after="20" w:line="240" w:lineRule="auto"/>
        <w:ind w:left="216"/>
        <w:contextualSpacing/>
        <w:rPr>
          <w:rFonts w:ascii="Garamond" w:hAnsi="Garamond"/>
          <w:sz w:val="24"/>
          <w:szCs w:val="24"/>
        </w:rPr>
      </w:pPr>
      <w:proofErr w:type="gramStart"/>
      <w:r w:rsidRPr="000B52BD">
        <w:rPr>
          <w:rFonts w:ascii="Segoe UI Symbol" w:hAnsi="Segoe UI Symbol" w:cs="Segoe UI Symbol"/>
          <w:sz w:val="24"/>
          <w:szCs w:val="24"/>
        </w:rPr>
        <w:t>☐</w:t>
      </w:r>
      <w:r w:rsidRPr="000B52BD">
        <w:rPr>
          <w:rFonts w:ascii="Garamond" w:hAnsi="Garamond"/>
          <w:sz w:val="24"/>
          <w:szCs w:val="24"/>
        </w:rPr>
        <w:t xml:space="preserve">  One</w:t>
      </w:r>
      <w:proofErr w:type="gramEnd"/>
      <w:r w:rsidRPr="000B52BD">
        <w:rPr>
          <w:rFonts w:ascii="Garamond" w:hAnsi="Garamond"/>
          <w:sz w:val="24"/>
          <w:szCs w:val="24"/>
        </w:rPr>
        <w:t xml:space="preserve"> year from the date I sign this form</w:t>
      </w:r>
    </w:p>
    <w:p w14:paraId="502EF594" w14:textId="7FF43F55" w:rsidR="00140693" w:rsidRDefault="008E24E2" w:rsidP="000B52BD">
      <w:pPr>
        <w:spacing w:after="20" w:line="240" w:lineRule="auto"/>
        <w:ind w:left="216"/>
        <w:contextualSpacing/>
        <w:rPr>
          <w:rFonts w:ascii="Garamond" w:hAnsi="Garamond"/>
          <w:sz w:val="24"/>
          <w:szCs w:val="24"/>
        </w:rPr>
      </w:pPr>
      <w:proofErr w:type="gramStart"/>
      <w:r w:rsidRPr="000B52BD">
        <w:rPr>
          <w:rFonts w:ascii="Segoe UI Symbol" w:hAnsi="Segoe UI Symbol" w:cs="Segoe UI Symbol"/>
          <w:sz w:val="24"/>
          <w:szCs w:val="24"/>
        </w:rPr>
        <w:t>☐</w:t>
      </w:r>
      <w:r w:rsidRPr="000B52BD">
        <w:rPr>
          <w:rFonts w:ascii="Garamond" w:hAnsi="Garamond"/>
          <w:sz w:val="24"/>
          <w:szCs w:val="24"/>
        </w:rPr>
        <w:t xml:space="preserve">  Other</w:t>
      </w:r>
      <w:proofErr w:type="gramEnd"/>
      <w:r w:rsidRPr="000B52BD">
        <w:rPr>
          <w:rFonts w:ascii="Garamond" w:hAnsi="Garamond"/>
          <w:sz w:val="24"/>
          <w:szCs w:val="24"/>
        </w:rPr>
        <w:t xml:space="preserve"> date or event: _______________</w:t>
      </w:r>
      <w:r w:rsidR="000B52BD">
        <w:rPr>
          <w:rFonts w:ascii="Garamond" w:hAnsi="Garamond"/>
          <w:sz w:val="24"/>
          <w:szCs w:val="24"/>
        </w:rPr>
        <w:t>________</w:t>
      </w:r>
      <w:proofErr w:type="gramStart"/>
      <w:r w:rsidR="000B52BD">
        <w:rPr>
          <w:rFonts w:ascii="Garamond" w:hAnsi="Garamond"/>
          <w:sz w:val="24"/>
          <w:szCs w:val="24"/>
        </w:rPr>
        <w:t xml:space="preserve">_  </w:t>
      </w:r>
      <w:r w:rsidRPr="000B52BD">
        <w:rPr>
          <w:rFonts w:ascii="Garamond" w:hAnsi="Garamond"/>
          <w:sz w:val="24"/>
          <w:szCs w:val="24"/>
        </w:rPr>
        <w:t>After</w:t>
      </w:r>
      <w:proofErr w:type="gramEnd"/>
      <w:r w:rsidRPr="000B52BD">
        <w:rPr>
          <w:rFonts w:ascii="Garamond" w:hAnsi="Garamond"/>
          <w:sz w:val="24"/>
          <w:szCs w:val="24"/>
        </w:rPr>
        <w:t xml:space="preserve"> this authorization expires, the Provider may not disclose additional protected health information under this authorization.</w:t>
      </w:r>
    </w:p>
    <w:p w14:paraId="5E5B9A7B" w14:textId="77777777" w:rsidR="000B52BD" w:rsidRPr="00FB63EE" w:rsidRDefault="000B52BD" w:rsidP="000B52BD">
      <w:pPr>
        <w:spacing w:after="60" w:line="240" w:lineRule="auto"/>
        <w:contextualSpacing/>
        <w:rPr>
          <w:rFonts w:ascii="Garamond" w:hAnsi="Garamond"/>
          <w:sz w:val="16"/>
          <w:szCs w:val="16"/>
        </w:rPr>
      </w:pPr>
    </w:p>
    <w:tbl>
      <w:tblPr>
        <w:tblW w:w="0" w:type="auto"/>
        <w:shd w:val="clear" w:color="auto" w:fill="92CDDC" w:themeFill="accent5" w:themeFillTint="99"/>
        <w:tblLayout w:type="fixed"/>
        <w:tblLook w:val="04A0" w:firstRow="1" w:lastRow="0" w:firstColumn="1" w:lastColumn="0" w:noHBand="0" w:noVBand="1"/>
      </w:tblPr>
      <w:tblGrid>
        <w:gridCol w:w="10224"/>
      </w:tblGrid>
      <w:tr w:rsidR="00140693" w:rsidRPr="000B52BD" w14:paraId="14CF322C" w14:textId="77777777" w:rsidTr="000B52BD">
        <w:tc>
          <w:tcPr>
            <w:tcW w:w="10224" w:type="dxa"/>
            <w:shd w:val="clear" w:color="auto" w:fill="92CDDC" w:themeFill="accent5" w:themeFillTint="9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9009A8" w14:textId="77777777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b/>
                <w:sz w:val="24"/>
                <w:szCs w:val="24"/>
              </w:rPr>
              <w:t>My Rights</w:t>
            </w:r>
          </w:p>
        </w:tc>
      </w:tr>
    </w:tbl>
    <w:p w14:paraId="0F1C3ED3" w14:textId="77777777" w:rsidR="000B52BD" w:rsidRPr="000B52BD" w:rsidRDefault="000B52BD" w:rsidP="000B52BD">
      <w:pPr>
        <w:spacing w:after="20" w:line="240" w:lineRule="auto"/>
        <w:contextualSpacing/>
        <w:rPr>
          <w:rFonts w:ascii="Garamond" w:hAnsi="Garamond"/>
          <w:sz w:val="16"/>
          <w:szCs w:val="16"/>
        </w:rPr>
      </w:pPr>
    </w:p>
    <w:p w14:paraId="76FC67E3" w14:textId="305B1FDC" w:rsidR="000B52BD" w:rsidRPr="000B52BD" w:rsidRDefault="000B52BD" w:rsidP="000B52BD">
      <w:pPr>
        <w:pStyle w:val="ListParagraph"/>
        <w:numPr>
          <w:ilvl w:val="0"/>
          <w:numId w:val="10"/>
        </w:numPr>
        <w:spacing w:before="60" w:after="80" w:line="240" w:lineRule="auto"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 xml:space="preserve">I am signing this authorization voluntarily and may choose not to sign. </w:t>
      </w:r>
    </w:p>
    <w:p w14:paraId="4C2A767C" w14:textId="776D239D" w:rsidR="000B52BD" w:rsidRPr="000B52BD" w:rsidRDefault="000B52BD" w:rsidP="000B52BD">
      <w:pPr>
        <w:pStyle w:val="ListParagraph"/>
        <w:numPr>
          <w:ilvl w:val="0"/>
          <w:numId w:val="10"/>
        </w:numPr>
        <w:spacing w:before="60" w:after="80" w:line="240" w:lineRule="auto"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 xml:space="preserve">My treatment or payment for treatment will generally not be affected if I do not sign. </w:t>
      </w:r>
    </w:p>
    <w:p w14:paraId="4B4491CC" w14:textId="77777777" w:rsidR="000B52BD" w:rsidRPr="000B52BD" w:rsidRDefault="000B52BD" w:rsidP="000B52BD">
      <w:pPr>
        <w:pStyle w:val="ListParagraph"/>
        <w:numPr>
          <w:ilvl w:val="0"/>
          <w:numId w:val="10"/>
        </w:numPr>
        <w:spacing w:before="60" w:after="80" w:line="240" w:lineRule="auto"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 xml:space="preserve">I may review or request a copy of the information being disclosed. </w:t>
      </w:r>
    </w:p>
    <w:p w14:paraId="5239DCED" w14:textId="78AAE5CA" w:rsidR="000B52BD" w:rsidRPr="000B52BD" w:rsidRDefault="000B52BD" w:rsidP="000B52BD">
      <w:pPr>
        <w:pStyle w:val="ListParagraph"/>
        <w:numPr>
          <w:ilvl w:val="0"/>
          <w:numId w:val="10"/>
        </w:numPr>
        <w:spacing w:before="60" w:after="80" w:line="240" w:lineRule="auto"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 xml:space="preserve">I may cancel this authorization at any time by notifying my Provider in writing. </w:t>
      </w:r>
    </w:p>
    <w:p w14:paraId="0BC4E3FE" w14:textId="77777777" w:rsidR="000B52BD" w:rsidRPr="000B52BD" w:rsidRDefault="000B52BD" w:rsidP="000B52BD">
      <w:pPr>
        <w:pStyle w:val="ListParagraph"/>
        <w:numPr>
          <w:ilvl w:val="0"/>
          <w:numId w:val="10"/>
        </w:numPr>
        <w:spacing w:before="60" w:after="80" w:line="240" w:lineRule="auto"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>Once shared with H.O.W., my information may no longer be protected by federal privacy laws.</w:t>
      </w:r>
    </w:p>
    <w:p w14:paraId="2C6E45C2" w14:textId="55FAA5B2" w:rsidR="00140693" w:rsidRDefault="008E24E2" w:rsidP="000B52BD">
      <w:pPr>
        <w:pStyle w:val="ListParagraph"/>
        <w:numPr>
          <w:ilvl w:val="0"/>
          <w:numId w:val="10"/>
        </w:numPr>
        <w:spacing w:before="60" w:after="80" w:line="240" w:lineRule="auto"/>
        <w:rPr>
          <w:rFonts w:ascii="Garamond" w:hAnsi="Garamond"/>
          <w:bCs/>
          <w:sz w:val="24"/>
          <w:szCs w:val="24"/>
        </w:rPr>
      </w:pPr>
      <w:r w:rsidRPr="000B52BD">
        <w:rPr>
          <w:rFonts w:ascii="Garamond" w:hAnsi="Garamond"/>
          <w:bCs/>
          <w:sz w:val="24"/>
          <w:szCs w:val="24"/>
        </w:rPr>
        <w:t>By signing below, I acknowledge that I have read</w:t>
      </w:r>
      <w:r w:rsidR="000B52BD" w:rsidRPr="000B52BD">
        <w:rPr>
          <w:rFonts w:ascii="Garamond" w:hAnsi="Garamond"/>
          <w:bCs/>
          <w:sz w:val="24"/>
          <w:szCs w:val="24"/>
        </w:rPr>
        <w:t>/</w:t>
      </w:r>
      <w:r w:rsidRPr="000B52BD">
        <w:rPr>
          <w:rFonts w:ascii="Garamond" w:hAnsi="Garamond"/>
          <w:bCs/>
          <w:sz w:val="24"/>
          <w:szCs w:val="24"/>
        </w:rPr>
        <w:t>understand this authorization and agree to the disclosure described above.</w:t>
      </w:r>
    </w:p>
    <w:p w14:paraId="283BC28E" w14:textId="77777777" w:rsidR="000677EB" w:rsidRPr="000677EB" w:rsidRDefault="000677EB" w:rsidP="000677EB">
      <w:pPr>
        <w:pStyle w:val="ListParagraph"/>
        <w:spacing w:before="60" w:after="80" w:line="240" w:lineRule="auto"/>
        <w:ind w:left="360"/>
        <w:rPr>
          <w:rFonts w:ascii="Garamond" w:hAnsi="Garamond"/>
          <w:bCs/>
          <w:sz w:val="6"/>
          <w:szCs w:val="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0693" w:rsidRPr="000B52BD" w14:paraId="38BF9DEF" w14:textId="77777777"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76EFFB" w14:textId="260AFB23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sz w:val="24"/>
                <w:szCs w:val="24"/>
              </w:rPr>
              <w:t>__________________________________________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E1351D" w14:textId="488547CF" w:rsidR="00140693" w:rsidRPr="000B52BD" w:rsidRDefault="000B52BD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</w:t>
            </w:r>
            <w:r w:rsidR="008E24E2" w:rsidRPr="000B52BD">
              <w:rPr>
                <w:rFonts w:ascii="Garamond" w:hAnsi="Garamond"/>
                <w:sz w:val="24"/>
                <w:szCs w:val="24"/>
              </w:rPr>
              <w:t>____________________</w:t>
            </w:r>
            <w:r>
              <w:rPr>
                <w:rFonts w:ascii="Garamond" w:hAnsi="Garamond"/>
                <w:sz w:val="24"/>
                <w:szCs w:val="24"/>
              </w:rPr>
              <w:t>________________</w:t>
            </w:r>
          </w:p>
        </w:tc>
      </w:tr>
      <w:tr w:rsidR="00140693" w:rsidRPr="000B52BD" w14:paraId="5BC5D989" w14:textId="77777777"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1AB22B" w14:textId="77777777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sz w:val="24"/>
                <w:szCs w:val="24"/>
              </w:rPr>
              <w:t>Patient or Personal Representative Signature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31D504" w14:textId="101BCCCF" w:rsidR="00140693" w:rsidRPr="000B52BD" w:rsidRDefault="000B52BD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</w:t>
            </w:r>
            <w:r w:rsidR="008E24E2" w:rsidRPr="000B52BD">
              <w:rPr>
                <w:rFonts w:ascii="Garamond" w:hAnsi="Garamond"/>
                <w:sz w:val="24"/>
                <w:szCs w:val="24"/>
              </w:rPr>
              <w:t>Date</w:t>
            </w:r>
          </w:p>
        </w:tc>
      </w:tr>
      <w:tr w:rsidR="00140693" w:rsidRPr="000B52BD" w14:paraId="1393E743" w14:textId="77777777"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3749DD" w14:textId="1F4BE880" w:rsidR="00140693" w:rsidRPr="000B52BD" w:rsidRDefault="008E24E2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0B52BD">
              <w:rPr>
                <w:rFonts w:ascii="Garamond" w:hAnsi="Garamond"/>
                <w:sz w:val="24"/>
                <w:szCs w:val="24"/>
              </w:rPr>
              <w:t>__________________________________________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198F1B" w14:textId="3C20A997" w:rsidR="00140693" w:rsidRPr="000B52BD" w:rsidRDefault="000B52BD" w:rsidP="000B52BD">
            <w:pPr>
              <w:spacing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____________________________________</w:t>
            </w:r>
          </w:p>
        </w:tc>
      </w:tr>
    </w:tbl>
    <w:p w14:paraId="5AC11430" w14:textId="4ACE828C" w:rsidR="000677EB" w:rsidRPr="000677EB" w:rsidRDefault="00855E18" w:rsidP="000677EB">
      <w:pPr>
        <w:spacing w:before="60" w:line="240" w:lineRule="auto"/>
        <w:contextualSpacing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Printed Name</w:t>
      </w:r>
      <w:r w:rsidR="000677EB">
        <w:rPr>
          <w:rFonts w:ascii="Garamond" w:hAnsi="Garamond"/>
          <w:iCs/>
          <w:sz w:val="24"/>
          <w:szCs w:val="24"/>
        </w:rPr>
        <w:t xml:space="preserve"> of Patient or Personal Representative           Relationship to Patient (if applicable)</w:t>
      </w:r>
    </w:p>
    <w:p w14:paraId="409C6639" w14:textId="77777777" w:rsidR="00FB63EE" w:rsidRDefault="00FB63EE" w:rsidP="000B52BD">
      <w:pPr>
        <w:spacing w:before="60" w:line="240" w:lineRule="auto"/>
        <w:contextualSpacing/>
        <w:jc w:val="center"/>
        <w:rPr>
          <w:rFonts w:ascii="Garamond" w:hAnsi="Garamond"/>
          <w:i/>
          <w:sz w:val="24"/>
          <w:szCs w:val="24"/>
        </w:rPr>
      </w:pPr>
    </w:p>
    <w:p w14:paraId="230FA595" w14:textId="5C4E3D8E" w:rsidR="00140693" w:rsidRPr="000B52BD" w:rsidRDefault="008E24E2" w:rsidP="000B52BD">
      <w:pPr>
        <w:spacing w:before="60" w:line="240" w:lineRule="auto"/>
        <w:contextualSpacing/>
        <w:jc w:val="center"/>
        <w:rPr>
          <w:rFonts w:ascii="Garamond" w:hAnsi="Garamond"/>
          <w:sz w:val="24"/>
          <w:szCs w:val="24"/>
        </w:rPr>
      </w:pPr>
      <w:r w:rsidRPr="000B52BD">
        <w:rPr>
          <w:rFonts w:ascii="Garamond" w:hAnsi="Garamond"/>
          <w:i/>
          <w:sz w:val="24"/>
          <w:szCs w:val="24"/>
        </w:rPr>
        <w:t>Please keep a copy of this signed authorization for your records.</w:t>
      </w:r>
    </w:p>
    <w:sectPr w:rsidR="00140693" w:rsidRPr="000B52BD" w:rsidSect="000677EB">
      <w:pgSz w:w="12240" w:h="15840"/>
      <w:pgMar w:top="605" w:right="1008" w:bottom="605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FD2F" w14:textId="77777777" w:rsidR="008E24E2" w:rsidRDefault="008E24E2" w:rsidP="000677EB">
      <w:pPr>
        <w:spacing w:after="0" w:line="240" w:lineRule="auto"/>
      </w:pPr>
      <w:r>
        <w:separator/>
      </w:r>
    </w:p>
  </w:endnote>
  <w:endnote w:type="continuationSeparator" w:id="0">
    <w:p w14:paraId="63949CDC" w14:textId="77777777" w:rsidR="008E24E2" w:rsidRDefault="008E24E2" w:rsidP="0006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10A6" w14:textId="77777777" w:rsidR="008E24E2" w:rsidRDefault="008E24E2" w:rsidP="000677EB">
      <w:pPr>
        <w:spacing w:after="0" w:line="240" w:lineRule="auto"/>
      </w:pPr>
      <w:r>
        <w:separator/>
      </w:r>
    </w:p>
  </w:footnote>
  <w:footnote w:type="continuationSeparator" w:id="0">
    <w:p w14:paraId="2D840F27" w14:textId="77777777" w:rsidR="008E24E2" w:rsidRDefault="008E24E2" w:rsidP="00067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0577B5"/>
    <w:multiLevelType w:val="hybridMultilevel"/>
    <w:tmpl w:val="756AEB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5336108">
    <w:abstractNumId w:val="8"/>
  </w:num>
  <w:num w:numId="2" w16cid:durableId="721444449">
    <w:abstractNumId w:val="6"/>
  </w:num>
  <w:num w:numId="3" w16cid:durableId="180705275">
    <w:abstractNumId w:val="5"/>
  </w:num>
  <w:num w:numId="4" w16cid:durableId="1380712780">
    <w:abstractNumId w:val="4"/>
  </w:num>
  <w:num w:numId="5" w16cid:durableId="1143353574">
    <w:abstractNumId w:val="7"/>
  </w:num>
  <w:num w:numId="6" w16cid:durableId="2063286230">
    <w:abstractNumId w:val="3"/>
  </w:num>
  <w:num w:numId="7" w16cid:durableId="196742364">
    <w:abstractNumId w:val="2"/>
  </w:num>
  <w:num w:numId="8" w16cid:durableId="30301132">
    <w:abstractNumId w:val="1"/>
  </w:num>
  <w:num w:numId="9" w16cid:durableId="1652900891">
    <w:abstractNumId w:val="0"/>
  </w:num>
  <w:num w:numId="10" w16cid:durableId="1930775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7EB"/>
    <w:rsid w:val="000B52BD"/>
    <w:rsid w:val="00140693"/>
    <w:rsid w:val="0015074B"/>
    <w:rsid w:val="0029639D"/>
    <w:rsid w:val="00326F90"/>
    <w:rsid w:val="005C4005"/>
    <w:rsid w:val="00675DAB"/>
    <w:rsid w:val="007C4A5B"/>
    <w:rsid w:val="00855E18"/>
    <w:rsid w:val="008E24E2"/>
    <w:rsid w:val="00AA1D8D"/>
    <w:rsid w:val="00B21185"/>
    <w:rsid w:val="00B47730"/>
    <w:rsid w:val="00CB0664"/>
    <w:rsid w:val="00FB63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A7940"/>
  <w14:defaultImageDpi w14:val="300"/>
  <w15:docId w15:val="{3E0FAB7C-124B-44B6-AC8C-F50875EC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C40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owflorida.org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AF134F5ED864297ACB60F82FF11F2" ma:contentTypeVersion="18" ma:contentTypeDescription="Create a new document." ma:contentTypeScope="" ma:versionID="4ed20738480d0624a12a562d71c41e19">
  <xsd:schema xmlns:xsd="http://www.w3.org/2001/XMLSchema" xmlns:xs="http://www.w3.org/2001/XMLSchema" xmlns:p="http://schemas.microsoft.com/office/2006/metadata/properties" xmlns:ns2="d5fca2af-c523-4ed9-a041-fc78164b856b" xmlns:ns3="79055c8c-52c6-4b14-a28d-72b771612258" targetNamespace="http://schemas.microsoft.com/office/2006/metadata/properties" ma:root="true" ma:fieldsID="aecaa48bc9ca8cbe0dd18f18db1c1be1" ns2:_="" ns3:_="">
    <xsd:import namespace="d5fca2af-c523-4ed9-a041-fc78164b856b"/>
    <xsd:import namespace="79055c8c-52c6-4b14-a28d-72b771612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ca2af-c523-4ed9-a041-fc78164b8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285f04-b23c-4588-bff4-264012207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55c8c-52c6-4b14-a28d-72b7716122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ce89e2-ccdd-4128-aa0d-87031ab0ed2f}" ma:internalName="TaxCatchAll" ma:showField="CatchAllData" ma:web="79055c8c-52c6-4b14-a28d-72b771612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55c8c-52c6-4b14-a28d-72b771612258" xsi:nil="true"/>
    <lcf76f155ced4ddcb4097134ff3c332f xmlns="d5fca2af-c523-4ed9-a041-fc78164b85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DA6F4A-FF2B-449F-9C9A-3BE6FA346D06}"/>
</file>

<file path=customXml/itemProps3.xml><?xml version="1.0" encoding="utf-8"?>
<ds:datastoreItem xmlns:ds="http://schemas.openxmlformats.org/officeDocument/2006/customXml" ds:itemID="{74BB8D17-2869-4FC7-852B-EB441B9B27AA}"/>
</file>

<file path=customXml/itemProps4.xml><?xml version="1.0" encoding="utf-8"?>
<ds:datastoreItem xmlns:ds="http://schemas.openxmlformats.org/officeDocument/2006/customXml" ds:itemID="{DD7D3AF2-269A-48FE-8C62-A5BAA7D476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McGrath</cp:lastModifiedBy>
  <cp:revision>5</cp:revision>
  <dcterms:created xsi:type="dcterms:W3CDTF">2026-08-13T21:26:00Z</dcterms:created>
  <dcterms:modified xsi:type="dcterms:W3CDTF">2026-08-13T21:29:00Z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0x010100A36AF134F5ED864297ACB60F82FF11F2</vt:lpwstr>
  </property>
</Properties>
</file>