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3024"/>
        <w:gridCol w:w="3451"/>
        <w:gridCol w:w="3893"/>
      </w:tblGrid>
      <w:tr w:rsidR="00C85BFE" w:rsidRPr="006809C5" w14:paraId="3E26D7F8" w14:textId="77777777" w:rsidTr="006C1DBD">
        <w:trPr>
          <w:cantSplit/>
        </w:trPr>
        <w:tc>
          <w:tcPr>
            <w:tcW w:w="10368" w:type="dxa"/>
            <w:gridSpan w:val="3"/>
            <w:shd w:val="clear" w:color="auto" w:fill="92CDDC" w:themeFill="accent5" w:themeFillTint="99"/>
            <w:tcMar>
              <w:top w:w="80" w:type="dxa"/>
              <w:left w:w="90" w:type="dxa"/>
              <w:bottom w:w="80" w:type="dxa"/>
              <w:right w:w="90" w:type="dxa"/>
            </w:tcMar>
            <w:vAlign w:val="center"/>
          </w:tcPr>
          <w:p w14:paraId="2E098457" w14:textId="4E93ABFD" w:rsidR="00C85BFE" w:rsidRPr="00CA6F33" w:rsidRDefault="00000000">
            <w:pPr>
              <w:jc w:val="center"/>
              <w:rPr>
                <w:rFonts w:ascii="Garamond" w:hAnsi="Garamond" w:cstheme="majorHAnsi"/>
                <w:color w:val="C00000"/>
                <w:sz w:val="22"/>
              </w:rPr>
            </w:pPr>
            <w:r w:rsidRPr="00CA6F33">
              <w:rPr>
                <w:rFonts w:ascii="Garamond" w:hAnsi="Garamond" w:cstheme="majorHAnsi"/>
                <w:b/>
                <w:color w:val="C00000"/>
                <w:sz w:val="22"/>
              </w:rPr>
              <w:t>H.O.W. USE ONLY</w:t>
            </w:r>
          </w:p>
        </w:tc>
      </w:tr>
      <w:tr w:rsidR="00C85BFE" w:rsidRPr="006809C5" w14:paraId="045EF45B" w14:textId="77777777" w:rsidTr="00CA6F33">
        <w:trPr>
          <w:cantSplit/>
        </w:trPr>
        <w:tc>
          <w:tcPr>
            <w:tcW w:w="3024" w:type="dxa"/>
            <w:tcMar>
              <w:top w:w="80" w:type="dxa"/>
              <w:left w:w="90" w:type="dxa"/>
              <w:bottom w:w="80" w:type="dxa"/>
              <w:right w:w="90" w:type="dxa"/>
            </w:tcMar>
            <w:vAlign w:val="center"/>
          </w:tcPr>
          <w:p w14:paraId="7338212E" w14:textId="10639F3A" w:rsidR="00C85BFE" w:rsidRPr="00CA6F33" w:rsidRDefault="00000000">
            <w:pPr>
              <w:rPr>
                <w:rFonts w:ascii="Garamond" w:hAnsi="Garamond" w:cstheme="majorHAnsi"/>
                <w:color w:val="C00000"/>
                <w:sz w:val="22"/>
              </w:rPr>
            </w:pPr>
            <w:r w:rsidRPr="00CA6F33">
              <w:rPr>
                <w:rFonts w:ascii="Garamond" w:hAnsi="Garamond" w:cstheme="majorHAnsi"/>
                <w:color w:val="C00000"/>
                <w:sz w:val="22"/>
              </w:rPr>
              <w:t>Date: __________________</w:t>
            </w:r>
          </w:p>
        </w:tc>
        <w:tc>
          <w:tcPr>
            <w:tcW w:w="3451" w:type="dxa"/>
            <w:tcMar>
              <w:top w:w="80" w:type="dxa"/>
              <w:left w:w="90" w:type="dxa"/>
              <w:bottom w:w="80" w:type="dxa"/>
              <w:right w:w="90" w:type="dxa"/>
            </w:tcMar>
            <w:vAlign w:val="center"/>
          </w:tcPr>
          <w:p w14:paraId="4B5DC49E" w14:textId="345D3E82" w:rsidR="00C85BFE" w:rsidRPr="00CA6F33" w:rsidRDefault="00000000">
            <w:pPr>
              <w:rPr>
                <w:rFonts w:ascii="Garamond" w:hAnsi="Garamond" w:cstheme="majorHAnsi"/>
                <w:color w:val="C00000"/>
                <w:sz w:val="22"/>
              </w:rPr>
            </w:pPr>
            <w:r w:rsidRPr="00CA6F33">
              <w:rPr>
                <w:rFonts w:ascii="Garamond" w:hAnsi="Garamond" w:cstheme="majorHAnsi"/>
                <w:color w:val="C00000"/>
                <w:sz w:val="22"/>
              </w:rPr>
              <w:t>Amount Approved: $________</w:t>
            </w:r>
            <w:r w:rsidR="00CA6F33" w:rsidRPr="00CA6F33">
              <w:rPr>
                <w:rFonts w:ascii="Garamond" w:hAnsi="Garamond" w:cstheme="majorHAnsi"/>
                <w:color w:val="C00000"/>
                <w:sz w:val="22"/>
              </w:rPr>
              <w:t>_____</w:t>
            </w:r>
          </w:p>
        </w:tc>
        <w:tc>
          <w:tcPr>
            <w:tcW w:w="3893" w:type="dxa"/>
            <w:tcMar>
              <w:top w:w="80" w:type="dxa"/>
              <w:left w:w="90" w:type="dxa"/>
              <w:bottom w:w="80" w:type="dxa"/>
              <w:right w:w="90" w:type="dxa"/>
            </w:tcMar>
            <w:vAlign w:val="center"/>
          </w:tcPr>
          <w:p w14:paraId="674CB23E" w14:textId="1D358823" w:rsidR="00C85BFE" w:rsidRPr="00CA6F33" w:rsidRDefault="00000000">
            <w:pPr>
              <w:rPr>
                <w:rFonts w:ascii="Garamond" w:hAnsi="Garamond" w:cstheme="majorHAnsi"/>
                <w:color w:val="C00000"/>
                <w:sz w:val="22"/>
              </w:rPr>
            </w:pPr>
            <w:r w:rsidRPr="00CA6F33">
              <w:rPr>
                <w:rFonts w:ascii="Garamond" w:hAnsi="Garamond" w:cstheme="majorHAnsi"/>
                <w:color w:val="C00000"/>
                <w:sz w:val="22"/>
              </w:rPr>
              <w:t>Approved by: _____________________</w:t>
            </w:r>
          </w:p>
        </w:tc>
      </w:tr>
    </w:tbl>
    <w:p w14:paraId="27FD16E8" w14:textId="77777777" w:rsidR="00B73A28" w:rsidRPr="006809C5" w:rsidRDefault="00B73A28" w:rsidP="00B73A28">
      <w:pPr>
        <w:spacing w:before="160" w:after="0" w:line="240" w:lineRule="auto"/>
        <w:contextualSpacing/>
        <w:jc w:val="center"/>
        <w:rPr>
          <w:rFonts w:ascii="Garamond" w:hAnsi="Garamond" w:cstheme="majorHAnsi"/>
          <w:b/>
          <w:sz w:val="16"/>
          <w:szCs w:val="16"/>
        </w:rPr>
      </w:pPr>
    </w:p>
    <w:p w14:paraId="63AE0571" w14:textId="77777777" w:rsidR="0075463B" w:rsidRPr="00337885" w:rsidRDefault="0075463B" w:rsidP="00B73A28">
      <w:pPr>
        <w:spacing w:before="160" w:after="0" w:line="240" w:lineRule="auto"/>
        <w:contextualSpacing/>
        <w:jc w:val="center"/>
        <w:rPr>
          <w:rFonts w:ascii="Garamond" w:hAnsi="Garamond" w:cstheme="majorHAnsi"/>
          <w:b/>
          <w:color w:val="000000" w:themeColor="text1"/>
          <w:sz w:val="6"/>
          <w:szCs w:val="6"/>
        </w:rPr>
      </w:pPr>
    </w:p>
    <w:p w14:paraId="0004D2DC" w14:textId="7FBEF0E6" w:rsidR="00B73A28" w:rsidRDefault="00000000" w:rsidP="00B73A28">
      <w:pPr>
        <w:spacing w:before="160" w:after="0" w:line="240" w:lineRule="auto"/>
        <w:contextualSpacing/>
        <w:jc w:val="center"/>
        <w:rPr>
          <w:rFonts w:ascii="Garamond" w:hAnsi="Garamond" w:cstheme="majorHAnsi"/>
          <w:b/>
          <w:color w:val="000000" w:themeColor="text1"/>
          <w:sz w:val="28"/>
          <w:szCs w:val="28"/>
        </w:rPr>
      </w:pPr>
      <w:r w:rsidRPr="006809C5">
        <w:rPr>
          <w:rFonts w:ascii="Garamond" w:hAnsi="Garamond" w:cstheme="majorHAnsi"/>
          <w:b/>
          <w:color w:val="000000" w:themeColor="text1"/>
          <w:sz w:val="28"/>
          <w:szCs w:val="28"/>
        </w:rPr>
        <w:t xml:space="preserve">Glenda </w:t>
      </w:r>
      <w:r w:rsidR="006C1DBD" w:rsidRPr="006809C5">
        <w:rPr>
          <w:rFonts w:ascii="Garamond" w:hAnsi="Garamond" w:cstheme="majorHAnsi"/>
          <w:b/>
          <w:color w:val="000000" w:themeColor="text1"/>
          <w:sz w:val="28"/>
          <w:szCs w:val="28"/>
        </w:rPr>
        <w:t xml:space="preserve">M. </w:t>
      </w:r>
      <w:r w:rsidRPr="006809C5">
        <w:rPr>
          <w:rFonts w:ascii="Garamond" w:hAnsi="Garamond" w:cstheme="majorHAnsi"/>
          <w:b/>
          <w:color w:val="000000" w:themeColor="text1"/>
          <w:sz w:val="28"/>
          <w:szCs w:val="28"/>
        </w:rPr>
        <w:t>Wright Angel Fund</w:t>
      </w:r>
    </w:p>
    <w:p w14:paraId="5C630141" w14:textId="5D340A41" w:rsidR="006B285F" w:rsidRPr="006809C5" w:rsidRDefault="006B285F" w:rsidP="00B73A28">
      <w:pPr>
        <w:spacing w:before="160" w:after="0" w:line="240" w:lineRule="auto"/>
        <w:contextualSpacing/>
        <w:jc w:val="center"/>
        <w:rPr>
          <w:rFonts w:ascii="Garamond" w:hAnsi="Garamond" w:cstheme="majorHAnsi"/>
          <w:b/>
          <w:color w:val="000000" w:themeColor="text1"/>
          <w:sz w:val="28"/>
          <w:szCs w:val="28"/>
        </w:rPr>
      </w:pPr>
      <w:r w:rsidRPr="006809C5">
        <w:rPr>
          <w:rFonts w:ascii="Garamond" w:hAnsi="Garamond" w:cstheme="majorHAnsi"/>
          <w:b/>
          <w:color w:val="000000" w:themeColor="text1"/>
          <w:sz w:val="28"/>
          <w:szCs w:val="28"/>
        </w:rPr>
        <w:t>Patient Application for Financial Support</w:t>
      </w:r>
    </w:p>
    <w:p w14:paraId="5290FC59" w14:textId="77777777" w:rsidR="00B73A28" w:rsidRPr="006809C5" w:rsidRDefault="00B73A28" w:rsidP="00B73A28">
      <w:pPr>
        <w:spacing w:before="160" w:after="0" w:line="240" w:lineRule="auto"/>
        <w:contextualSpacing/>
        <w:jc w:val="center"/>
        <w:rPr>
          <w:rFonts w:ascii="Garamond" w:hAnsi="Garamond" w:cstheme="majorHAnsi"/>
          <w:b/>
          <w:color w:val="000000" w:themeColor="text1"/>
          <w:sz w:val="16"/>
          <w:szCs w:val="16"/>
        </w:rPr>
      </w:pPr>
    </w:p>
    <w:p w14:paraId="530E0453" w14:textId="4DEA3489" w:rsidR="00B73A28" w:rsidRPr="006809C5" w:rsidRDefault="00000000" w:rsidP="00B73A28">
      <w:pPr>
        <w:pStyle w:val="ListParagraph"/>
        <w:numPr>
          <w:ilvl w:val="0"/>
          <w:numId w:val="10"/>
        </w:numPr>
        <w:spacing w:after="160" w:line="240" w:lineRule="auto"/>
        <w:rPr>
          <w:rFonts w:ascii="Garamond" w:hAnsi="Garamond" w:cstheme="majorHAnsi"/>
          <w:b/>
          <w:color w:val="31849B" w:themeColor="accent5" w:themeShade="BF"/>
          <w:sz w:val="24"/>
          <w:szCs w:val="24"/>
        </w:rPr>
      </w:pPr>
      <w:r w:rsidRPr="006809C5">
        <w:rPr>
          <w:rFonts w:ascii="Garamond" w:hAnsi="Garamond" w:cstheme="majorHAnsi"/>
          <w:b/>
          <w:color w:val="31849B" w:themeColor="accent5" w:themeShade="BF"/>
          <w:sz w:val="24"/>
          <w:szCs w:val="24"/>
        </w:rPr>
        <w:t>Applicant Information</w:t>
      </w:r>
    </w:p>
    <w:tbl>
      <w:tblPr>
        <w:tblStyle w:val="TableGrid"/>
        <w:tblW w:w="10512" w:type="dxa"/>
        <w:tblLayout w:type="fixed"/>
        <w:tblLook w:val="04A0" w:firstRow="1" w:lastRow="0" w:firstColumn="1" w:lastColumn="0" w:noHBand="0" w:noVBand="1"/>
      </w:tblPr>
      <w:tblGrid>
        <w:gridCol w:w="5850"/>
        <w:gridCol w:w="4662"/>
      </w:tblGrid>
      <w:tr w:rsidR="00C85BFE" w:rsidRPr="006809C5" w14:paraId="23739767" w14:textId="77777777" w:rsidTr="004339C2">
        <w:trPr>
          <w:cantSplit/>
          <w:trHeight w:val="315"/>
        </w:trPr>
        <w:tc>
          <w:tcPr>
            <w:tcW w:w="5850" w:type="dxa"/>
            <w:tcMar>
              <w:top w:w="80" w:type="dxa"/>
              <w:left w:w="90" w:type="dxa"/>
              <w:bottom w:w="80" w:type="dxa"/>
              <w:right w:w="90" w:type="dxa"/>
            </w:tcMar>
            <w:vAlign w:val="center"/>
          </w:tcPr>
          <w:p w14:paraId="296CBBC8" w14:textId="7E3B3F31" w:rsidR="00C85BFE" w:rsidRPr="006809C5" w:rsidRDefault="00000000">
            <w:pPr>
              <w:rPr>
                <w:rFonts w:ascii="Garamond" w:hAnsi="Garamond" w:cstheme="majorHAnsi"/>
                <w:sz w:val="22"/>
              </w:rPr>
            </w:pPr>
            <w:r w:rsidRPr="006809C5">
              <w:rPr>
                <w:rFonts w:ascii="Garamond" w:hAnsi="Garamond" w:cstheme="majorHAnsi"/>
                <w:sz w:val="22"/>
              </w:rPr>
              <w:t>Date: __________________________</w:t>
            </w:r>
            <w:r w:rsidR="006C1DBD" w:rsidRPr="006809C5">
              <w:rPr>
                <w:rFonts w:ascii="Garamond" w:hAnsi="Garamond" w:cstheme="majorHAnsi"/>
                <w:sz w:val="22"/>
              </w:rPr>
              <w:t>_______________</w:t>
            </w:r>
            <w:r w:rsidR="00337885">
              <w:rPr>
                <w:rFonts w:ascii="Garamond" w:hAnsi="Garamond" w:cstheme="majorHAnsi"/>
                <w:sz w:val="22"/>
              </w:rPr>
              <w:t>_____</w:t>
            </w:r>
          </w:p>
        </w:tc>
        <w:tc>
          <w:tcPr>
            <w:tcW w:w="4662" w:type="dxa"/>
            <w:tcMar>
              <w:top w:w="80" w:type="dxa"/>
              <w:left w:w="90" w:type="dxa"/>
              <w:bottom w:w="80" w:type="dxa"/>
              <w:right w:w="90" w:type="dxa"/>
            </w:tcMar>
            <w:vAlign w:val="center"/>
          </w:tcPr>
          <w:p w14:paraId="4B6CAE9D" w14:textId="16021A9C" w:rsidR="00C85BFE" w:rsidRPr="006809C5" w:rsidRDefault="00000000">
            <w:pPr>
              <w:rPr>
                <w:rFonts w:ascii="Garamond" w:hAnsi="Garamond" w:cstheme="majorHAnsi"/>
                <w:sz w:val="22"/>
              </w:rPr>
            </w:pPr>
            <w:r w:rsidRPr="006809C5">
              <w:rPr>
                <w:rFonts w:ascii="Garamond" w:hAnsi="Garamond" w:cstheme="majorHAnsi"/>
                <w:sz w:val="22"/>
              </w:rPr>
              <w:t>Date of Birth: __________________________</w:t>
            </w:r>
            <w:r w:rsidR="006C1DBD" w:rsidRPr="006809C5">
              <w:rPr>
                <w:rFonts w:ascii="Garamond" w:hAnsi="Garamond" w:cstheme="majorHAnsi"/>
                <w:sz w:val="22"/>
              </w:rPr>
              <w:t>___</w:t>
            </w:r>
          </w:p>
        </w:tc>
      </w:tr>
      <w:tr w:rsidR="00C85BFE" w:rsidRPr="006809C5" w14:paraId="770647FB" w14:textId="77777777" w:rsidTr="004339C2">
        <w:trPr>
          <w:cantSplit/>
          <w:trHeight w:val="305"/>
        </w:trPr>
        <w:tc>
          <w:tcPr>
            <w:tcW w:w="10512" w:type="dxa"/>
            <w:gridSpan w:val="2"/>
            <w:tcMar>
              <w:top w:w="80" w:type="dxa"/>
              <w:left w:w="90" w:type="dxa"/>
              <w:bottom w:w="80" w:type="dxa"/>
              <w:right w:w="90" w:type="dxa"/>
            </w:tcMar>
            <w:vAlign w:val="center"/>
          </w:tcPr>
          <w:p w14:paraId="24840025" w14:textId="10F8554D" w:rsidR="00C85BFE" w:rsidRPr="006809C5" w:rsidRDefault="00000000">
            <w:pPr>
              <w:rPr>
                <w:rFonts w:ascii="Garamond" w:hAnsi="Garamond" w:cstheme="majorHAnsi"/>
                <w:sz w:val="22"/>
              </w:rPr>
            </w:pPr>
            <w:r w:rsidRPr="006809C5">
              <w:rPr>
                <w:rFonts w:ascii="Garamond" w:hAnsi="Garamond" w:cstheme="majorHAnsi"/>
                <w:sz w:val="22"/>
              </w:rPr>
              <w:t>Name (First, Middle, Last): ________________________________________________________________</w:t>
            </w:r>
            <w:r w:rsidR="006C1DBD" w:rsidRPr="006809C5">
              <w:rPr>
                <w:rFonts w:ascii="Garamond" w:hAnsi="Garamond" w:cstheme="majorHAnsi"/>
                <w:sz w:val="22"/>
              </w:rPr>
              <w:t>________</w:t>
            </w:r>
          </w:p>
        </w:tc>
      </w:tr>
      <w:tr w:rsidR="00C85BFE" w:rsidRPr="006809C5" w14:paraId="0DCC7F3C" w14:textId="77777777" w:rsidTr="004339C2">
        <w:trPr>
          <w:cantSplit/>
          <w:trHeight w:val="315"/>
        </w:trPr>
        <w:tc>
          <w:tcPr>
            <w:tcW w:w="10512" w:type="dxa"/>
            <w:gridSpan w:val="2"/>
            <w:tcMar>
              <w:top w:w="80" w:type="dxa"/>
              <w:left w:w="90" w:type="dxa"/>
              <w:bottom w:w="80" w:type="dxa"/>
              <w:right w:w="90" w:type="dxa"/>
            </w:tcMar>
            <w:vAlign w:val="center"/>
          </w:tcPr>
          <w:p w14:paraId="47045F65" w14:textId="761B01CD" w:rsidR="00C85BFE" w:rsidRPr="006809C5" w:rsidRDefault="00000000">
            <w:pPr>
              <w:rPr>
                <w:rFonts w:ascii="Garamond" w:hAnsi="Garamond" w:cstheme="majorHAnsi"/>
                <w:sz w:val="22"/>
              </w:rPr>
            </w:pPr>
            <w:r w:rsidRPr="006809C5">
              <w:rPr>
                <w:rFonts w:ascii="Garamond" w:hAnsi="Garamond" w:cstheme="majorHAnsi"/>
                <w:sz w:val="22"/>
              </w:rPr>
              <w:t>Address: __________________________________________________________________________________</w:t>
            </w:r>
            <w:r w:rsidR="006C1DBD" w:rsidRPr="006809C5">
              <w:rPr>
                <w:rFonts w:ascii="Garamond" w:hAnsi="Garamond" w:cstheme="majorHAnsi"/>
                <w:sz w:val="22"/>
              </w:rPr>
              <w:t>____</w:t>
            </w:r>
          </w:p>
        </w:tc>
      </w:tr>
      <w:tr w:rsidR="00C85BFE" w:rsidRPr="006809C5" w14:paraId="4EB4B885" w14:textId="77777777" w:rsidTr="004339C2">
        <w:trPr>
          <w:cantSplit/>
          <w:trHeight w:val="621"/>
        </w:trPr>
        <w:tc>
          <w:tcPr>
            <w:tcW w:w="5850" w:type="dxa"/>
            <w:tcMar>
              <w:top w:w="80" w:type="dxa"/>
              <w:left w:w="90" w:type="dxa"/>
              <w:bottom w:w="80" w:type="dxa"/>
              <w:right w:w="90" w:type="dxa"/>
            </w:tcMar>
            <w:vAlign w:val="center"/>
          </w:tcPr>
          <w:p w14:paraId="7939D698" w14:textId="25FC47B5" w:rsidR="00C85BFE" w:rsidRPr="006809C5" w:rsidRDefault="00000000">
            <w:pPr>
              <w:rPr>
                <w:rFonts w:ascii="Garamond" w:hAnsi="Garamond" w:cstheme="majorHAnsi"/>
                <w:sz w:val="22"/>
              </w:rPr>
            </w:pPr>
            <w:r w:rsidRPr="006809C5">
              <w:rPr>
                <w:rFonts w:ascii="Garamond" w:hAnsi="Garamond" w:cstheme="majorHAnsi"/>
                <w:sz w:val="22"/>
              </w:rPr>
              <w:t>City, State, Zip</w:t>
            </w:r>
            <w:r w:rsidR="00313AEC">
              <w:rPr>
                <w:rFonts w:ascii="Garamond" w:hAnsi="Garamond" w:cstheme="majorHAnsi"/>
                <w:sz w:val="22"/>
              </w:rPr>
              <w:t xml:space="preserve"> Code</w:t>
            </w:r>
            <w:r w:rsidRPr="006809C5">
              <w:rPr>
                <w:rFonts w:ascii="Garamond" w:hAnsi="Garamond" w:cstheme="majorHAnsi"/>
                <w:sz w:val="22"/>
              </w:rPr>
              <w:t>: _________________________________</w:t>
            </w:r>
          </w:p>
        </w:tc>
        <w:tc>
          <w:tcPr>
            <w:tcW w:w="4662" w:type="dxa"/>
            <w:tcMar>
              <w:top w:w="80" w:type="dxa"/>
              <w:left w:w="90" w:type="dxa"/>
              <w:bottom w:w="80" w:type="dxa"/>
              <w:right w:w="90" w:type="dxa"/>
            </w:tcMar>
            <w:vAlign w:val="center"/>
          </w:tcPr>
          <w:p w14:paraId="5EBA6C2C" w14:textId="1CDD5C81" w:rsidR="006C1DBD" w:rsidRPr="006809C5" w:rsidRDefault="00000000">
            <w:pPr>
              <w:rPr>
                <w:rFonts w:ascii="Garamond" w:hAnsi="Garamond" w:cstheme="majorHAnsi"/>
                <w:sz w:val="22"/>
              </w:rPr>
            </w:pPr>
            <w:r w:rsidRPr="006809C5">
              <w:rPr>
                <w:rFonts w:ascii="Garamond" w:hAnsi="Garamond" w:cstheme="majorHAnsi"/>
                <w:sz w:val="22"/>
              </w:rPr>
              <w:t>Phone: __________________</w:t>
            </w:r>
            <w:r w:rsidR="006C1DBD" w:rsidRPr="006809C5">
              <w:rPr>
                <w:rFonts w:ascii="Garamond" w:hAnsi="Garamond" w:cstheme="majorHAnsi"/>
                <w:sz w:val="22"/>
              </w:rPr>
              <w:t>________________</w:t>
            </w:r>
            <w:r w:rsidRPr="006809C5">
              <w:rPr>
                <w:rFonts w:ascii="Garamond" w:hAnsi="Garamond" w:cstheme="majorHAnsi"/>
                <w:sz w:val="22"/>
              </w:rPr>
              <w:t xml:space="preserve">  </w:t>
            </w:r>
          </w:p>
          <w:p w14:paraId="3AEA6F18" w14:textId="3F67C621" w:rsidR="00C85BFE" w:rsidRPr="006809C5" w:rsidRDefault="00000000">
            <w:pPr>
              <w:rPr>
                <w:rFonts w:ascii="Garamond" w:hAnsi="Garamond" w:cstheme="majorHAnsi"/>
                <w:sz w:val="22"/>
              </w:rPr>
            </w:pPr>
            <w:r w:rsidRPr="006809C5">
              <w:rPr>
                <w:rFonts w:ascii="Garamond" w:hAnsi="Garamond" w:cstheme="majorHAnsi"/>
                <w:sz w:val="22"/>
              </w:rPr>
              <w:t>Email: ______________________________</w:t>
            </w:r>
            <w:r w:rsidR="006C1DBD" w:rsidRPr="006809C5">
              <w:rPr>
                <w:rFonts w:ascii="Garamond" w:hAnsi="Garamond" w:cstheme="majorHAnsi"/>
                <w:sz w:val="22"/>
              </w:rPr>
              <w:t>_____</w:t>
            </w:r>
          </w:p>
        </w:tc>
      </w:tr>
    </w:tbl>
    <w:p w14:paraId="32DC2E17" w14:textId="77777777" w:rsidR="00D2687F" w:rsidRDefault="00D2687F" w:rsidP="00D2687F">
      <w:pPr>
        <w:spacing w:before="160" w:after="80" w:line="240" w:lineRule="auto"/>
        <w:contextualSpacing/>
        <w:rPr>
          <w:rFonts w:ascii="Garamond" w:hAnsi="Garamond" w:cstheme="majorHAnsi"/>
          <w:color w:val="000000" w:themeColor="text1"/>
          <w:sz w:val="22"/>
        </w:rPr>
      </w:pPr>
    </w:p>
    <w:p w14:paraId="499A6832" w14:textId="57AB2552" w:rsidR="00D2687F" w:rsidRDefault="004339C2" w:rsidP="00D2687F">
      <w:pPr>
        <w:spacing w:before="160" w:after="80" w:line="240" w:lineRule="auto"/>
        <w:contextualSpacing/>
        <w:rPr>
          <w:rFonts w:ascii="Garamond" w:hAnsi="Garamond" w:cstheme="majorHAnsi"/>
          <w:color w:val="000000" w:themeColor="text1"/>
          <w:sz w:val="22"/>
        </w:rPr>
      </w:pPr>
      <w:r w:rsidRPr="00BA2893">
        <w:rPr>
          <w:rFonts w:ascii="Garamond" w:hAnsi="Garamond" w:cstheme="majorHAnsi"/>
          <w:color w:val="000000" w:themeColor="text1"/>
          <w:sz w:val="22"/>
        </w:rPr>
        <w:t>Do you have limited English proficiency or prefer to communicate in a language other than English?</w:t>
      </w:r>
      <w:r w:rsidR="00D2687F">
        <w:rPr>
          <w:rFonts w:ascii="Garamond" w:hAnsi="Garamond" w:cstheme="majorHAnsi"/>
          <w:color w:val="000000" w:themeColor="text1"/>
          <w:sz w:val="22"/>
        </w:rPr>
        <w:t xml:space="preserve">  </w:t>
      </w:r>
      <w:r w:rsidRPr="00BA2893">
        <w:rPr>
          <w:rFonts w:ascii="Segoe UI Symbol" w:hAnsi="Segoe UI Symbol" w:cs="Segoe UI Symbol"/>
          <w:color w:val="000000" w:themeColor="text1"/>
          <w:sz w:val="22"/>
        </w:rPr>
        <w:t>☐</w:t>
      </w:r>
      <w:r w:rsidRPr="00BA2893">
        <w:rPr>
          <w:rFonts w:ascii="Garamond" w:hAnsi="Garamond" w:cstheme="majorHAnsi"/>
          <w:color w:val="000000" w:themeColor="text1"/>
          <w:sz w:val="22"/>
        </w:rPr>
        <w:t xml:space="preserve"> </w:t>
      </w:r>
      <w:r w:rsidR="00A96F26" w:rsidRPr="00BA2893">
        <w:rPr>
          <w:rFonts w:ascii="Garamond" w:hAnsi="Garamond" w:cstheme="majorHAnsi"/>
          <w:color w:val="000000" w:themeColor="text1"/>
          <w:sz w:val="22"/>
        </w:rPr>
        <w:t xml:space="preserve">Yes </w:t>
      </w:r>
      <w:r w:rsidR="00A96F26">
        <w:rPr>
          <w:rFonts w:ascii="Segoe UI Symbol" w:hAnsi="Segoe UI Symbol" w:cs="Segoe UI Symbol"/>
          <w:color w:val="000000" w:themeColor="text1"/>
          <w:sz w:val="22"/>
        </w:rPr>
        <w:t>☐</w:t>
      </w:r>
      <w:r w:rsidRPr="00BA2893">
        <w:rPr>
          <w:rFonts w:ascii="Garamond" w:hAnsi="Garamond" w:cstheme="majorHAnsi"/>
          <w:color w:val="000000" w:themeColor="text1"/>
          <w:sz w:val="22"/>
        </w:rPr>
        <w:t xml:space="preserve"> No</w:t>
      </w:r>
      <w:r w:rsidRPr="00BA2893">
        <w:rPr>
          <w:rFonts w:ascii="Garamond" w:hAnsi="Garamond" w:cstheme="majorHAnsi"/>
          <w:color w:val="000000" w:themeColor="text1"/>
          <w:sz w:val="22"/>
        </w:rPr>
        <w:t xml:space="preserve">  </w:t>
      </w:r>
    </w:p>
    <w:p w14:paraId="3999B79D" w14:textId="71D68DC4" w:rsidR="004339C2" w:rsidRPr="00BA2893" w:rsidRDefault="004339C2" w:rsidP="00D2687F">
      <w:pPr>
        <w:spacing w:before="160" w:after="80" w:line="240" w:lineRule="auto"/>
        <w:contextualSpacing/>
        <w:rPr>
          <w:rFonts w:ascii="Garamond" w:hAnsi="Garamond" w:cstheme="majorHAnsi"/>
          <w:color w:val="000000" w:themeColor="text1"/>
          <w:sz w:val="22"/>
        </w:rPr>
      </w:pPr>
      <w:r w:rsidRPr="00BA2893">
        <w:rPr>
          <w:rFonts w:ascii="Garamond" w:hAnsi="Garamond" w:cstheme="majorHAnsi"/>
          <w:color w:val="000000" w:themeColor="text1"/>
          <w:sz w:val="22"/>
        </w:rPr>
        <w:t>If yes, preferred language: _________________</w:t>
      </w:r>
      <w:r w:rsidR="00D2687F">
        <w:rPr>
          <w:rFonts w:ascii="Garamond" w:hAnsi="Garamond" w:cstheme="majorHAnsi"/>
          <w:color w:val="000000" w:themeColor="text1"/>
          <w:sz w:val="22"/>
        </w:rPr>
        <w:t>_______</w:t>
      </w:r>
      <w:r w:rsidR="00A96F26">
        <w:rPr>
          <w:rFonts w:ascii="Garamond" w:hAnsi="Garamond" w:cstheme="majorHAnsi"/>
          <w:color w:val="000000" w:themeColor="text1"/>
          <w:sz w:val="22"/>
        </w:rPr>
        <w:t xml:space="preserve"> </w:t>
      </w:r>
      <w:r w:rsidRPr="00BA2893">
        <w:rPr>
          <w:rFonts w:ascii="Garamond" w:hAnsi="Garamond" w:cstheme="majorHAnsi"/>
          <w:color w:val="000000" w:themeColor="text1"/>
          <w:sz w:val="22"/>
        </w:rPr>
        <w:t xml:space="preserve">Interpreter or translated materials needed? </w:t>
      </w:r>
      <w:r w:rsidR="00A96F26">
        <w:rPr>
          <w:rFonts w:ascii="Garamond" w:hAnsi="Garamond" w:cstheme="majorHAnsi"/>
          <w:color w:val="000000" w:themeColor="text1"/>
          <w:sz w:val="22"/>
        </w:rPr>
        <w:t xml:space="preserve"> </w:t>
      </w:r>
      <w:r w:rsidRPr="00BA2893">
        <w:rPr>
          <w:rFonts w:ascii="Segoe UI Symbol" w:hAnsi="Segoe UI Symbol" w:cs="Segoe UI Symbol"/>
          <w:color w:val="000000" w:themeColor="text1"/>
          <w:sz w:val="22"/>
        </w:rPr>
        <w:t>☐</w:t>
      </w:r>
      <w:r w:rsidRPr="00BA2893">
        <w:rPr>
          <w:rFonts w:ascii="Garamond" w:hAnsi="Garamond" w:cstheme="majorHAnsi"/>
          <w:color w:val="000000" w:themeColor="text1"/>
          <w:sz w:val="22"/>
        </w:rPr>
        <w:t xml:space="preserve"> </w:t>
      </w:r>
      <w:r w:rsidR="00A96F26" w:rsidRPr="00BA2893">
        <w:rPr>
          <w:rFonts w:ascii="Garamond" w:hAnsi="Garamond" w:cstheme="majorHAnsi"/>
          <w:color w:val="000000" w:themeColor="text1"/>
          <w:sz w:val="22"/>
        </w:rPr>
        <w:t xml:space="preserve">Yes </w:t>
      </w:r>
      <w:r w:rsidR="00A96F26">
        <w:rPr>
          <w:rFonts w:ascii="Segoe UI Symbol" w:hAnsi="Segoe UI Symbol" w:cs="Segoe UI Symbol"/>
          <w:color w:val="000000" w:themeColor="text1"/>
          <w:sz w:val="22"/>
        </w:rPr>
        <w:t>☐</w:t>
      </w:r>
      <w:r w:rsidRPr="00BA2893">
        <w:rPr>
          <w:rFonts w:ascii="Garamond" w:hAnsi="Garamond" w:cstheme="majorHAnsi"/>
          <w:color w:val="000000" w:themeColor="text1"/>
          <w:sz w:val="22"/>
        </w:rPr>
        <w:t xml:space="preserve"> No</w:t>
      </w:r>
    </w:p>
    <w:p w14:paraId="1F35B86F" w14:textId="77777777" w:rsidR="00D2687F" w:rsidRPr="00D2687F" w:rsidRDefault="00D2687F" w:rsidP="00A96F26">
      <w:pPr>
        <w:spacing w:before="160" w:after="80" w:line="240" w:lineRule="auto"/>
        <w:contextualSpacing/>
        <w:rPr>
          <w:rFonts w:ascii="Garamond" w:hAnsi="Garamond" w:cstheme="majorHAnsi"/>
          <w:b/>
          <w:color w:val="31849B" w:themeColor="accent5" w:themeShade="BF"/>
          <w:sz w:val="6"/>
          <w:szCs w:val="6"/>
        </w:rPr>
      </w:pPr>
    </w:p>
    <w:p w14:paraId="0617A721" w14:textId="716733A8" w:rsidR="00C85BFE" w:rsidRPr="006809C5" w:rsidRDefault="00000000">
      <w:pPr>
        <w:spacing w:before="160" w:after="80"/>
        <w:rPr>
          <w:rFonts w:ascii="Garamond" w:hAnsi="Garamond" w:cstheme="majorHAnsi"/>
          <w:color w:val="31849B" w:themeColor="accent5" w:themeShade="BF"/>
          <w:sz w:val="24"/>
          <w:szCs w:val="24"/>
        </w:rPr>
      </w:pPr>
      <w:r w:rsidRPr="006809C5">
        <w:rPr>
          <w:rFonts w:ascii="Garamond" w:hAnsi="Garamond" w:cstheme="majorHAnsi"/>
          <w:b/>
          <w:color w:val="31849B" w:themeColor="accent5" w:themeShade="BF"/>
          <w:sz w:val="24"/>
          <w:szCs w:val="24"/>
        </w:rPr>
        <w:t>2. Health Coverage</w:t>
      </w:r>
    </w:p>
    <w:p w14:paraId="5C7C64AB" w14:textId="31E32509" w:rsidR="00C85BFE" w:rsidRPr="006809C5" w:rsidRDefault="00C20BFC">
      <w:pPr>
        <w:rPr>
          <w:rFonts w:ascii="Garamond" w:hAnsi="Garamond" w:cstheme="majorHAnsi"/>
          <w:sz w:val="22"/>
        </w:rPr>
      </w:pPr>
      <w:r>
        <w:rPr>
          <w:rFonts w:ascii="Garamond" w:hAnsi="Garamond" w:cstheme="majorHAnsi"/>
          <w:sz w:val="22"/>
        </w:rPr>
        <w:t>Health</w:t>
      </w:r>
      <w:r w:rsidR="00000000" w:rsidRPr="006809C5">
        <w:rPr>
          <w:rFonts w:ascii="Garamond" w:hAnsi="Garamond" w:cstheme="majorHAnsi"/>
          <w:sz w:val="22"/>
        </w:rPr>
        <w:t xml:space="preserve"> Insurance:  </w:t>
      </w:r>
      <w:r w:rsidR="00000000" w:rsidRPr="006809C5">
        <w:rPr>
          <w:rFonts w:ascii="Segoe UI Symbol" w:hAnsi="Segoe UI Symbol" w:cs="Segoe UI Symbol"/>
          <w:sz w:val="22"/>
        </w:rPr>
        <w:t>☐</w:t>
      </w:r>
      <w:r w:rsidR="00000000" w:rsidRPr="006809C5">
        <w:rPr>
          <w:rFonts w:ascii="Garamond" w:hAnsi="Garamond" w:cstheme="majorHAnsi"/>
          <w:sz w:val="22"/>
        </w:rPr>
        <w:t xml:space="preserve"> Yes   </w:t>
      </w:r>
      <w:r w:rsidR="00000000" w:rsidRPr="006809C5">
        <w:rPr>
          <w:rFonts w:ascii="Segoe UI Symbol" w:hAnsi="Segoe UI Symbol" w:cs="Segoe UI Symbol"/>
          <w:sz w:val="22"/>
        </w:rPr>
        <w:t>☐</w:t>
      </w:r>
      <w:r w:rsidR="00000000" w:rsidRPr="006809C5">
        <w:rPr>
          <w:rFonts w:ascii="Garamond" w:hAnsi="Garamond" w:cstheme="majorHAnsi"/>
          <w:sz w:val="22"/>
        </w:rPr>
        <w:t xml:space="preserve"> No    Medicare:  </w:t>
      </w:r>
      <w:r w:rsidR="00000000" w:rsidRPr="006809C5">
        <w:rPr>
          <w:rFonts w:ascii="Segoe UI Symbol" w:hAnsi="Segoe UI Symbol" w:cs="Segoe UI Symbol"/>
          <w:sz w:val="22"/>
        </w:rPr>
        <w:t>☐</w:t>
      </w:r>
      <w:r w:rsidR="00000000" w:rsidRPr="006809C5">
        <w:rPr>
          <w:rFonts w:ascii="Garamond" w:hAnsi="Garamond" w:cstheme="majorHAnsi"/>
          <w:sz w:val="22"/>
        </w:rPr>
        <w:t xml:space="preserve"> Yes   </w:t>
      </w:r>
      <w:r w:rsidR="00000000" w:rsidRPr="006809C5">
        <w:rPr>
          <w:rFonts w:ascii="Segoe UI Symbol" w:hAnsi="Segoe UI Symbol" w:cs="Segoe UI Symbol"/>
          <w:sz w:val="22"/>
        </w:rPr>
        <w:t>☐</w:t>
      </w:r>
      <w:r w:rsidR="00000000" w:rsidRPr="006809C5">
        <w:rPr>
          <w:rFonts w:ascii="Garamond" w:hAnsi="Garamond" w:cstheme="majorHAnsi"/>
          <w:sz w:val="22"/>
        </w:rPr>
        <w:t xml:space="preserve"> No</w:t>
      </w:r>
      <w:r>
        <w:rPr>
          <w:rFonts w:ascii="Garamond" w:hAnsi="Garamond" w:cstheme="majorHAnsi"/>
          <w:sz w:val="22"/>
        </w:rPr>
        <w:t xml:space="preserve">    </w:t>
      </w:r>
      <w:r w:rsidR="00000000" w:rsidRPr="006809C5">
        <w:rPr>
          <w:rFonts w:ascii="Garamond" w:hAnsi="Garamond" w:cstheme="majorHAnsi"/>
          <w:sz w:val="22"/>
        </w:rPr>
        <w:t xml:space="preserve">Medicaid:  </w:t>
      </w:r>
      <w:r w:rsidR="00000000" w:rsidRPr="006809C5">
        <w:rPr>
          <w:rFonts w:ascii="Segoe UI Symbol" w:hAnsi="Segoe UI Symbol" w:cs="Segoe UI Symbol"/>
          <w:sz w:val="22"/>
        </w:rPr>
        <w:t>☐</w:t>
      </w:r>
      <w:r w:rsidR="00000000" w:rsidRPr="006809C5">
        <w:rPr>
          <w:rFonts w:ascii="Garamond" w:hAnsi="Garamond" w:cstheme="majorHAnsi"/>
          <w:sz w:val="22"/>
        </w:rPr>
        <w:t xml:space="preserve"> Yes   </w:t>
      </w:r>
      <w:r w:rsidR="00000000" w:rsidRPr="006809C5">
        <w:rPr>
          <w:rFonts w:ascii="Segoe UI Symbol" w:hAnsi="Segoe UI Symbol" w:cs="Segoe UI Symbol"/>
          <w:sz w:val="22"/>
        </w:rPr>
        <w:t>☐</w:t>
      </w:r>
      <w:r w:rsidR="00000000" w:rsidRPr="006809C5">
        <w:rPr>
          <w:rFonts w:ascii="Garamond" w:hAnsi="Garamond" w:cstheme="majorHAnsi"/>
          <w:sz w:val="22"/>
        </w:rPr>
        <w:t xml:space="preserve"> No   </w:t>
      </w:r>
      <w:r w:rsidR="00000000" w:rsidRPr="006809C5">
        <w:rPr>
          <w:rFonts w:ascii="Segoe UI Symbol" w:hAnsi="Segoe UI Symbol" w:cs="Segoe UI Symbol"/>
          <w:sz w:val="22"/>
        </w:rPr>
        <w:t>☐</w:t>
      </w:r>
      <w:r w:rsidR="00000000" w:rsidRPr="006809C5">
        <w:rPr>
          <w:rFonts w:ascii="Garamond" w:hAnsi="Garamond" w:cstheme="majorHAnsi"/>
          <w:sz w:val="22"/>
        </w:rPr>
        <w:t xml:space="preserve"> Pending   </w:t>
      </w:r>
      <w:r w:rsidR="00000000" w:rsidRPr="006809C5">
        <w:rPr>
          <w:rFonts w:ascii="Segoe UI Symbol" w:hAnsi="Segoe UI Symbol" w:cs="Segoe UI Symbol"/>
          <w:sz w:val="22"/>
        </w:rPr>
        <w:t>☐</w:t>
      </w:r>
      <w:r w:rsidR="00000000" w:rsidRPr="006809C5">
        <w:rPr>
          <w:rFonts w:ascii="Garamond" w:hAnsi="Garamond" w:cstheme="majorHAnsi"/>
          <w:sz w:val="22"/>
        </w:rPr>
        <w:t xml:space="preserve"> Denied   Other coverage: ______________________________</w:t>
      </w:r>
      <w:r w:rsidR="006C1DBD" w:rsidRPr="006809C5">
        <w:rPr>
          <w:rFonts w:ascii="Garamond" w:hAnsi="Garamond" w:cstheme="majorHAnsi"/>
          <w:sz w:val="22"/>
        </w:rPr>
        <w:t>_________</w:t>
      </w:r>
      <w:r w:rsidR="00337885">
        <w:rPr>
          <w:rFonts w:ascii="Garamond" w:hAnsi="Garamond" w:cstheme="majorHAnsi"/>
          <w:sz w:val="22"/>
        </w:rPr>
        <w:t>___________________________________________</w:t>
      </w:r>
    </w:p>
    <w:p w14:paraId="2B2EE856" w14:textId="77777777" w:rsidR="00C85BFE" w:rsidRPr="006809C5" w:rsidRDefault="00000000">
      <w:pPr>
        <w:spacing w:before="160" w:after="80"/>
        <w:rPr>
          <w:rFonts w:ascii="Garamond" w:hAnsi="Garamond" w:cstheme="majorHAnsi"/>
          <w:color w:val="31849B" w:themeColor="accent5" w:themeShade="BF"/>
          <w:sz w:val="24"/>
          <w:szCs w:val="24"/>
        </w:rPr>
      </w:pPr>
      <w:r w:rsidRPr="006809C5">
        <w:rPr>
          <w:rFonts w:ascii="Garamond" w:hAnsi="Garamond" w:cstheme="majorHAnsi"/>
          <w:b/>
          <w:color w:val="31849B" w:themeColor="accent5" w:themeShade="BF"/>
          <w:sz w:val="24"/>
          <w:szCs w:val="24"/>
        </w:rPr>
        <w:t>3. Household Income and Expenses</w:t>
      </w:r>
    </w:p>
    <w:tbl>
      <w:tblPr>
        <w:tblStyle w:val="TableGrid"/>
        <w:tblW w:w="10512" w:type="dxa"/>
        <w:tblLayout w:type="fixed"/>
        <w:tblLook w:val="04A0" w:firstRow="1" w:lastRow="0" w:firstColumn="1" w:lastColumn="0" w:noHBand="0" w:noVBand="1"/>
      </w:tblPr>
      <w:tblGrid>
        <w:gridCol w:w="8064"/>
        <w:gridCol w:w="2448"/>
      </w:tblGrid>
      <w:tr w:rsidR="00C85BFE" w:rsidRPr="006809C5" w14:paraId="11AFB8C8" w14:textId="77777777" w:rsidTr="008710F0">
        <w:trPr>
          <w:cantSplit/>
          <w:tblHeader/>
        </w:trPr>
        <w:tc>
          <w:tcPr>
            <w:tcW w:w="8064" w:type="dxa"/>
            <w:shd w:val="clear" w:color="auto" w:fill="92CDDC" w:themeFill="accent5" w:themeFillTint="99"/>
            <w:tcMar>
              <w:top w:w="80" w:type="dxa"/>
              <w:left w:w="90" w:type="dxa"/>
              <w:bottom w:w="80" w:type="dxa"/>
              <w:right w:w="90" w:type="dxa"/>
            </w:tcMar>
            <w:vAlign w:val="center"/>
          </w:tcPr>
          <w:p w14:paraId="4193FA84" w14:textId="77777777" w:rsidR="00C85BFE" w:rsidRPr="006809C5" w:rsidRDefault="00000000">
            <w:pPr>
              <w:rPr>
                <w:rFonts w:ascii="Garamond" w:hAnsi="Garamond" w:cstheme="majorHAnsi"/>
                <w:b/>
                <w:bCs/>
                <w:sz w:val="22"/>
              </w:rPr>
            </w:pPr>
            <w:r w:rsidRPr="006809C5">
              <w:rPr>
                <w:rFonts w:ascii="Garamond" w:hAnsi="Garamond" w:cstheme="majorHAnsi"/>
                <w:b/>
                <w:bCs/>
                <w:sz w:val="22"/>
              </w:rPr>
              <w:t>Monthly Household Income</w:t>
            </w:r>
          </w:p>
        </w:tc>
        <w:tc>
          <w:tcPr>
            <w:tcW w:w="2448" w:type="dxa"/>
            <w:shd w:val="clear" w:color="auto" w:fill="92CDDC" w:themeFill="accent5" w:themeFillTint="99"/>
            <w:tcMar>
              <w:top w:w="80" w:type="dxa"/>
              <w:left w:w="90" w:type="dxa"/>
              <w:bottom w:w="80" w:type="dxa"/>
              <w:right w:w="90" w:type="dxa"/>
            </w:tcMar>
            <w:vAlign w:val="center"/>
          </w:tcPr>
          <w:p w14:paraId="64FE7A89" w14:textId="77777777" w:rsidR="00C85BFE" w:rsidRPr="006809C5" w:rsidRDefault="00000000">
            <w:pPr>
              <w:rPr>
                <w:rFonts w:ascii="Garamond" w:hAnsi="Garamond" w:cstheme="majorHAnsi"/>
                <w:b/>
                <w:bCs/>
                <w:sz w:val="22"/>
              </w:rPr>
            </w:pPr>
            <w:r w:rsidRPr="006809C5">
              <w:rPr>
                <w:rFonts w:ascii="Garamond" w:hAnsi="Garamond" w:cstheme="majorHAnsi"/>
                <w:b/>
                <w:bCs/>
                <w:sz w:val="22"/>
              </w:rPr>
              <w:t>Amount</w:t>
            </w:r>
          </w:p>
        </w:tc>
      </w:tr>
      <w:tr w:rsidR="00C85BFE" w:rsidRPr="006809C5" w14:paraId="30133BA4" w14:textId="77777777" w:rsidTr="008710F0">
        <w:trPr>
          <w:cantSplit/>
        </w:trPr>
        <w:tc>
          <w:tcPr>
            <w:tcW w:w="8064" w:type="dxa"/>
            <w:tcMar>
              <w:top w:w="80" w:type="dxa"/>
              <w:left w:w="90" w:type="dxa"/>
              <w:bottom w:w="80" w:type="dxa"/>
              <w:right w:w="90" w:type="dxa"/>
            </w:tcMar>
            <w:vAlign w:val="center"/>
          </w:tcPr>
          <w:p w14:paraId="1D50906C" w14:textId="30E8B304" w:rsidR="00C85BFE" w:rsidRPr="006809C5" w:rsidRDefault="00000000">
            <w:pPr>
              <w:rPr>
                <w:rFonts w:ascii="Garamond" w:hAnsi="Garamond" w:cstheme="majorHAnsi"/>
                <w:sz w:val="22"/>
              </w:rPr>
            </w:pPr>
            <w:r w:rsidRPr="006809C5">
              <w:rPr>
                <w:rFonts w:ascii="Garamond" w:hAnsi="Garamond" w:cstheme="majorHAnsi"/>
                <w:sz w:val="22"/>
              </w:rPr>
              <w:t xml:space="preserve">Applicant </w:t>
            </w:r>
            <w:r w:rsidR="006C1DBD" w:rsidRPr="006809C5">
              <w:rPr>
                <w:rFonts w:ascii="Garamond" w:hAnsi="Garamond" w:cstheme="majorHAnsi"/>
                <w:sz w:val="22"/>
              </w:rPr>
              <w:t>T</w:t>
            </w:r>
            <w:r w:rsidRPr="006809C5">
              <w:rPr>
                <w:rFonts w:ascii="Garamond" w:hAnsi="Garamond" w:cstheme="majorHAnsi"/>
                <w:sz w:val="22"/>
              </w:rPr>
              <w:t>ake-</w:t>
            </w:r>
            <w:r w:rsidR="006C1DBD" w:rsidRPr="006809C5">
              <w:rPr>
                <w:rFonts w:ascii="Garamond" w:hAnsi="Garamond" w:cstheme="majorHAnsi"/>
                <w:sz w:val="22"/>
              </w:rPr>
              <w:t>H</w:t>
            </w:r>
            <w:r w:rsidRPr="006809C5">
              <w:rPr>
                <w:rFonts w:ascii="Garamond" w:hAnsi="Garamond" w:cstheme="majorHAnsi"/>
                <w:sz w:val="22"/>
              </w:rPr>
              <w:t xml:space="preserve">ome </w:t>
            </w:r>
            <w:r w:rsidR="006C1DBD" w:rsidRPr="006809C5">
              <w:rPr>
                <w:rFonts w:ascii="Garamond" w:hAnsi="Garamond" w:cstheme="majorHAnsi"/>
                <w:sz w:val="22"/>
              </w:rPr>
              <w:t>P</w:t>
            </w:r>
            <w:r w:rsidRPr="006809C5">
              <w:rPr>
                <w:rFonts w:ascii="Garamond" w:hAnsi="Garamond" w:cstheme="majorHAnsi"/>
                <w:sz w:val="22"/>
              </w:rPr>
              <w:t>ay</w:t>
            </w:r>
          </w:p>
        </w:tc>
        <w:tc>
          <w:tcPr>
            <w:tcW w:w="2448" w:type="dxa"/>
            <w:tcMar>
              <w:top w:w="80" w:type="dxa"/>
              <w:left w:w="90" w:type="dxa"/>
              <w:bottom w:w="80" w:type="dxa"/>
              <w:right w:w="90" w:type="dxa"/>
            </w:tcMar>
            <w:vAlign w:val="center"/>
          </w:tcPr>
          <w:p w14:paraId="36C148D1"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748E1D36" w14:textId="77777777" w:rsidTr="008710F0">
        <w:trPr>
          <w:cantSplit/>
        </w:trPr>
        <w:tc>
          <w:tcPr>
            <w:tcW w:w="8064" w:type="dxa"/>
            <w:tcMar>
              <w:top w:w="80" w:type="dxa"/>
              <w:left w:w="90" w:type="dxa"/>
              <w:bottom w:w="80" w:type="dxa"/>
              <w:right w:w="90" w:type="dxa"/>
            </w:tcMar>
            <w:vAlign w:val="center"/>
          </w:tcPr>
          <w:p w14:paraId="6CE3C184" w14:textId="4583E655" w:rsidR="00C85BFE" w:rsidRPr="006809C5" w:rsidRDefault="00000000">
            <w:pPr>
              <w:rPr>
                <w:rFonts w:ascii="Garamond" w:hAnsi="Garamond" w:cstheme="majorHAnsi"/>
                <w:sz w:val="22"/>
              </w:rPr>
            </w:pPr>
            <w:r w:rsidRPr="006809C5">
              <w:rPr>
                <w:rFonts w:ascii="Garamond" w:hAnsi="Garamond" w:cstheme="majorHAnsi"/>
                <w:sz w:val="22"/>
              </w:rPr>
              <w:t>Spouse/</w:t>
            </w:r>
            <w:r w:rsidR="006C1DBD" w:rsidRPr="006809C5">
              <w:rPr>
                <w:rFonts w:ascii="Garamond" w:hAnsi="Garamond" w:cstheme="majorHAnsi"/>
                <w:sz w:val="22"/>
              </w:rPr>
              <w:t>P</w:t>
            </w:r>
            <w:r w:rsidRPr="006809C5">
              <w:rPr>
                <w:rFonts w:ascii="Garamond" w:hAnsi="Garamond" w:cstheme="majorHAnsi"/>
                <w:sz w:val="22"/>
              </w:rPr>
              <w:t xml:space="preserve">artner </w:t>
            </w:r>
            <w:r w:rsidR="006C1DBD" w:rsidRPr="006809C5">
              <w:rPr>
                <w:rFonts w:ascii="Garamond" w:hAnsi="Garamond" w:cstheme="majorHAnsi"/>
                <w:sz w:val="22"/>
              </w:rPr>
              <w:t>T</w:t>
            </w:r>
            <w:r w:rsidRPr="006809C5">
              <w:rPr>
                <w:rFonts w:ascii="Garamond" w:hAnsi="Garamond" w:cstheme="majorHAnsi"/>
                <w:sz w:val="22"/>
              </w:rPr>
              <w:t>ake-</w:t>
            </w:r>
            <w:r w:rsidR="006C1DBD" w:rsidRPr="006809C5">
              <w:rPr>
                <w:rFonts w:ascii="Garamond" w:hAnsi="Garamond" w:cstheme="majorHAnsi"/>
                <w:sz w:val="22"/>
              </w:rPr>
              <w:t>H</w:t>
            </w:r>
            <w:r w:rsidRPr="006809C5">
              <w:rPr>
                <w:rFonts w:ascii="Garamond" w:hAnsi="Garamond" w:cstheme="majorHAnsi"/>
                <w:sz w:val="22"/>
              </w:rPr>
              <w:t xml:space="preserve">ome </w:t>
            </w:r>
            <w:r w:rsidR="006C1DBD" w:rsidRPr="006809C5">
              <w:rPr>
                <w:rFonts w:ascii="Garamond" w:hAnsi="Garamond" w:cstheme="majorHAnsi"/>
                <w:sz w:val="22"/>
              </w:rPr>
              <w:t>P</w:t>
            </w:r>
            <w:r w:rsidRPr="006809C5">
              <w:rPr>
                <w:rFonts w:ascii="Garamond" w:hAnsi="Garamond" w:cstheme="majorHAnsi"/>
                <w:sz w:val="22"/>
              </w:rPr>
              <w:t>ay</w:t>
            </w:r>
          </w:p>
        </w:tc>
        <w:tc>
          <w:tcPr>
            <w:tcW w:w="2448" w:type="dxa"/>
            <w:tcMar>
              <w:top w:w="80" w:type="dxa"/>
              <w:left w:w="90" w:type="dxa"/>
              <w:bottom w:w="80" w:type="dxa"/>
              <w:right w:w="90" w:type="dxa"/>
            </w:tcMar>
            <w:vAlign w:val="center"/>
          </w:tcPr>
          <w:p w14:paraId="7883D4F8"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68155E9D" w14:textId="77777777" w:rsidTr="008710F0">
        <w:trPr>
          <w:cantSplit/>
        </w:trPr>
        <w:tc>
          <w:tcPr>
            <w:tcW w:w="8064" w:type="dxa"/>
            <w:tcMar>
              <w:top w:w="80" w:type="dxa"/>
              <w:left w:w="90" w:type="dxa"/>
              <w:bottom w:w="80" w:type="dxa"/>
              <w:right w:w="90" w:type="dxa"/>
            </w:tcMar>
            <w:vAlign w:val="center"/>
          </w:tcPr>
          <w:p w14:paraId="0B0388D9" w14:textId="77777777" w:rsidR="00C85BFE" w:rsidRPr="006809C5" w:rsidRDefault="00000000">
            <w:pPr>
              <w:rPr>
                <w:rFonts w:ascii="Garamond" w:hAnsi="Garamond" w:cstheme="majorHAnsi"/>
                <w:sz w:val="22"/>
              </w:rPr>
            </w:pPr>
            <w:r w:rsidRPr="006809C5">
              <w:rPr>
                <w:rFonts w:ascii="Garamond" w:hAnsi="Garamond" w:cstheme="majorHAnsi"/>
                <w:sz w:val="22"/>
              </w:rPr>
              <w:t>Social Security/Disability</w:t>
            </w:r>
          </w:p>
        </w:tc>
        <w:tc>
          <w:tcPr>
            <w:tcW w:w="2448" w:type="dxa"/>
            <w:tcMar>
              <w:top w:w="80" w:type="dxa"/>
              <w:left w:w="90" w:type="dxa"/>
              <w:bottom w:w="80" w:type="dxa"/>
              <w:right w:w="90" w:type="dxa"/>
            </w:tcMar>
            <w:vAlign w:val="center"/>
          </w:tcPr>
          <w:p w14:paraId="21A5936C"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615B44BA" w14:textId="77777777" w:rsidTr="008710F0">
        <w:trPr>
          <w:cantSplit/>
        </w:trPr>
        <w:tc>
          <w:tcPr>
            <w:tcW w:w="8064" w:type="dxa"/>
            <w:tcMar>
              <w:top w:w="80" w:type="dxa"/>
              <w:left w:w="90" w:type="dxa"/>
              <w:bottom w:w="80" w:type="dxa"/>
              <w:right w:w="90" w:type="dxa"/>
            </w:tcMar>
            <w:vAlign w:val="center"/>
          </w:tcPr>
          <w:p w14:paraId="16DB98B6" w14:textId="20A6E87D" w:rsidR="00C85BFE" w:rsidRPr="006809C5" w:rsidRDefault="00000000">
            <w:pPr>
              <w:rPr>
                <w:rFonts w:ascii="Garamond" w:hAnsi="Garamond" w:cstheme="majorHAnsi"/>
                <w:sz w:val="22"/>
              </w:rPr>
            </w:pPr>
            <w:r w:rsidRPr="006809C5">
              <w:rPr>
                <w:rFonts w:ascii="Garamond" w:hAnsi="Garamond" w:cstheme="majorHAnsi"/>
                <w:sz w:val="22"/>
              </w:rPr>
              <w:t xml:space="preserve">Other </w:t>
            </w:r>
            <w:r w:rsidR="006C1DBD" w:rsidRPr="006809C5">
              <w:rPr>
                <w:rFonts w:ascii="Garamond" w:hAnsi="Garamond" w:cstheme="majorHAnsi"/>
                <w:sz w:val="22"/>
              </w:rPr>
              <w:t>H</w:t>
            </w:r>
            <w:r w:rsidRPr="006809C5">
              <w:rPr>
                <w:rFonts w:ascii="Garamond" w:hAnsi="Garamond" w:cstheme="majorHAnsi"/>
                <w:sz w:val="22"/>
              </w:rPr>
              <w:t xml:space="preserve">ousehold </w:t>
            </w:r>
            <w:r w:rsidR="00062D70">
              <w:rPr>
                <w:rFonts w:ascii="Garamond" w:hAnsi="Garamond" w:cstheme="majorHAnsi"/>
                <w:sz w:val="22"/>
              </w:rPr>
              <w:t>I</w:t>
            </w:r>
            <w:r w:rsidRPr="006809C5">
              <w:rPr>
                <w:rFonts w:ascii="Garamond" w:hAnsi="Garamond" w:cstheme="majorHAnsi"/>
                <w:sz w:val="22"/>
              </w:rPr>
              <w:t>ncome</w:t>
            </w:r>
          </w:p>
        </w:tc>
        <w:tc>
          <w:tcPr>
            <w:tcW w:w="2448" w:type="dxa"/>
            <w:tcMar>
              <w:top w:w="80" w:type="dxa"/>
              <w:left w:w="90" w:type="dxa"/>
              <w:bottom w:w="80" w:type="dxa"/>
              <w:right w:w="90" w:type="dxa"/>
            </w:tcMar>
            <w:vAlign w:val="center"/>
          </w:tcPr>
          <w:p w14:paraId="017E3245"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8710F0" w:rsidRPr="006809C5" w14:paraId="3FBB348F" w14:textId="77777777" w:rsidTr="008710F0">
        <w:trPr>
          <w:cantSplit/>
        </w:trPr>
        <w:tc>
          <w:tcPr>
            <w:tcW w:w="8064" w:type="dxa"/>
            <w:tcMar>
              <w:top w:w="80" w:type="dxa"/>
              <w:left w:w="90" w:type="dxa"/>
              <w:bottom w:w="80" w:type="dxa"/>
              <w:right w:w="90" w:type="dxa"/>
            </w:tcMar>
            <w:vAlign w:val="center"/>
          </w:tcPr>
          <w:p w14:paraId="4A43184A" w14:textId="2351D8D1" w:rsidR="008710F0" w:rsidRPr="006809C5" w:rsidRDefault="007D7C96">
            <w:pPr>
              <w:rPr>
                <w:rFonts w:ascii="Garamond" w:hAnsi="Garamond" w:cstheme="majorHAnsi"/>
                <w:sz w:val="22"/>
              </w:rPr>
            </w:pPr>
            <w:r>
              <w:rPr>
                <w:rFonts w:ascii="Garamond" w:hAnsi="Garamond" w:cstheme="majorHAnsi"/>
                <w:sz w:val="22"/>
              </w:rPr>
              <w:t>Number of People in Household</w:t>
            </w:r>
          </w:p>
        </w:tc>
        <w:tc>
          <w:tcPr>
            <w:tcW w:w="2448" w:type="dxa"/>
            <w:tcMar>
              <w:top w:w="80" w:type="dxa"/>
              <w:left w:w="90" w:type="dxa"/>
              <w:bottom w:w="80" w:type="dxa"/>
              <w:right w:w="90" w:type="dxa"/>
            </w:tcMar>
            <w:vAlign w:val="center"/>
          </w:tcPr>
          <w:p w14:paraId="0B07A7C0" w14:textId="71534CA1" w:rsidR="008710F0" w:rsidRPr="006809C5" w:rsidRDefault="007D7C96">
            <w:pPr>
              <w:rPr>
                <w:rFonts w:ascii="Garamond" w:hAnsi="Garamond" w:cstheme="majorHAnsi"/>
                <w:sz w:val="22"/>
              </w:rPr>
            </w:pPr>
            <w:r>
              <w:rPr>
                <w:rFonts w:ascii="Garamond" w:hAnsi="Garamond" w:cstheme="majorHAnsi"/>
                <w:sz w:val="22"/>
              </w:rPr>
              <w:t>#____________</w:t>
            </w:r>
          </w:p>
        </w:tc>
      </w:tr>
      <w:tr w:rsidR="00C85BFE" w:rsidRPr="006809C5" w14:paraId="1AAE5254" w14:textId="77777777" w:rsidTr="008710F0">
        <w:trPr>
          <w:cantSplit/>
        </w:trPr>
        <w:tc>
          <w:tcPr>
            <w:tcW w:w="8064" w:type="dxa"/>
            <w:tcMar>
              <w:top w:w="80" w:type="dxa"/>
              <w:left w:w="90" w:type="dxa"/>
              <w:bottom w:w="80" w:type="dxa"/>
              <w:right w:w="90" w:type="dxa"/>
            </w:tcMar>
            <w:vAlign w:val="center"/>
          </w:tcPr>
          <w:p w14:paraId="05686E3D" w14:textId="77777777" w:rsidR="00C85BFE" w:rsidRPr="00B03F9C" w:rsidRDefault="00000000">
            <w:pPr>
              <w:rPr>
                <w:rFonts w:ascii="Garamond" w:hAnsi="Garamond" w:cstheme="majorHAnsi"/>
                <w:b/>
                <w:bCs/>
                <w:sz w:val="22"/>
              </w:rPr>
            </w:pPr>
            <w:r w:rsidRPr="00B03F9C">
              <w:rPr>
                <w:rFonts w:ascii="Garamond" w:hAnsi="Garamond" w:cstheme="majorHAnsi"/>
                <w:b/>
                <w:bCs/>
                <w:sz w:val="22"/>
              </w:rPr>
              <w:t>TOTAL MONTHLY INCOME</w:t>
            </w:r>
          </w:p>
        </w:tc>
        <w:tc>
          <w:tcPr>
            <w:tcW w:w="2448" w:type="dxa"/>
            <w:tcMar>
              <w:top w:w="80" w:type="dxa"/>
              <w:left w:w="90" w:type="dxa"/>
              <w:bottom w:w="80" w:type="dxa"/>
              <w:right w:w="90" w:type="dxa"/>
            </w:tcMar>
            <w:vAlign w:val="center"/>
          </w:tcPr>
          <w:p w14:paraId="1259D0DC"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bl>
    <w:p w14:paraId="2C992228" w14:textId="77777777" w:rsidR="00C85BFE" w:rsidRPr="007D7C96" w:rsidRDefault="00C85BFE">
      <w:pPr>
        <w:rPr>
          <w:rFonts w:ascii="Garamond" w:hAnsi="Garamond" w:cstheme="majorHAnsi"/>
          <w:sz w:val="18"/>
          <w:szCs w:val="18"/>
        </w:rPr>
      </w:pPr>
    </w:p>
    <w:tbl>
      <w:tblPr>
        <w:tblStyle w:val="TableGrid"/>
        <w:tblW w:w="0" w:type="auto"/>
        <w:tblLayout w:type="fixed"/>
        <w:tblLook w:val="04A0" w:firstRow="1" w:lastRow="0" w:firstColumn="1" w:lastColumn="0" w:noHBand="0" w:noVBand="1"/>
      </w:tblPr>
      <w:tblGrid>
        <w:gridCol w:w="8064"/>
        <w:gridCol w:w="2448"/>
      </w:tblGrid>
      <w:tr w:rsidR="00C85BFE" w:rsidRPr="006809C5" w14:paraId="1E7A45E3" w14:textId="77777777" w:rsidTr="00CA49FD">
        <w:trPr>
          <w:cantSplit/>
          <w:tblHeader/>
        </w:trPr>
        <w:tc>
          <w:tcPr>
            <w:tcW w:w="8064" w:type="dxa"/>
            <w:shd w:val="clear" w:color="auto" w:fill="92CDDC" w:themeFill="accent5" w:themeFillTint="99"/>
            <w:tcMar>
              <w:top w:w="80" w:type="dxa"/>
              <w:left w:w="90" w:type="dxa"/>
              <w:bottom w:w="80" w:type="dxa"/>
              <w:right w:w="90" w:type="dxa"/>
            </w:tcMar>
            <w:vAlign w:val="center"/>
          </w:tcPr>
          <w:p w14:paraId="09C01082" w14:textId="77777777" w:rsidR="00C85BFE" w:rsidRPr="006809C5" w:rsidRDefault="00000000">
            <w:pPr>
              <w:rPr>
                <w:rFonts w:ascii="Garamond" w:hAnsi="Garamond" w:cstheme="majorHAnsi"/>
                <w:b/>
                <w:bCs/>
                <w:sz w:val="22"/>
              </w:rPr>
            </w:pPr>
            <w:r w:rsidRPr="006809C5">
              <w:rPr>
                <w:rFonts w:ascii="Garamond" w:hAnsi="Garamond" w:cstheme="majorHAnsi"/>
                <w:b/>
                <w:bCs/>
                <w:sz w:val="22"/>
              </w:rPr>
              <w:t>Monthly Essential Expenses</w:t>
            </w:r>
          </w:p>
        </w:tc>
        <w:tc>
          <w:tcPr>
            <w:tcW w:w="2448" w:type="dxa"/>
            <w:shd w:val="clear" w:color="auto" w:fill="92CDDC" w:themeFill="accent5" w:themeFillTint="99"/>
            <w:tcMar>
              <w:top w:w="80" w:type="dxa"/>
              <w:left w:w="90" w:type="dxa"/>
              <w:bottom w:w="80" w:type="dxa"/>
              <w:right w:w="90" w:type="dxa"/>
            </w:tcMar>
            <w:vAlign w:val="center"/>
          </w:tcPr>
          <w:p w14:paraId="2845F2A4" w14:textId="77777777" w:rsidR="00C85BFE" w:rsidRPr="006809C5" w:rsidRDefault="00000000">
            <w:pPr>
              <w:rPr>
                <w:rFonts w:ascii="Garamond" w:hAnsi="Garamond" w:cstheme="majorHAnsi"/>
                <w:b/>
                <w:bCs/>
                <w:sz w:val="22"/>
              </w:rPr>
            </w:pPr>
            <w:r w:rsidRPr="006809C5">
              <w:rPr>
                <w:rFonts w:ascii="Garamond" w:hAnsi="Garamond" w:cstheme="majorHAnsi"/>
                <w:b/>
                <w:bCs/>
                <w:sz w:val="22"/>
              </w:rPr>
              <w:t>Amount</w:t>
            </w:r>
          </w:p>
        </w:tc>
      </w:tr>
      <w:tr w:rsidR="00C85BFE" w:rsidRPr="006809C5" w14:paraId="104C393F" w14:textId="77777777">
        <w:trPr>
          <w:cantSplit/>
        </w:trPr>
        <w:tc>
          <w:tcPr>
            <w:tcW w:w="8064" w:type="dxa"/>
            <w:tcMar>
              <w:top w:w="80" w:type="dxa"/>
              <w:left w:w="90" w:type="dxa"/>
              <w:bottom w:w="80" w:type="dxa"/>
              <w:right w:w="90" w:type="dxa"/>
            </w:tcMar>
            <w:vAlign w:val="center"/>
          </w:tcPr>
          <w:p w14:paraId="53D7D3CE" w14:textId="572A7042" w:rsidR="00C85BFE" w:rsidRPr="006809C5" w:rsidRDefault="00000000">
            <w:pPr>
              <w:rPr>
                <w:rFonts w:ascii="Garamond" w:hAnsi="Garamond" w:cstheme="majorHAnsi"/>
                <w:sz w:val="22"/>
              </w:rPr>
            </w:pPr>
            <w:r w:rsidRPr="006809C5">
              <w:rPr>
                <w:rFonts w:ascii="Garamond" w:hAnsi="Garamond" w:cstheme="majorHAnsi"/>
                <w:sz w:val="22"/>
              </w:rPr>
              <w:t>Housing (</w:t>
            </w:r>
            <w:r w:rsidR="006C1DBD" w:rsidRPr="006809C5">
              <w:rPr>
                <w:rFonts w:ascii="Garamond" w:hAnsi="Garamond" w:cstheme="majorHAnsi"/>
                <w:sz w:val="22"/>
              </w:rPr>
              <w:t>R</w:t>
            </w:r>
            <w:r w:rsidRPr="006809C5">
              <w:rPr>
                <w:rFonts w:ascii="Garamond" w:hAnsi="Garamond" w:cstheme="majorHAnsi"/>
                <w:sz w:val="22"/>
              </w:rPr>
              <w:t>ent/</w:t>
            </w:r>
            <w:r w:rsidR="006C1DBD" w:rsidRPr="006809C5">
              <w:rPr>
                <w:rFonts w:ascii="Garamond" w:hAnsi="Garamond" w:cstheme="majorHAnsi"/>
                <w:sz w:val="22"/>
              </w:rPr>
              <w:t>M</w:t>
            </w:r>
            <w:r w:rsidRPr="006809C5">
              <w:rPr>
                <w:rFonts w:ascii="Garamond" w:hAnsi="Garamond" w:cstheme="majorHAnsi"/>
                <w:sz w:val="22"/>
              </w:rPr>
              <w:t>ortgage)</w:t>
            </w:r>
          </w:p>
        </w:tc>
        <w:tc>
          <w:tcPr>
            <w:tcW w:w="2448" w:type="dxa"/>
            <w:tcMar>
              <w:top w:w="80" w:type="dxa"/>
              <w:left w:w="90" w:type="dxa"/>
              <w:bottom w:w="80" w:type="dxa"/>
              <w:right w:w="90" w:type="dxa"/>
            </w:tcMar>
            <w:vAlign w:val="center"/>
          </w:tcPr>
          <w:p w14:paraId="19E56479"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3A6BDD8D" w14:textId="77777777">
        <w:trPr>
          <w:cantSplit/>
        </w:trPr>
        <w:tc>
          <w:tcPr>
            <w:tcW w:w="8064" w:type="dxa"/>
            <w:tcMar>
              <w:top w:w="80" w:type="dxa"/>
              <w:left w:w="90" w:type="dxa"/>
              <w:bottom w:w="80" w:type="dxa"/>
              <w:right w:w="90" w:type="dxa"/>
            </w:tcMar>
            <w:vAlign w:val="center"/>
          </w:tcPr>
          <w:p w14:paraId="573CDDB5" w14:textId="77777777" w:rsidR="00C85BFE" w:rsidRPr="006809C5" w:rsidRDefault="00000000">
            <w:pPr>
              <w:rPr>
                <w:rFonts w:ascii="Garamond" w:hAnsi="Garamond" w:cstheme="majorHAnsi"/>
                <w:sz w:val="22"/>
              </w:rPr>
            </w:pPr>
            <w:r w:rsidRPr="006809C5">
              <w:rPr>
                <w:rFonts w:ascii="Garamond" w:hAnsi="Garamond" w:cstheme="majorHAnsi"/>
                <w:sz w:val="22"/>
              </w:rPr>
              <w:t>Utilities</w:t>
            </w:r>
          </w:p>
        </w:tc>
        <w:tc>
          <w:tcPr>
            <w:tcW w:w="2448" w:type="dxa"/>
            <w:tcMar>
              <w:top w:w="80" w:type="dxa"/>
              <w:left w:w="90" w:type="dxa"/>
              <w:bottom w:w="80" w:type="dxa"/>
              <w:right w:w="90" w:type="dxa"/>
            </w:tcMar>
            <w:vAlign w:val="center"/>
          </w:tcPr>
          <w:p w14:paraId="55124EF5"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11B2A4AE" w14:textId="77777777">
        <w:trPr>
          <w:cantSplit/>
        </w:trPr>
        <w:tc>
          <w:tcPr>
            <w:tcW w:w="8064" w:type="dxa"/>
            <w:tcMar>
              <w:top w:w="80" w:type="dxa"/>
              <w:left w:w="90" w:type="dxa"/>
              <w:bottom w:w="80" w:type="dxa"/>
              <w:right w:w="90" w:type="dxa"/>
            </w:tcMar>
            <w:vAlign w:val="center"/>
          </w:tcPr>
          <w:p w14:paraId="571F4E2D" w14:textId="77777777" w:rsidR="00C85BFE" w:rsidRPr="006809C5" w:rsidRDefault="00000000">
            <w:pPr>
              <w:rPr>
                <w:rFonts w:ascii="Garamond" w:hAnsi="Garamond" w:cstheme="majorHAnsi"/>
                <w:sz w:val="22"/>
              </w:rPr>
            </w:pPr>
            <w:r w:rsidRPr="006809C5">
              <w:rPr>
                <w:rFonts w:ascii="Garamond" w:hAnsi="Garamond" w:cstheme="majorHAnsi"/>
                <w:sz w:val="22"/>
              </w:rPr>
              <w:t>Food</w:t>
            </w:r>
          </w:p>
        </w:tc>
        <w:tc>
          <w:tcPr>
            <w:tcW w:w="2448" w:type="dxa"/>
            <w:tcMar>
              <w:top w:w="80" w:type="dxa"/>
              <w:left w:w="90" w:type="dxa"/>
              <w:bottom w:w="80" w:type="dxa"/>
              <w:right w:w="90" w:type="dxa"/>
            </w:tcMar>
            <w:vAlign w:val="center"/>
          </w:tcPr>
          <w:p w14:paraId="6706FA06"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7C17002F" w14:textId="77777777">
        <w:trPr>
          <w:cantSplit/>
        </w:trPr>
        <w:tc>
          <w:tcPr>
            <w:tcW w:w="8064" w:type="dxa"/>
            <w:tcMar>
              <w:top w:w="80" w:type="dxa"/>
              <w:left w:w="90" w:type="dxa"/>
              <w:bottom w:w="80" w:type="dxa"/>
              <w:right w:w="90" w:type="dxa"/>
            </w:tcMar>
            <w:vAlign w:val="center"/>
          </w:tcPr>
          <w:p w14:paraId="0D645B4A" w14:textId="77777777" w:rsidR="00C85BFE" w:rsidRPr="006809C5" w:rsidRDefault="00000000">
            <w:pPr>
              <w:rPr>
                <w:rFonts w:ascii="Garamond" w:hAnsi="Garamond" w:cstheme="majorHAnsi"/>
                <w:sz w:val="22"/>
              </w:rPr>
            </w:pPr>
            <w:r w:rsidRPr="006809C5">
              <w:rPr>
                <w:rFonts w:ascii="Garamond" w:hAnsi="Garamond" w:cstheme="majorHAnsi"/>
                <w:sz w:val="22"/>
              </w:rPr>
              <w:t>Transportation</w:t>
            </w:r>
          </w:p>
        </w:tc>
        <w:tc>
          <w:tcPr>
            <w:tcW w:w="2448" w:type="dxa"/>
            <w:tcMar>
              <w:top w:w="80" w:type="dxa"/>
              <w:left w:w="90" w:type="dxa"/>
              <w:bottom w:w="80" w:type="dxa"/>
              <w:right w:w="90" w:type="dxa"/>
            </w:tcMar>
            <w:vAlign w:val="center"/>
          </w:tcPr>
          <w:p w14:paraId="5E0EE293"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0CAF4132" w14:textId="77777777">
        <w:trPr>
          <w:cantSplit/>
        </w:trPr>
        <w:tc>
          <w:tcPr>
            <w:tcW w:w="8064" w:type="dxa"/>
            <w:tcMar>
              <w:top w:w="80" w:type="dxa"/>
              <w:left w:w="90" w:type="dxa"/>
              <w:bottom w:w="80" w:type="dxa"/>
              <w:right w:w="90" w:type="dxa"/>
            </w:tcMar>
            <w:vAlign w:val="center"/>
          </w:tcPr>
          <w:p w14:paraId="196F02AA" w14:textId="60090153" w:rsidR="00C85BFE" w:rsidRPr="006809C5" w:rsidRDefault="00000000">
            <w:pPr>
              <w:rPr>
                <w:rFonts w:ascii="Garamond" w:hAnsi="Garamond" w:cstheme="majorHAnsi"/>
                <w:sz w:val="22"/>
              </w:rPr>
            </w:pPr>
            <w:r w:rsidRPr="006809C5">
              <w:rPr>
                <w:rFonts w:ascii="Garamond" w:hAnsi="Garamond" w:cstheme="majorHAnsi"/>
                <w:sz w:val="22"/>
              </w:rPr>
              <w:t>Medical/</w:t>
            </w:r>
            <w:r w:rsidR="006C1DBD" w:rsidRPr="006809C5">
              <w:rPr>
                <w:rFonts w:ascii="Garamond" w:hAnsi="Garamond" w:cstheme="majorHAnsi"/>
                <w:sz w:val="22"/>
              </w:rPr>
              <w:t>I</w:t>
            </w:r>
            <w:r w:rsidRPr="006809C5">
              <w:rPr>
                <w:rFonts w:ascii="Garamond" w:hAnsi="Garamond" w:cstheme="majorHAnsi"/>
                <w:sz w:val="22"/>
              </w:rPr>
              <w:t>nsurance/</w:t>
            </w:r>
            <w:r w:rsidR="006C1DBD" w:rsidRPr="006809C5">
              <w:rPr>
                <w:rFonts w:ascii="Garamond" w:hAnsi="Garamond" w:cstheme="majorHAnsi"/>
                <w:sz w:val="22"/>
              </w:rPr>
              <w:t>P</w:t>
            </w:r>
            <w:r w:rsidRPr="006809C5">
              <w:rPr>
                <w:rFonts w:ascii="Garamond" w:hAnsi="Garamond" w:cstheme="majorHAnsi"/>
                <w:sz w:val="22"/>
              </w:rPr>
              <w:t>rescriptions</w:t>
            </w:r>
          </w:p>
        </w:tc>
        <w:tc>
          <w:tcPr>
            <w:tcW w:w="2448" w:type="dxa"/>
            <w:tcMar>
              <w:top w:w="80" w:type="dxa"/>
              <w:left w:w="90" w:type="dxa"/>
              <w:bottom w:w="80" w:type="dxa"/>
              <w:right w:w="90" w:type="dxa"/>
            </w:tcMar>
            <w:vAlign w:val="center"/>
          </w:tcPr>
          <w:p w14:paraId="52C5E356"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20C37B7F" w14:textId="77777777">
        <w:trPr>
          <w:cantSplit/>
        </w:trPr>
        <w:tc>
          <w:tcPr>
            <w:tcW w:w="8064" w:type="dxa"/>
            <w:tcMar>
              <w:top w:w="80" w:type="dxa"/>
              <w:left w:w="90" w:type="dxa"/>
              <w:bottom w:w="80" w:type="dxa"/>
              <w:right w:w="90" w:type="dxa"/>
            </w:tcMar>
            <w:vAlign w:val="center"/>
          </w:tcPr>
          <w:p w14:paraId="3A64E4AB" w14:textId="65311D53" w:rsidR="00C85BFE" w:rsidRPr="006809C5" w:rsidRDefault="00000000">
            <w:pPr>
              <w:rPr>
                <w:rFonts w:ascii="Garamond" w:hAnsi="Garamond" w:cstheme="majorHAnsi"/>
                <w:sz w:val="22"/>
              </w:rPr>
            </w:pPr>
            <w:r w:rsidRPr="006809C5">
              <w:rPr>
                <w:rFonts w:ascii="Garamond" w:hAnsi="Garamond" w:cstheme="majorHAnsi"/>
                <w:sz w:val="22"/>
              </w:rPr>
              <w:t xml:space="preserve">Other </w:t>
            </w:r>
            <w:r w:rsidR="006C1DBD" w:rsidRPr="006809C5">
              <w:rPr>
                <w:rFonts w:ascii="Garamond" w:hAnsi="Garamond" w:cstheme="majorHAnsi"/>
                <w:sz w:val="22"/>
              </w:rPr>
              <w:t>E</w:t>
            </w:r>
            <w:r w:rsidRPr="006809C5">
              <w:rPr>
                <w:rFonts w:ascii="Garamond" w:hAnsi="Garamond" w:cstheme="majorHAnsi"/>
                <w:sz w:val="22"/>
              </w:rPr>
              <w:t xml:space="preserve">ssential </w:t>
            </w:r>
            <w:r w:rsidR="006C1DBD" w:rsidRPr="006809C5">
              <w:rPr>
                <w:rFonts w:ascii="Garamond" w:hAnsi="Garamond" w:cstheme="majorHAnsi"/>
                <w:sz w:val="22"/>
              </w:rPr>
              <w:t>E</w:t>
            </w:r>
            <w:r w:rsidRPr="006809C5">
              <w:rPr>
                <w:rFonts w:ascii="Garamond" w:hAnsi="Garamond" w:cstheme="majorHAnsi"/>
                <w:sz w:val="22"/>
              </w:rPr>
              <w:t>xpenses</w:t>
            </w:r>
          </w:p>
        </w:tc>
        <w:tc>
          <w:tcPr>
            <w:tcW w:w="2448" w:type="dxa"/>
            <w:tcMar>
              <w:top w:w="80" w:type="dxa"/>
              <w:left w:w="90" w:type="dxa"/>
              <w:bottom w:w="80" w:type="dxa"/>
              <w:right w:w="90" w:type="dxa"/>
            </w:tcMar>
            <w:vAlign w:val="center"/>
          </w:tcPr>
          <w:p w14:paraId="4BA5553A"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r w:rsidR="00C85BFE" w:rsidRPr="006809C5" w14:paraId="31588954" w14:textId="77777777">
        <w:trPr>
          <w:cantSplit/>
        </w:trPr>
        <w:tc>
          <w:tcPr>
            <w:tcW w:w="8064" w:type="dxa"/>
            <w:tcMar>
              <w:top w:w="80" w:type="dxa"/>
              <w:left w:w="90" w:type="dxa"/>
              <w:bottom w:w="80" w:type="dxa"/>
              <w:right w:w="90" w:type="dxa"/>
            </w:tcMar>
            <w:vAlign w:val="center"/>
          </w:tcPr>
          <w:p w14:paraId="0665806C" w14:textId="77777777" w:rsidR="00C85BFE" w:rsidRPr="00B03F9C" w:rsidRDefault="00000000">
            <w:pPr>
              <w:rPr>
                <w:rFonts w:ascii="Garamond" w:hAnsi="Garamond" w:cstheme="majorHAnsi"/>
                <w:b/>
                <w:bCs/>
                <w:sz w:val="22"/>
              </w:rPr>
            </w:pPr>
            <w:r w:rsidRPr="00B03F9C">
              <w:rPr>
                <w:rFonts w:ascii="Garamond" w:hAnsi="Garamond" w:cstheme="majorHAnsi"/>
                <w:b/>
                <w:bCs/>
                <w:sz w:val="22"/>
              </w:rPr>
              <w:lastRenderedPageBreak/>
              <w:t>TOTAL MONTHLY EXPENSES</w:t>
            </w:r>
          </w:p>
        </w:tc>
        <w:tc>
          <w:tcPr>
            <w:tcW w:w="2448" w:type="dxa"/>
            <w:tcMar>
              <w:top w:w="80" w:type="dxa"/>
              <w:left w:w="90" w:type="dxa"/>
              <w:bottom w:w="80" w:type="dxa"/>
              <w:right w:w="90" w:type="dxa"/>
            </w:tcMar>
            <w:vAlign w:val="center"/>
          </w:tcPr>
          <w:p w14:paraId="7EFC5512" w14:textId="77777777" w:rsidR="00C85BFE" w:rsidRPr="006809C5" w:rsidRDefault="00000000">
            <w:pPr>
              <w:rPr>
                <w:rFonts w:ascii="Garamond" w:hAnsi="Garamond" w:cstheme="majorHAnsi"/>
                <w:sz w:val="22"/>
              </w:rPr>
            </w:pPr>
            <w:r w:rsidRPr="006809C5">
              <w:rPr>
                <w:rFonts w:ascii="Garamond" w:hAnsi="Garamond" w:cstheme="majorHAnsi"/>
                <w:sz w:val="22"/>
              </w:rPr>
              <w:t>$ ____________</w:t>
            </w:r>
          </w:p>
        </w:tc>
      </w:tr>
    </w:tbl>
    <w:p w14:paraId="0C2E3469" w14:textId="5C885C17" w:rsidR="00B845A4" w:rsidRPr="006809C5" w:rsidRDefault="00000000" w:rsidP="00B845A4">
      <w:pPr>
        <w:spacing w:before="160" w:after="80"/>
        <w:rPr>
          <w:rFonts w:ascii="Garamond" w:hAnsi="Garamond" w:cstheme="majorHAnsi"/>
          <w:b/>
          <w:color w:val="31849B" w:themeColor="accent5" w:themeShade="BF"/>
          <w:sz w:val="24"/>
          <w:szCs w:val="24"/>
        </w:rPr>
      </w:pPr>
      <w:r w:rsidRPr="006809C5">
        <w:rPr>
          <w:rFonts w:ascii="Garamond" w:hAnsi="Garamond" w:cstheme="majorHAnsi"/>
          <w:b/>
          <w:color w:val="31849B" w:themeColor="accent5" w:themeShade="BF"/>
          <w:sz w:val="24"/>
          <w:szCs w:val="24"/>
        </w:rPr>
        <w:t>4. Assistance Requested</w:t>
      </w:r>
    </w:p>
    <w:p w14:paraId="09FA5441" w14:textId="77777777" w:rsidR="00C85BFE" w:rsidRPr="006809C5" w:rsidRDefault="00000000">
      <w:pPr>
        <w:rPr>
          <w:rFonts w:ascii="Garamond" w:hAnsi="Garamond" w:cstheme="majorHAnsi"/>
          <w:b/>
          <w:bCs/>
          <w:sz w:val="22"/>
        </w:rPr>
      </w:pPr>
      <w:r w:rsidRPr="006809C5">
        <w:rPr>
          <w:rFonts w:ascii="Garamond" w:hAnsi="Garamond" w:cstheme="majorHAnsi"/>
          <w:b/>
          <w:bCs/>
          <w:sz w:val="22"/>
        </w:rPr>
        <w:t>Check all that apply:</w:t>
      </w:r>
    </w:p>
    <w:p w14:paraId="0A79BCA0" w14:textId="77777777" w:rsidR="00252095" w:rsidRDefault="00000000" w:rsidP="00E4131A">
      <w:pPr>
        <w:rPr>
          <w:rFonts w:ascii="Garamond" w:hAnsi="Garamond" w:cstheme="majorHAnsi"/>
          <w:sz w:val="22"/>
        </w:rPr>
      </w:pPr>
      <w:r w:rsidRPr="006809C5">
        <w:rPr>
          <w:rFonts w:ascii="Segoe UI Symbol" w:hAnsi="Segoe UI Symbol" w:cs="Segoe UI Symbol"/>
          <w:sz w:val="22"/>
        </w:rPr>
        <w:t>☐</w:t>
      </w:r>
      <w:r w:rsidRPr="006809C5">
        <w:rPr>
          <w:rFonts w:ascii="Garamond" w:hAnsi="Garamond" w:cstheme="majorHAnsi"/>
          <w:sz w:val="22"/>
        </w:rPr>
        <w:t xml:space="preserve"> Medications     </w:t>
      </w:r>
      <w:r w:rsidRPr="006809C5">
        <w:rPr>
          <w:rFonts w:ascii="Segoe UI Symbol" w:hAnsi="Segoe UI Symbol" w:cs="Segoe UI Symbol"/>
          <w:sz w:val="22"/>
        </w:rPr>
        <w:t>☐</w:t>
      </w:r>
      <w:r w:rsidRPr="006809C5">
        <w:rPr>
          <w:rFonts w:ascii="Garamond" w:hAnsi="Garamond" w:cstheme="majorHAnsi"/>
          <w:sz w:val="22"/>
        </w:rPr>
        <w:t xml:space="preserve"> Food/Nutritional Support     </w:t>
      </w:r>
      <w:r w:rsidRPr="006809C5">
        <w:rPr>
          <w:rFonts w:ascii="Segoe UI Symbol" w:hAnsi="Segoe UI Symbol" w:cs="Segoe UI Symbol"/>
          <w:sz w:val="22"/>
        </w:rPr>
        <w:t>☐</w:t>
      </w:r>
      <w:r w:rsidRPr="006809C5">
        <w:rPr>
          <w:rFonts w:ascii="Garamond" w:hAnsi="Garamond" w:cstheme="majorHAnsi"/>
          <w:sz w:val="22"/>
        </w:rPr>
        <w:t xml:space="preserve"> Utilities     </w:t>
      </w:r>
      <w:r w:rsidRPr="006809C5">
        <w:rPr>
          <w:rFonts w:ascii="Segoe UI Symbol" w:hAnsi="Segoe UI Symbol" w:cs="Segoe UI Symbol"/>
          <w:sz w:val="22"/>
        </w:rPr>
        <w:t>☐</w:t>
      </w:r>
      <w:r w:rsidRPr="006809C5">
        <w:rPr>
          <w:rFonts w:ascii="Garamond" w:hAnsi="Garamond" w:cstheme="majorHAnsi"/>
          <w:sz w:val="22"/>
        </w:rPr>
        <w:t xml:space="preserve"> Transportation</w:t>
      </w:r>
      <w:r w:rsidR="00252095">
        <w:rPr>
          <w:rFonts w:ascii="Garamond" w:hAnsi="Garamond" w:cstheme="majorHAnsi"/>
          <w:sz w:val="22"/>
        </w:rPr>
        <w:t xml:space="preserve">    </w:t>
      </w:r>
      <w:r w:rsidRPr="006809C5">
        <w:rPr>
          <w:rFonts w:ascii="Segoe UI Symbol" w:hAnsi="Segoe UI Symbol" w:cs="Segoe UI Symbol"/>
          <w:sz w:val="22"/>
        </w:rPr>
        <w:t>☐</w:t>
      </w:r>
      <w:r w:rsidRPr="006809C5">
        <w:rPr>
          <w:rFonts w:ascii="Garamond" w:hAnsi="Garamond" w:cstheme="majorHAnsi"/>
          <w:sz w:val="22"/>
        </w:rPr>
        <w:t xml:space="preserve"> Medical Equipment     </w:t>
      </w:r>
    </w:p>
    <w:p w14:paraId="2A83E63F" w14:textId="6660F112" w:rsidR="00E4131A" w:rsidRPr="00E4131A" w:rsidRDefault="00000000" w:rsidP="00E4131A">
      <w:pPr>
        <w:rPr>
          <w:rFonts w:ascii="Garamond" w:hAnsi="Garamond" w:cstheme="majorHAnsi"/>
          <w:sz w:val="22"/>
        </w:rPr>
      </w:pPr>
      <w:r w:rsidRPr="006809C5">
        <w:rPr>
          <w:rFonts w:ascii="Segoe UI Symbol" w:hAnsi="Segoe UI Symbol" w:cs="Segoe UI Symbol"/>
          <w:sz w:val="22"/>
        </w:rPr>
        <w:t>☐</w:t>
      </w:r>
      <w:r w:rsidRPr="006809C5">
        <w:rPr>
          <w:rFonts w:ascii="Garamond" w:hAnsi="Garamond" w:cstheme="majorHAnsi"/>
          <w:sz w:val="22"/>
        </w:rPr>
        <w:t xml:space="preserve"> Medical Services     </w:t>
      </w:r>
      <w:r w:rsidRPr="006809C5">
        <w:rPr>
          <w:rFonts w:ascii="Segoe UI Symbol" w:hAnsi="Segoe UI Symbol" w:cs="Segoe UI Symbol"/>
          <w:sz w:val="22"/>
        </w:rPr>
        <w:t>☐</w:t>
      </w:r>
      <w:r w:rsidRPr="006809C5">
        <w:rPr>
          <w:rFonts w:ascii="Garamond" w:hAnsi="Garamond" w:cstheme="majorHAnsi"/>
          <w:sz w:val="22"/>
        </w:rPr>
        <w:t xml:space="preserve"> Rent/Mortgage     </w:t>
      </w:r>
      <w:r w:rsidRPr="006809C5">
        <w:rPr>
          <w:rFonts w:ascii="Segoe UI Symbol" w:hAnsi="Segoe UI Symbol" w:cs="Segoe UI Symbol"/>
          <w:sz w:val="22"/>
        </w:rPr>
        <w:t>☐</w:t>
      </w:r>
      <w:r w:rsidRPr="006809C5">
        <w:rPr>
          <w:rFonts w:ascii="Garamond" w:hAnsi="Garamond" w:cstheme="majorHAnsi"/>
          <w:sz w:val="22"/>
        </w:rPr>
        <w:t xml:space="preserve"> Other:</w:t>
      </w:r>
      <w:r w:rsidR="00252095">
        <w:rPr>
          <w:rFonts w:ascii="Garamond" w:hAnsi="Garamond" w:cstheme="majorHAnsi"/>
          <w:sz w:val="22"/>
        </w:rPr>
        <w:t xml:space="preserve"> </w:t>
      </w:r>
      <w:r w:rsidRPr="006809C5">
        <w:rPr>
          <w:rFonts w:ascii="Garamond" w:hAnsi="Garamond" w:cstheme="majorHAnsi"/>
          <w:sz w:val="22"/>
        </w:rPr>
        <w:t xml:space="preserve"> __________________</w:t>
      </w:r>
      <w:r w:rsidR="006C1DBD" w:rsidRPr="006809C5">
        <w:rPr>
          <w:rFonts w:ascii="Garamond" w:hAnsi="Garamond" w:cstheme="majorHAnsi"/>
          <w:sz w:val="22"/>
        </w:rPr>
        <w:t>______________</w:t>
      </w:r>
      <w:r w:rsidR="00E4131A">
        <w:rPr>
          <w:rFonts w:ascii="Garamond" w:hAnsi="Garamond" w:cstheme="majorHAnsi"/>
          <w:sz w:val="22"/>
        </w:rPr>
        <w:t>_</w:t>
      </w:r>
      <w:r w:rsidR="00252095">
        <w:rPr>
          <w:rFonts w:ascii="Garamond" w:hAnsi="Garamond" w:cstheme="majorHAnsi"/>
          <w:sz w:val="22"/>
        </w:rPr>
        <w:t>___________________</w:t>
      </w:r>
    </w:p>
    <w:p w14:paraId="4AF58055" w14:textId="3670D72F" w:rsidR="00C85BFE" w:rsidRPr="006809C5" w:rsidRDefault="002833AE">
      <w:pPr>
        <w:spacing w:after="160"/>
        <w:rPr>
          <w:rFonts w:ascii="Garamond" w:hAnsi="Garamond" w:cstheme="majorHAnsi"/>
          <w:sz w:val="22"/>
        </w:rPr>
      </w:pPr>
      <w:r w:rsidRPr="002833AE">
        <w:rPr>
          <w:rFonts w:ascii="Garamond" w:hAnsi="Garamond" w:cstheme="majorHAnsi"/>
          <w:b/>
          <w:bCs/>
          <w:sz w:val="22"/>
        </w:rPr>
        <w:t>Please describe the assistance</w:t>
      </w:r>
      <w:r w:rsidR="00E4131A">
        <w:rPr>
          <w:rFonts w:ascii="Garamond" w:hAnsi="Garamond" w:cstheme="majorHAnsi"/>
          <w:b/>
          <w:bCs/>
          <w:sz w:val="22"/>
        </w:rPr>
        <w:t xml:space="preserve"> </w:t>
      </w:r>
      <w:r w:rsidRPr="002833AE">
        <w:rPr>
          <w:rFonts w:ascii="Garamond" w:hAnsi="Garamond" w:cstheme="majorHAnsi"/>
          <w:b/>
          <w:bCs/>
          <w:sz w:val="22"/>
        </w:rPr>
        <w:t>needed</w:t>
      </w:r>
      <w:r>
        <w:rPr>
          <w:rFonts w:ascii="Garamond" w:hAnsi="Garamond" w:cstheme="majorHAnsi"/>
          <w:b/>
          <w:bCs/>
          <w:sz w:val="22"/>
        </w:rPr>
        <w:t>:</w:t>
      </w:r>
      <w:r w:rsidR="00E4131A">
        <w:rPr>
          <w:rFonts w:ascii="Garamond" w:hAnsi="Garamond" w:cstheme="majorHAnsi"/>
          <w:b/>
          <w:bCs/>
          <w:sz w:val="22"/>
        </w:rPr>
        <w:t xml:space="preserve"> </w:t>
      </w:r>
      <w:r w:rsidR="00000000" w:rsidRPr="006809C5">
        <w:rPr>
          <w:rFonts w:ascii="Garamond" w:hAnsi="Garamond" w:cstheme="majorHAnsi"/>
          <w:sz w:val="22"/>
        </w:rPr>
        <w:t>__________________________________________________________</w:t>
      </w:r>
      <w:r w:rsidR="00E4131A">
        <w:rPr>
          <w:rFonts w:ascii="Garamond" w:hAnsi="Garamond" w:cstheme="majorHAnsi"/>
          <w:sz w:val="22"/>
        </w:rPr>
        <w:t>____</w:t>
      </w:r>
    </w:p>
    <w:p w14:paraId="474909D5" w14:textId="03246A8A" w:rsidR="00C85BFE" w:rsidRPr="006809C5" w:rsidRDefault="00000000">
      <w:pPr>
        <w:spacing w:after="160"/>
        <w:rPr>
          <w:rFonts w:ascii="Garamond" w:hAnsi="Garamond" w:cstheme="majorHAnsi"/>
          <w:sz w:val="22"/>
        </w:rPr>
      </w:pPr>
      <w:r w:rsidRPr="006809C5">
        <w:rPr>
          <w:rFonts w:ascii="Garamond" w:hAnsi="Garamond" w:cstheme="majorHAnsi"/>
          <w:sz w:val="22"/>
        </w:rPr>
        <w:t>____________________________________________________________________________________________</w:t>
      </w:r>
      <w:r w:rsidR="006C1DBD" w:rsidRPr="006809C5">
        <w:rPr>
          <w:rFonts w:ascii="Garamond" w:hAnsi="Garamond" w:cstheme="majorHAnsi"/>
          <w:sz w:val="22"/>
        </w:rPr>
        <w:t>___</w:t>
      </w:r>
    </w:p>
    <w:p w14:paraId="580AF8C2" w14:textId="77777777" w:rsidR="00C85BFE" w:rsidRPr="00252095" w:rsidRDefault="00000000">
      <w:pPr>
        <w:rPr>
          <w:rFonts w:ascii="Garamond" w:hAnsi="Garamond" w:cstheme="majorHAnsi"/>
          <w:color w:val="C00000"/>
          <w:sz w:val="22"/>
        </w:rPr>
      </w:pPr>
      <w:r w:rsidRPr="00252095">
        <w:rPr>
          <w:rFonts w:ascii="Garamond" w:hAnsi="Garamond" w:cstheme="majorHAnsi"/>
          <w:b/>
          <w:color w:val="C00000"/>
          <w:sz w:val="22"/>
        </w:rPr>
        <w:t xml:space="preserve">Total amount requested from H.O.W.: </w:t>
      </w:r>
      <w:r w:rsidRPr="00252095">
        <w:rPr>
          <w:rFonts w:ascii="Garamond" w:hAnsi="Garamond" w:cstheme="majorHAnsi"/>
          <w:color w:val="C00000"/>
          <w:sz w:val="22"/>
        </w:rPr>
        <w:t>$__________________</w:t>
      </w:r>
    </w:p>
    <w:p w14:paraId="42FDAAFD" w14:textId="5135FAE4" w:rsidR="00B845A4" w:rsidRPr="006809C5" w:rsidRDefault="00B845A4" w:rsidP="00B845A4">
      <w:pPr>
        <w:tabs>
          <w:tab w:val="left" w:pos="1570"/>
        </w:tabs>
        <w:spacing w:after="0"/>
        <w:rPr>
          <w:rFonts w:ascii="Garamond" w:hAnsi="Garamond" w:cstheme="majorHAnsi"/>
          <w:sz w:val="16"/>
          <w:szCs w:val="16"/>
        </w:rPr>
      </w:pPr>
      <w:r w:rsidRPr="006809C5">
        <w:rPr>
          <w:rFonts w:ascii="Garamond" w:hAnsi="Garamond" w:cstheme="majorHAnsi"/>
          <w:sz w:val="16"/>
          <w:szCs w:val="16"/>
        </w:rPr>
        <w:tab/>
      </w:r>
    </w:p>
    <w:tbl>
      <w:tblPr>
        <w:tblStyle w:val="TableGrid"/>
        <w:tblW w:w="0" w:type="auto"/>
        <w:shd w:val="clear" w:color="auto" w:fill="92CDDC" w:themeFill="accent5" w:themeFillTint="99"/>
        <w:tblLayout w:type="fixed"/>
        <w:tblLook w:val="04A0" w:firstRow="1" w:lastRow="0" w:firstColumn="1" w:lastColumn="0" w:noHBand="0" w:noVBand="1"/>
      </w:tblPr>
      <w:tblGrid>
        <w:gridCol w:w="10541"/>
      </w:tblGrid>
      <w:tr w:rsidR="00C85BFE" w:rsidRPr="006809C5" w14:paraId="76BC8A51" w14:textId="77777777" w:rsidTr="00B845A4">
        <w:trPr>
          <w:cantSplit/>
          <w:trHeight w:val="788"/>
        </w:trPr>
        <w:tc>
          <w:tcPr>
            <w:tcW w:w="10541" w:type="dxa"/>
            <w:shd w:val="clear" w:color="auto" w:fill="92CDDC" w:themeFill="accent5" w:themeFillTint="99"/>
            <w:tcMar>
              <w:top w:w="80" w:type="dxa"/>
              <w:left w:w="90" w:type="dxa"/>
              <w:bottom w:w="80" w:type="dxa"/>
              <w:right w:w="90" w:type="dxa"/>
            </w:tcMar>
            <w:vAlign w:val="center"/>
          </w:tcPr>
          <w:p w14:paraId="6A727287" w14:textId="77777777" w:rsidR="002833AE" w:rsidRDefault="00000000" w:rsidP="00EC3252">
            <w:pPr>
              <w:jc w:val="center"/>
              <w:rPr>
                <w:rFonts w:ascii="Garamond" w:hAnsi="Garamond" w:cstheme="majorHAnsi"/>
                <w:b/>
                <w:bCs/>
                <w:sz w:val="22"/>
              </w:rPr>
            </w:pPr>
            <w:r w:rsidRPr="006809C5">
              <w:rPr>
                <w:rFonts w:ascii="Garamond" w:hAnsi="Garamond" w:cstheme="majorHAnsi"/>
                <w:b/>
                <w:bCs/>
                <w:sz w:val="22"/>
              </w:rPr>
              <w:t xml:space="preserve">H.O.W. makes approved payments directly to vendors or service providers. Funds cannot be paid </w:t>
            </w:r>
          </w:p>
          <w:p w14:paraId="37F61626" w14:textId="03B9C188" w:rsidR="00C85BFE" w:rsidRPr="006809C5" w:rsidRDefault="00000000" w:rsidP="00EC3252">
            <w:pPr>
              <w:jc w:val="center"/>
              <w:rPr>
                <w:rFonts w:ascii="Garamond" w:hAnsi="Garamond" w:cstheme="majorHAnsi"/>
                <w:b/>
                <w:bCs/>
                <w:sz w:val="22"/>
              </w:rPr>
            </w:pPr>
            <w:r w:rsidRPr="006809C5">
              <w:rPr>
                <w:rFonts w:ascii="Garamond" w:hAnsi="Garamond" w:cstheme="majorHAnsi"/>
                <w:b/>
                <w:bCs/>
                <w:sz w:val="22"/>
              </w:rPr>
              <w:t xml:space="preserve">directly to the applicant. </w:t>
            </w:r>
            <w:r w:rsidR="00EC3252" w:rsidRPr="006809C5">
              <w:rPr>
                <w:rFonts w:ascii="Garamond" w:hAnsi="Garamond" w:cstheme="majorHAnsi"/>
                <w:b/>
                <w:bCs/>
                <w:sz w:val="22"/>
              </w:rPr>
              <w:t xml:space="preserve">Attach </w:t>
            </w:r>
            <w:r w:rsidRPr="006809C5">
              <w:rPr>
                <w:rFonts w:ascii="Garamond" w:hAnsi="Garamond" w:cstheme="majorHAnsi"/>
                <w:b/>
                <w:bCs/>
                <w:sz w:val="22"/>
              </w:rPr>
              <w:t>invoices, bills, statements, or other documentation showing the expense</w:t>
            </w:r>
            <w:r w:rsidR="002833AE">
              <w:rPr>
                <w:rFonts w:ascii="Garamond" w:hAnsi="Garamond" w:cstheme="majorHAnsi"/>
                <w:b/>
                <w:bCs/>
                <w:sz w:val="22"/>
              </w:rPr>
              <w:t>.</w:t>
            </w:r>
          </w:p>
        </w:tc>
      </w:tr>
    </w:tbl>
    <w:p w14:paraId="4541DFFD" w14:textId="77777777" w:rsidR="00B845A4" w:rsidRPr="006809C5" w:rsidRDefault="00B845A4" w:rsidP="00B845A4">
      <w:pPr>
        <w:spacing w:after="80"/>
        <w:rPr>
          <w:rFonts w:ascii="Garamond" w:hAnsi="Garamond" w:cstheme="majorHAnsi"/>
          <w:b/>
          <w:color w:val="31849B" w:themeColor="accent5" w:themeShade="BF"/>
          <w:sz w:val="16"/>
          <w:szCs w:val="16"/>
        </w:rPr>
      </w:pPr>
    </w:p>
    <w:p w14:paraId="3A132F73" w14:textId="3AD28301" w:rsidR="00C85BFE" w:rsidRPr="006809C5" w:rsidRDefault="00000000" w:rsidP="00B845A4">
      <w:pPr>
        <w:spacing w:before="160" w:after="80" w:line="240" w:lineRule="auto"/>
        <w:contextualSpacing/>
        <w:rPr>
          <w:rFonts w:ascii="Garamond" w:hAnsi="Garamond" w:cstheme="majorHAnsi"/>
          <w:b/>
          <w:color w:val="31849B" w:themeColor="accent5" w:themeShade="BF"/>
          <w:sz w:val="24"/>
          <w:szCs w:val="24"/>
        </w:rPr>
      </w:pPr>
      <w:r w:rsidRPr="006809C5">
        <w:rPr>
          <w:rFonts w:ascii="Garamond" w:hAnsi="Garamond" w:cstheme="majorHAnsi"/>
          <w:b/>
          <w:color w:val="31849B" w:themeColor="accent5" w:themeShade="BF"/>
          <w:sz w:val="24"/>
          <w:szCs w:val="24"/>
        </w:rPr>
        <w:t>5. Vendor/Payment Information</w:t>
      </w:r>
    </w:p>
    <w:p w14:paraId="04DD8E81" w14:textId="77777777" w:rsidR="00B845A4" w:rsidRPr="00252095" w:rsidRDefault="00B845A4" w:rsidP="00B845A4">
      <w:pPr>
        <w:spacing w:before="160" w:after="80" w:line="240" w:lineRule="auto"/>
        <w:contextualSpacing/>
        <w:rPr>
          <w:rFonts w:ascii="Garamond" w:hAnsi="Garamond" w:cstheme="majorHAnsi"/>
          <w:color w:val="31849B" w:themeColor="accent5" w:themeShade="BF"/>
          <w:sz w:val="6"/>
          <w:szCs w:val="6"/>
        </w:rPr>
      </w:pPr>
    </w:p>
    <w:tbl>
      <w:tblPr>
        <w:tblStyle w:val="TableGrid"/>
        <w:tblW w:w="0" w:type="auto"/>
        <w:tblLayout w:type="fixed"/>
        <w:tblLook w:val="04A0" w:firstRow="1" w:lastRow="0" w:firstColumn="1" w:lastColumn="0" w:noHBand="0" w:noVBand="1"/>
      </w:tblPr>
      <w:tblGrid>
        <w:gridCol w:w="3865"/>
        <w:gridCol w:w="2634"/>
        <w:gridCol w:w="2210"/>
        <w:gridCol w:w="1768"/>
      </w:tblGrid>
      <w:tr w:rsidR="00CA49FD" w:rsidRPr="006809C5" w14:paraId="7154BA27" w14:textId="77777777" w:rsidTr="00CA49FD">
        <w:trPr>
          <w:cantSplit/>
          <w:trHeight w:val="468"/>
          <w:tblHeader/>
        </w:trPr>
        <w:tc>
          <w:tcPr>
            <w:tcW w:w="3865" w:type="dxa"/>
            <w:shd w:val="clear" w:color="auto" w:fill="92CDDC" w:themeFill="accent5" w:themeFillTint="99"/>
            <w:tcMar>
              <w:top w:w="80" w:type="dxa"/>
              <w:left w:w="90" w:type="dxa"/>
              <w:bottom w:w="80" w:type="dxa"/>
              <w:right w:w="90" w:type="dxa"/>
            </w:tcMar>
            <w:vAlign w:val="center"/>
          </w:tcPr>
          <w:p w14:paraId="0D102985" w14:textId="5591432B" w:rsidR="00CA49FD" w:rsidRPr="006809C5" w:rsidRDefault="00CA49FD">
            <w:pPr>
              <w:rPr>
                <w:rFonts w:ascii="Garamond" w:hAnsi="Garamond" w:cstheme="majorHAnsi"/>
                <w:b/>
                <w:bCs/>
                <w:sz w:val="22"/>
              </w:rPr>
            </w:pPr>
            <w:r w:rsidRPr="006809C5">
              <w:rPr>
                <w:rFonts w:ascii="Garamond" w:hAnsi="Garamond" w:cstheme="majorHAnsi"/>
                <w:b/>
                <w:bCs/>
                <w:sz w:val="22"/>
              </w:rPr>
              <w:t>Vendor/Payee/Address</w:t>
            </w:r>
          </w:p>
        </w:tc>
        <w:tc>
          <w:tcPr>
            <w:tcW w:w="2634" w:type="dxa"/>
            <w:shd w:val="clear" w:color="auto" w:fill="92CDDC" w:themeFill="accent5" w:themeFillTint="99"/>
            <w:tcMar>
              <w:top w:w="80" w:type="dxa"/>
              <w:left w:w="90" w:type="dxa"/>
              <w:bottom w:w="80" w:type="dxa"/>
              <w:right w:w="90" w:type="dxa"/>
            </w:tcMar>
            <w:vAlign w:val="center"/>
          </w:tcPr>
          <w:p w14:paraId="14B00D9F" w14:textId="77777777" w:rsidR="00CA49FD" w:rsidRPr="006809C5" w:rsidRDefault="00CA49FD">
            <w:pPr>
              <w:rPr>
                <w:rFonts w:ascii="Garamond" w:hAnsi="Garamond" w:cstheme="majorHAnsi"/>
                <w:b/>
                <w:bCs/>
                <w:sz w:val="22"/>
              </w:rPr>
            </w:pPr>
            <w:r w:rsidRPr="006809C5">
              <w:rPr>
                <w:rFonts w:ascii="Garamond" w:hAnsi="Garamond" w:cstheme="majorHAnsi"/>
                <w:b/>
                <w:bCs/>
                <w:sz w:val="22"/>
              </w:rPr>
              <w:t>Account #</w:t>
            </w:r>
          </w:p>
        </w:tc>
        <w:tc>
          <w:tcPr>
            <w:tcW w:w="2210" w:type="dxa"/>
            <w:shd w:val="clear" w:color="auto" w:fill="92CDDC" w:themeFill="accent5" w:themeFillTint="99"/>
            <w:tcMar>
              <w:top w:w="80" w:type="dxa"/>
              <w:left w:w="90" w:type="dxa"/>
              <w:bottom w:w="80" w:type="dxa"/>
              <w:right w:w="90" w:type="dxa"/>
            </w:tcMar>
            <w:vAlign w:val="center"/>
          </w:tcPr>
          <w:p w14:paraId="4107391F" w14:textId="77777777" w:rsidR="00CA49FD" w:rsidRPr="006809C5" w:rsidRDefault="00CA49FD">
            <w:pPr>
              <w:rPr>
                <w:rFonts w:ascii="Garamond" w:hAnsi="Garamond" w:cstheme="majorHAnsi"/>
                <w:b/>
                <w:bCs/>
                <w:sz w:val="22"/>
              </w:rPr>
            </w:pPr>
            <w:r w:rsidRPr="006809C5">
              <w:rPr>
                <w:rFonts w:ascii="Garamond" w:hAnsi="Garamond" w:cstheme="majorHAnsi"/>
                <w:b/>
                <w:bCs/>
                <w:sz w:val="22"/>
              </w:rPr>
              <w:t>Phone</w:t>
            </w:r>
          </w:p>
        </w:tc>
        <w:tc>
          <w:tcPr>
            <w:tcW w:w="1768" w:type="dxa"/>
            <w:shd w:val="clear" w:color="auto" w:fill="92CDDC" w:themeFill="accent5" w:themeFillTint="99"/>
            <w:tcMar>
              <w:top w:w="80" w:type="dxa"/>
              <w:left w:w="90" w:type="dxa"/>
              <w:bottom w:w="80" w:type="dxa"/>
              <w:right w:w="90" w:type="dxa"/>
            </w:tcMar>
            <w:vAlign w:val="center"/>
          </w:tcPr>
          <w:p w14:paraId="4D27221E" w14:textId="77777777" w:rsidR="00CA49FD" w:rsidRPr="006809C5" w:rsidRDefault="00CA49FD">
            <w:pPr>
              <w:rPr>
                <w:rFonts w:ascii="Garamond" w:hAnsi="Garamond" w:cstheme="majorHAnsi"/>
                <w:b/>
                <w:bCs/>
                <w:sz w:val="22"/>
              </w:rPr>
            </w:pPr>
            <w:r w:rsidRPr="006809C5">
              <w:rPr>
                <w:rFonts w:ascii="Garamond" w:hAnsi="Garamond" w:cstheme="majorHAnsi"/>
                <w:b/>
                <w:bCs/>
                <w:sz w:val="22"/>
              </w:rPr>
              <w:t>Amount</w:t>
            </w:r>
          </w:p>
        </w:tc>
      </w:tr>
      <w:tr w:rsidR="00CA49FD" w:rsidRPr="006809C5" w14:paraId="262A335D" w14:textId="77777777" w:rsidTr="00CA49FD">
        <w:trPr>
          <w:cantSplit/>
          <w:trHeight w:val="342"/>
        </w:trPr>
        <w:tc>
          <w:tcPr>
            <w:tcW w:w="3865" w:type="dxa"/>
            <w:tcMar>
              <w:top w:w="80" w:type="dxa"/>
              <w:left w:w="90" w:type="dxa"/>
              <w:bottom w:w="80" w:type="dxa"/>
              <w:right w:w="90" w:type="dxa"/>
            </w:tcMar>
            <w:vAlign w:val="center"/>
          </w:tcPr>
          <w:p w14:paraId="5A766187"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2634" w:type="dxa"/>
            <w:tcMar>
              <w:top w:w="80" w:type="dxa"/>
              <w:left w:w="90" w:type="dxa"/>
              <w:bottom w:w="80" w:type="dxa"/>
              <w:right w:w="90" w:type="dxa"/>
            </w:tcMar>
            <w:vAlign w:val="center"/>
          </w:tcPr>
          <w:p w14:paraId="2CC5453D"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2210" w:type="dxa"/>
            <w:tcMar>
              <w:top w:w="80" w:type="dxa"/>
              <w:left w:w="90" w:type="dxa"/>
              <w:bottom w:w="80" w:type="dxa"/>
              <w:right w:w="90" w:type="dxa"/>
            </w:tcMar>
            <w:vAlign w:val="center"/>
          </w:tcPr>
          <w:p w14:paraId="26FDF96C"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1768" w:type="dxa"/>
            <w:tcMar>
              <w:top w:w="80" w:type="dxa"/>
              <w:left w:w="90" w:type="dxa"/>
              <w:bottom w:w="80" w:type="dxa"/>
              <w:right w:w="90" w:type="dxa"/>
            </w:tcMar>
            <w:vAlign w:val="center"/>
          </w:tcPr>
          <w:p w14:paraId="785669EA" w14:textId="77777777" w:rsidR="00CA49FD" w:rsidRPr="006809C5" w:rsidRDefault="00CA49FD">
            <w:pPr>
              <w:rPr>
                <w:rFonts w:ascii="Garamond" w:hAnsi="Garamond" w:cstheme="majorHAnsi"/>
                <w:sz w:val="22"/>
              </w:rPr>
            </w:pPr>
            <w:r w:rsidRPr="006809C5">
              <w:rPr>
                <w:rFonts w:ascii="Garamond" w:hAnsi="Garamond" w:cstheme="majorHAnsi"/>
                <w:sz w:val="22"/>
              </w:rPr>
              <w:t>$</w:t>
            </w:r>
            <w:r w:rsidRPr="006809C5">
              <w:rPr>
                <w:rFonts w:ascii="Garamond" w:hAnsi="Garamond" w:cstheme="majorHAnsi"/>
                <w:sz w:val="22"/>
              </w:rPr>
              <w:br/>
            </w:r>
          </w:p>
        </w:tc>
      </w:tr>
      <w:tr w:rsidR="00CA49FD" w:rsidRPr="006809C5" w14:paraId="675DF08E" w14:textId="77777777" w:rsidTr="00CA49FD">
        <w:trPr>
          <w:cantSplit/>
          <w:trHeight w:val="441"/>
        </w:trPr>
        <w:tc>
          <w:tcPr>
            <w:tcW w:w="3865" w:type="dxa"/>
            <w:tcMar>
              <w:top w:w="80" w:type="dxa"/>
              <w:left w:w="90" w:type="dxa"/>
              <w:bottom w:w="80" w:type="dxa"/>
              <w:right w:w="90" w:type="dxa"/>
            </w:tcMar>
            <w:vAlign w:val="center"/>
          </w:tcPr>
          <w:p w14:paraId="3C014C47"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2634" w:type="dxa"/>
            <w:tcMar>
              <w:top w:w="80" w:type="dxa"/>
              <w:left w:w="90" w:type="dxa"/>
              <w:bottom w:w="80" w:type="dxa"/>
              <w:right w:w="90" w:type="dxa"/>
            </w:tcMar>
            <w:vAlign w:val="center"/>
          </w:tcPr>
          <w:p w14:paraId="36CEFCD7"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2210" w:type="dxa"/>
            <w:tcMar>
              <w:top w:w="80" w:type="dxa"/>
              <w:left w:w="90" w:type="dxa"/>
              <w:bottom w:w="80" w:type="dxa"/>
              <w:right w:w="90" w:type="dxa"/>
            </w:tcMar>
            <w:vAlign w:val="center"/>
          </w:tcPr>
          <w:p w14:paraId="3DC6A2F7"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1768" w:type="dxa"/>
            <w:tcMar>
              <w:top w:w="80" w:type="dxa"/>
              <w:left w:w="90" w:type="dxa"/>
              <w:bottom w:w="80" w:type="dxa"/>
              <w:right w:w="90" w:type="dxa"/>
            </w:tcMar>
            <w:vAlign w:val="center"/>
          </w:tcPr>
          <w:p w14:paraId="0866B5ED" w14:textId="77777777" w:rsidR="00CA49FD" w:rsidRPr="006809C5" w:rsidRDefault="00CA49FD">
            <w:pPr>
              <w:rPr>
                <w:rFonts w:ascii="Garamond" w:hAnsi="Garamond" w:cstheme="majorHAnsi"/>
                <w:sz w:val="22"/>
              </w:rPr>
            </w:pPr>
            <w:r w:rsidRPr="006809C5">
              <w:rPr>
                <w:rFonts w:ascii="Garamond" w:hAnsi="Garamond" w:cstheme="majorHAnsi"/>
                <w:sz w:val="22"/>
              </w:rPr>
              <w:t>$</w:t>
            </w:r>
            <w:r w:rsidRPr="006809C5">
              <w:rPr>
                <w:rFonts w:ascii="Garamond" w:hAnsi="Garamond" w:cstheme="majorHAnsi"/>
                <w:sz w:val="22"/>
              </w:rPr>
              <w:br/>
            </w:r>
          </w:p>
        </w:tc>
      </w:tr>
      <w:tr w:rsidR="00CA49FD" w:rsidRPr="006809C5" w14:paraId="74AA6E12" w14:textId="77777777" w:rsidTr="00CA49FD">
        <w:trPr>
          <w:cantSplit/>
          <w:trHeight w:val="333"/>
        </w:trPr>
        <w:tc>
          <w:tcPr>
            <w:tcW w:w="3865" w:type="dxa"/>
            <w:tcMar>
              <w:top w:w="80" w:type="dxa"/>
              <w:left w:w="90" w:type="dxa"/>
              <w:bottom w:w="80" w:type="dxa"/>
              <w:right w:w="90" w:type="dxa"/>
            </w:tcMar>
            <w:vAlign w:val="center"/>
          </w:tcPr>
          <w:p w14:paraId="19E25EEA"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2634" w:type="dxa"/>
            <w:tcMar>
              <w:top w:w="80" w:type="dxa"/>
              <w:left w:w="90" w:type="dxa"/>
              <w:bottom w:w="80" w:type="dxa"/>
              <w:right w:w="90" w:type="dxa"/>
            </w:tcMar>
            <w:vAlign w:val="center"/>
          </w:tcPr>
          <w:p w14:paraId="297968C7"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2210" w:type="dxa"/>
            <w:tcMar>
              <w:top w:w="80" w:type="dxa"/>
              <w:left w:w="90" w:type="dxa"/>
              <w:bottom w:w="80" w:type="dxa"/>
              <w:right w:w="90" w:type="dxa"/>
            </w:tcMar>
            <w:vAlign w:val="center"/>
          </w:tcPr>
          <w:p w14:paraId="31B55F3A" w14:textId="77777777" w:rsidR="00CA49FD" w:rsidRPr="006809C5" w:rsidRDefault="00CA49FD">
            <w:pPr>
              <w:rPr>
                <w:rFonts w:ascii="Garamond" w:hAnsi="Garamond" w:cstheme="majorHAnsi"/>
                <w:sz w:val="22"/>
              </w:rPr>
            </w:pPr>
            <w:r w:rsidRPr="006809C5">
              <w:rPr>
                <w:rFonts w:ascii="Garamond" w:hAnsi="Garamond" w:cstheme="majorHAnsi"/>
                <w:sz w:val="22"/>
              </w:rPr>
              <w:br/>
            </w:r>
          </w:p>
        </w:tc>
        <w:tc>
          <w:tcPr>
            <w:tcW w:w="1768" w:type="dxa"/>
            <w:tcMar>
              <w:top w:w="80" w:type="dxa"/>
              <w:left w:w="90" w:type="dxa"/>
              <w:bottom w:w="80" w:type="dxa"/>
              <w:right w:w="90" w:type="dxa"/>
            </w:tcMar>
            <w:vAlign w:val="center"/>
          </w:tcPr>
          <w:p w14:paraId="1613121C" w14:textId="77777777" w:rsidR="00CA49FD" w:rsidRPr="006809C5" w:rsidRDefault="00CA49FD">
            <w:pPr>
              <w:rPr>
                <w:rFonts w:ascii="Garamond" w:hAnsi="Garamond" w:cstheme="majorHAnsi"/>
                <w:sz w:val="22"/>
              </w:rPr>
            </w:pPr>
            <w:r w:rsidRPr="006809C5">
              <w:rPr>
                <w:rFonts w:ascii="Garamond" w:hAnsi="Garamond" w:cstheme="majorHAnsi"/>
                <w:sz w:val="22"/>
              </w:rPr>
              <w:t>$</w:t>
            </w:r>
            <w:r w:rsidRPr="006809C5">
              <w:rPr>
                <w:rFonts w:ascii="Garamond" w:hAnsi="Garamond" w:cstheme="majorHAnsi"/>
                <w:sz w:val="22"/>
              </w:rPr>
              <w:br/>
            </w:r>
          </w:p>
        </w:tc>
      </w:tr>
      <w:tr w:rsidR="00CA49FD" w:rsidRPr="006809C5" w14:paraId="17B22FD0" w14:textId="77777777" w:rsidTr="00CA49FD">
        <w:trPr>
          <w:cantSplit/>
          <w:trHeight w:val="387"/>
        </w:trPr>
        <w:tc>
          <w:tcPr>
            <w:tcW w:w="3865" w:type="dxa"/>
            <w:tcMar>
              <w:top w:w="80" w:type="dxa"/>
              <w:left w:w="90" w:type="dxa"/>
              <w:bottom w:w="80" w:type="dxa"/>
              <w:right w:w="90" w:type="dxa"/>
            </w:tcMar>
            <w:vAlign w:val="center"/>
          </w:tcPr>
          <w:p w14:paraId="1DA80804" w14:textId="77777777" w:rsidR="00CA49FD" w:rsidRPr="006809C5" w:rsidRDefault="00CA49FD" w:rsidP="00B845A4">
            <w:pPr>
              <w:rPr>
                <w:rFonts w:ascii="Garamond" w:hAnsi="Garamond" w:cstheme="majorHAnsi"/>
                <w:sz w:val="22"/>
              </w:rPr>
            </w:pPr>
          </w:p>
        </w:tc>
        <w:tc>
          <w:tcPr>
            <w:tcW w:w="2634" w:type="dxa"/>
            <w:tcMar>
              <w:top w:w="80" w:type="dxa"/>
              <w:left w:w="90" w:type="dxa"/>
              <w:bottom w:w="80" w:type="dxa"/>
              <w:right w:w="90" w:type="dxa"/>
            </w:tcMar>
            <w:vAlign w:val="center"/>
          </w:tcPr>
          <w:p w14:paraId="3A8A58F3" w14:textId="77777777" w:rsidR="00CA49FD" w:rsidRPr="006809C5" w:rsidRDefault="00CA49FD" w:rsidP="00B845A4">
            <w:pPr>
              <w:rPr>
                <w:rFonts w:ascii="Garamond" w:hAnsi="Garamond" w:cstheme="majorHAnsi"/>
                <w:sz w:val="22"/>
              </w:rPr>
            </w:pPr>
          </w:p>
        </w:tc>
        <w:tc>
          <w:tcPr>
            <w:tcW w:w="2210" w:type="dxa"/>
            <w:tcMar>
              <w:top w:w="80" w:type="dxa"/>
              <w:left w:w="90" w:type="dxa"/>
              <w:bottom w:w="80" w:type="dxa"/>
              <w:right w:w="90" w:type="dxa"/>
            </w:tcMar>
            <w:vAlign w:val="center"/>
          </w:tcPr>
          <w:p w14:paraId="6883269C" w14:textId="77777777" w:rsidR="00CA49FD" w:rsidRPr="006809C5" w:rsidRDefault="00CA49FD" w:rsidP="00B845A4">
            <w:pPr>
              <w:rPr>
                <w:rFonts w:ascii="Garamond" w:hAnsi="Garamond" w:cstheme="majorHAnsi"/>
                <w:sz w:val="22"/>
              </w:rPr>
            </w:pPr>
          </w:p>
        </w:tc>
        <w:tc>
          <w:tcPr>
            <w:tcW w:w="1768" w:type="dxa"/>
            <w:tcMar>
              <w:top w:w="80" w:type="dxa"/>
              <w:left w:w="90" w:type="dxa"/>
              <w:bottom w:w="80" w:type="dxa"/>
              <w:right w:w="90" w:type="dxa"/>
            </w:tcMar>
            <w:vAlign w:val="center"/>
          </w:tcPr>
          <w:p w14:paraId="0A6D21B1" w14:textId="292F51BC" w:rsidR="00CA49FD" w:rsidRPr="006809C5" w:rsidRDefault="00CA49FD" w:rsidP="00B845A4">
            <w:pPr>
              <w:rPr>
                <w:rFonts w:ascii="Garamond" w:hAnsi="Garamond" w:cstheme="majorHAnsi"/>
                <w:sz w:val="22"/>
              </w:rPr>
            </w:pPr>
            <w:r w:rsidRPr="006809C5">
              <w:rPr>
                <w:rFonts w:ascii="Garamond" w:hAnsi="Garamond" w:cstheme="majorHAnsi"/>
                <w:sz w:val="22"/>
              </w:rPr>
              <w:t>$</w:t>
            </w:r>
            <w:r w:rsidRPr="006809C5">
              <w:rPr>
                <w:rFonts w:ascii="Garamond" w:hAnsi="Garamond" w:cstheme="majorHAnsi"/>
                <w:sz w:val="22"/>
              </w:rPr>
              <w:br/>
            </w:r>
          </w:p>
        </w:tc>
      </w:tr>
    </w:tbl>
    <w:p w14:paraId="687A53A6" w14:textId="521D3D15" w:rsidR="00B845A4" w:rsidRPr="006809C5" w:rsidRDefault="00EC3252" w:rsidP="00EC3252">
      <w:pPr>
        <w:tabs>
          <w:tab w:val="left" w:pos="2010"/>
        </w:tabs>
        <w:rPr>
          <w:rFonts w:ascii="Garamond" w:hAnsi="Garamond" w:cstheme="majorHAnsi"/>
          <w:b/>
          <w:color w:val="31849B" w:themeColor="accent5" w:themeShade="BF"/>
          <w:sz w:val="16"/>
          <w:szCs w:val="16"/>
        </w:rPr>
      </w:pPr>
      <w:r w:rsidRPr="006809C5">
        <w:rPr>
          <w:rFonts w:ascii="Garamond" w:hAnsi="Garamond" w:cstheme="majorHAnsi"/>
          <w:b/>
          <w:color w:val="31849B" w:themeColor="accent5" w:themeShade="BF"/>
          <w:sz w:val="22"/>
        </w:rPr>
        <w:tab/>
      </w:r>
    </w:p>
    <w:p w14:paraId="2D39FE5D" w14:textId="479634F4" w:rsidR="00C85BFE" w:rsidRPr="006809C5" w:rsidRDefault="00000000" w:rsidP="006C1DBD">
      <w:pPr>
        <w:rPr>
          <w:rFonts w:ascii="Garamond" w:hAnsi="Garamond" w:cstheme="majorHAnsi"/>
          <w:color w:val="31849B" w:themeColor="accent5" w:themeShade="BF"/>
          <w:sz w:val="24"/>
          <w:szCs w:val="24"/>
        </w:rPr>
      </w:pPr>
      <w:r w:rsidRPr="006809C5">
        <w:rPr>
          <w:rFonts w:ascii="Garamond" w:hAnsi="Garamond" w:cstheme="majorHAnsi"/>
          <w:b/>
          <w:color w:val="31849B" w:themeColor="accent5" w:themeShade="BF"/>
          <w:sz w:val="24"/>
          <w:szCs w:val="24"/>
        </w:rPr>
        <w:t>6. Explanation of Financial Need</w:t>
      </w:r>
    </w:p>
    <w:p w14:paraId="24E00CDB" w14:textId="1BC25A7F" w:rsidR="00C85BFE" w:rsidRPr="006809C5" w:rsidRDefault="00000000">
      <w:pPr>
        <w:rPr>
          <w:rFonts w:ascii="Garamond" w:hAnsi="Garamond" w:cstheme="majorHAnsi"/>
          <w:b/>
          <w:bCs/>
          <w:sz w:val="22"/>
        </w:rPr>
      </w:pPr>
      <w:r w:rsidRPr="006809C5">
        <w:rPr>
          <w:rFonts w:ascii="Garamond" w:hAnsi="Garamond" w:cstheme="majorHAnsi"/>
          <w:b/>
          <w:bCs/>
          <w:sz w:val="22"/>
        </w:rPr>
        <w:t xml:space="preserve">To be completed by the social worker, patient navigator, or other authorized healthcare </w:t>
      </w:r>
      <w:r w:rsidR="00B845A4" w:rsidRPr="006809C5">
        <w:rPr>
          <w:rFonts w:ascii="Garamond" w:hAnsi="Garamond" w:cstheme="majorHAnsi"/>
          <w:b/>
          <w:bCs/>
          <w:sz w:val="22"/>
        </w:rPr>
        <w:t>professionals</w:t>
      </w:r>
      <w:r w:rsidRPr="006809C5">
        <w:rPr>
          <w:rFonts w:ascii="Garamond" w:hAnsi="Garamond" w:cstheme="majorHAnsi"/>
          <w:b/>
          <w:bCs/>
          <w:sz w:val="22"/>
        </w:rPr>
        <w:t>.</w:t>
      </w:r>
    </w:p>
    <w:p w14:paraId="4259E395" w14:textId="36221571" w:rsidR="00C85BFE" w:rsidRPr="006809C5" w:rsidRDefault="00B845A4">
      <w:pPr>
        <w:rPr>
          <w:rFonts w:ascii="Garamond" w:hAnsi="Garamond" w:cstheme="majorHAnsi"/>
          <w:b/>
          <w:bCs/>
          <w:sz w:val="22"/>
        </w:rPr>
      </w:pPr>
      <w:r w:rsidRPr="006809C5">
        <w:rPr>
          <w:rFonts w:ascii="Garamond" w:hAnsi="Garamond" w:cstheme="majorHAnsi"/>
          <w:b/>
          <w:bCs/>
          <w:sz w:val="22"/>
        </w:rPr>
        <w:t>Describe</w:t>
      </w:r>
      <w:r w:rsidR="00000000" w:rsidRPr="006809C5">
        <w:rPr>
          <w:rFonts w:ascii="Garamond" w:hAnsi="Garamond" w:cstheme="majorHAnsi"/>
          <w:b/>
          <w:bCs/>
          <w:sz w:val="22"/>
        </w:rPr>
        <w:t xml:space="preserve"> the circumstances creating the financial hardship and why the requested assistance is needed:</w:t>
      </w:r>
    </w:p>
    <w:p w14:paraId="0D7CA38C" w14:textId="25F65586" w:rsidR="00C85BFE" w:rsidRPr="006809C5" w:rsidRDefault="00000000">
      <w:pPr>
        <w:spacing w:after="160"/>
        <w:rPr>
          <w:rFonts w:ascii="Garamond" w:hAnsi="Garamond" w:cstheme="majorHAnsi"/>
          <w:sz w:val="22"/>
        </w:rPr>
      </w:pPr>
      <w:r w:rsidRPr="006809C5">
        <w:rPr>
          <w:rFonts w:ascii="Garamond" w:hAnsi="Garamond" w:cstheme="majorHAnsi"/>
          <w:sz w:val="22"/>
        </w:rPr>
        <w:t>____________________________________________________________________________________________</w:t>
      </w:r>
      <w:r w:rsidR="00B845A4" w:rsidRPr="006809C5">
        <w:rPr>
          <w:rFonts w:ascii="Garamond" w:hAnsi="Garamond" w:cstheme="majorHAnsi"/>
          <w:sz w:val="22"/>
        </w:rPr>
        <w:t>___</w:t>
      </w:r>
    </w:p>
    <w:p w14:paraId="019AF23A" w14:textId="447194D9" w:rsidR="00C85BFE" w:rsidRPr="006809C5" w:rsidRDefault="00000000">
      <w:pPr>
        <w:spacing w:after="160"/>
        <w:rPr>
          <w:rFonts w:ascii="Garamond" w:hAnsi="Garamond" w:cstheme="majorHAnsi"/>
          <w:sz w:val="22"/>
        </w:rPr>
      </w:pPr>
      <w:r w:rsidRPr="006809C5">
        <w:rPr>
          <w:rFonts w:ascii="Garamond" w:hAnsi="Garamond" w:cstheme="majorHAnsi"/>
          <w:sz w:val="22"/>
        </w:rPr>
        <w:t>____________________________________________________________________________________________</w:t>
      </w:r>
      <w:r w:rsidR="00B845A4" w:rsidRPr="006809C5">
        <w:rPr>
          <w:rFonts w:ascii="Garamond" w:hAnsi="Garamond" w:cstheme="majorHAnsi"/>
          <w:sz w:val="22"/>
        </w:rPr>
        <w:t>___</w:t>
      </w:r>
    </w:p>
    <w:p w14:paraId="304B4FAC" w14:textId="5FB07E01" w:rsidR="00C85BFE" w:rsidRPr="006809C5" w:rsidRDefault="00000000">
      <w:pPr>
        <w:spacing w:after="160"/>
        <w:rPr>
          <w:rFonts w:ascii="Garamond" w:hAnsi="Garamond" w:cstheme="majorHAnsi"/>
          <w:sz w:val="22"/>
        </w:rPr>
      </w:pPr>
      <w:r w:rsidRPr="006809C5">
        <w:rPr>
          <w:rFonts w:ascii="Garamond" w:hAnsi="Garamond" w:cstheme="majorHAnsi"/>
          <w:sz w:val="22"/>
        </w:rPr>
        <w:t>____________________________________________________________________________________________</w:t>
      </w:r>
      <w:r w:rsidR="00B845A4" w:rsidRPr="006809C5">
        <w:rPr>
          <w:rFonts w:ascii="Garamond" w:hAnsi="Garamond" w:cstheme="majorHAnsi"/>
          <w:sz w:val="22"/>
        </w:rPr>
        <w:t>___</w:t>
      </w:r>
      <w:r w:rsidR="007161D5">
        <w:rPr>
          <w:rFonts w:ascii="Garamond" w:hAnsi="Garamond" w:cstheme="majorHAnsi"/>
          <w:sz w:val="22"/>
        </w:rPr>
        <w:t xml:space="preserve">                    </w:t>
      </w:r>
    </w:p>
    <w:p w14:paraId="1D99137D" w14:textId="77777777" w:rsidR="00C85BFE" w:rsidRPr="006809C5" w:rsidRDefault="00000000">
      <w:pPr>
        <w:spacing w:before="160" w:after="80"/>
        <w:rPr>
          <w:rFonts w:ascii="Garamond" w:hAnsi="Garamond" w:cstheme="majorHAnsi"/>
          <w:color w:val="31849B" w:themeColor="accent5" w:themeShade="BF"/>
          <w:sz w:val="24"/>
          <w:szCs w:val="24"/>
        </w:rPr>
      </w:pPr>
      <w:r w:rsidRPr="006809C5">
        <w:rPr>
          <w:rFonts w:ascii="Garamond" w:hAnsi="Garamond" w:cstheme="majorHAnsi"/>
          <w:b/>
          <w:color w:val="31849B" w:themeColor="accent5" w:themeShade="BF"/>
          <w:sz w:val="24"/>
          <w:szCs w:val="24"/>
        </w:rPr>
        <w:t>7. Medical Eligibility Verification</w:t>
      </w:r>
    </w:p>
    <w:p w14:paraId="148D6FD0" w14:textId="144F4FC0" w:rsidR="00C85BFE" w:rsidRPr="006809C5" w:rsidRDefault="00000000">
      <w:pPr>
        <w:rPr>
          <w:rFonts w:ascii="Garamond" w:hAnsi="Garamond" w:cstheme="majorHAnsi"/>
          <w:b/>
          <w:bCs/>
          <w:sz w:val="22"/>
        </w:rPr>
      </w:pPr>
      <w:r w:rsidRPr="006809C5">
        <w:rPr>
          <w:rFonts w:ascii="Garamond" w:hAnsi="Garamond" w:cstheme="majorHAnsi"/>
          <w:b/>
          <w:bCs/>
          <w:sz w:val="22"/>
        </w:rPr>
        <w:t xml:space="preserve">To be completed by the physician, APRN, or other authorized healthcare </w:t>
      </w:r>
      <w:r w:rsidR="00B845A4" w:rsidRPr="006809C5">
        <w:rPr>
          <w:rFonts w:ascii="Garamond" w:hAnsi="Garamond" w:cstheme="majorHAnsi"/>
          <w:b/>
          <w:bCs/>
          <w:sz w:val="22"/>
        </w:rPr>
        <w:t>professionals</w:t>
      </w:r>
      <w:r w:rsidRPr="006809C5">
        <w:rPr>
          <w:rFonts w:ascii="Garamond" w:hAnsi="Garamond" w:cstheme="majorHAnsi"/>
          <w:b/>
          <w:bCs/>
          <w:sz w:val="22"/>
        </w:rPr>
        <w:t>.</w:t>
      </w:r>
    </w:p>
    <w:p w14:paraId="5FBDB146" w14:textId="77777777" w:rsidR="00C85BFE" w:rsidRPr="006809C5" w:rsidRDefault="00000000">
      <w:pPr>
        <w:rPr>
          <w:rFonts w:ascii="Garamond" w:hAnsi="Garamond" w:cstheme="majorHAnsi"/>
          <w:b/>
          <w:bCs/>
          <w:sz w:val="22"/>
        </w:rPr>
      </w:pPr>
      <w:r w:rsidRPr="006809C5">
        <w:rPr>
          <w:rFonts w:ascii="Garamond" w:hAnsi="Garamond" w:cstheme="majorHAnsi"/>
          <w:b/>
          <w:bCs/>
          <w:sz w:val="22"/>
        </w:rPr>
        <w:t>Relevant medical information needed to verify eligibility (please provide only what is necessary):</w:t>
      </w:r>
    </w:p>
    <w:p w14:paraId="0B46A732" w14:textId="48D7CF6A" w:rsidR="00C85BFE" w:rsidRPr="006809C5" w:rsidRDefault="00000000">
      <w:pPr>
        <w:spacing w:after="160"/>
        <w:rPr>
          <w:rFonts w:ascii="Garamond" w:hAnsi="Garamond" w:cstheme="majorHAnsi"/>
          <w:sz w:val="22"/>
        </w:rPr>
      </w:pPr>
      <w:r w:rsidRPr="006809C5">
        <w:rPr>
          <w:rFonts w:ascii="Garamond" w:hAnsi="Garamond" w:cstheme="majorHAnsi"/>
          <w:sz w:val="22"/>
        </w:rPr>
        <w:t>____________________________________________________________________________________________</w:t>
      </w:r>
      <w:r w:rsidR="00B845A4" w:rsidRPr="006809C5">
        <w:rPr>
          <w:rFonts w:ascii="Garamond" w:hAnsi="Garamond" w:cstheme="majorHAnsi"/>
          <w:sz w:val="22"/>
        </w:rPr>
        <w:t>___</w:t>
      </w:r>
    </w:p>
    <w:p w14:paraId="3088D7B2" w14:textId="78FECB89" w:rsidR="00C85BFE" w:rsidRPr="006809C5" w:rsidRDefault="00000000">
      <w:pPr>
        <w:spacing w:after="160"/>
        <w:rPr>
          <w:rFonts w:ascii="Garamond" w:hAnsi="Garamond" w:cstheme="majorHAnsi"/>
          <w:sz w:val="22"/>
        </w:rPr>
      </w:pPr>
      <w:r w:rsidRPr="006809C5">
        <w:rPr>
          <w:rFonts w:ascii="Garamond" w:hAnsi="Garamond" w:cstheme="majorHAnsi"/>
          <w:sz w:val="22"/>
        </w:rPr>
        <w:t>____________________________________________________________________________________________</w:t>
      </w:r>
      <w:r w:rsidR="00B845A4" w:rsidRPr="006809C5">
        <w:rPr>
          <w:rFonts w:ascii="Garamond" w:hAnsi="Garamond" w:cstheme="majorHAnsi"/>
          <w:sz w:val="22"/>
        </w:rPr>
        <w:t>___</w:t>
      </w:r>
    </w:p>
    <w:p w14:paraId="02980681" w14:textId="74B7EEF9" w:rsidR="00B845A4" w:rsidRPr="006809C5" w:rsidRDefault="00000000">
      <w:pPr>
        <w:spacing w:after="160"/>
        <w:rPr>
          <w:rFonts w:ascii="Garamond" w:hAnsi="Garamond" w:cstheme="majorHAnsi"/>
          <w:sz w:val="22"/>
        </w:rPr>
      </w:pPr>
      <w:r w:rsidRPr="006809C5">
        <w:rPr>
          <w:rFonts w:ascii="Garamond" w:hAnsi="Garamond" w:cstheme="majorHAnsi"/>
          <w:sz w:val="22"/>
        </w:rPr>
        <w:t>____________________________________________________________________________________________</w:t>
      </w:r>
      <w:r w:rsidR="00B845A4" w:rsidRPr="006809C5">
        <w:rPr>
          <w:rFonts w:ascii="Garamond" w:hAnsi="Garamond" w:cstheme="majorHAnsi"/>
          <w:sz w:val="22"/>
        </w:rPr>
        <w:t>___</w:t>
      </w:r>
    </w:p>
    <w:p w14:paraId="20AC403F" w14:textId="2BC275AF" w:rsidR="0075463B" w:rsidRPr="006809C5" w:rsidRDefault="00000000" w:rsidP="0075463B">
      <w:pPr>
        <w:rPr>
          <w:rFonts w:ascii="Garamond" w:hAnsi="Garamond" w:cstheme="majorHAnsi"/>
          <w:sz w:val="22"/>
        </w:rPr>
      </w:pPr>
      <w:r w:rsidRPr="006809C5">
        <w:rPr>
          <w:rFonts w:ascii="Garamond" w:hAnsi="Garamond" w:cstheme="majorHAnsi"/>
          <w:b/>
          <w:sz w:val="22"/>
        </w:rPr>
        <w:lastRenderedPageBreak/>
        <w:t xml:space="preserve">Required attachment: </w:t>
      </w:r>
      <w:r w:rsidRPr="006809C5">
        <w:rPr>
          <w:rFonts w:ascii="Garamond" w:hAnsi="Garamond" w:cstheme="majorHAnsi"/>
          <w:sz w:val="22"/>
        </w:rPr>
        <w:t>Completed Patient Authorization for Disclosure of Protected Health Information form.</w:t>
      </w:r>
    </w:p>
    <w:p w14:paraId="3469306E" w14:textId="77777777" w:rsidR="0075463B" w:rsidRPr="006809C5" w:rsidRDefault="0075463B">
      <w:pPr>
        <w:spacing w:before="160" w:after="80"/>
        <w:rPr>
          <w:rFonts w:ascii="Garamond" w:hAnsi="Garamond" w:cstheme="majorHAnsi"/>
          <w:b/>
          <w:color w:val="31849B" w:themeColor="accent5" w:themeShade="BF"/>
          <w:sz w:val="6"/>
          <w:szCs w:val="6"/>
        </w:rPr>
      </w:pPr>
    </w:p>
    <w:p w14:paraId="66B8FD6B" w14:textId="47236868" w:rsidR="00C85BFE" w:rsidRPr="006809C5" w:rsidRDefault="00000000">
      <w:pPr>
        <w:spacing w:before="160" w:after="80"/>
        <w:rPr>
          <w:rFonts w:ascii="Garamond" w:hAnsi="Garamond" w:cstheme="majorHAnsi"/>
          <w:color w:val="31849B" w:themeColor="accent5" w:themeShade="BF"/>
          <w:sz w:val="24"/>
          <w:szCs w:val="24"/>
        </w:rPr>
      </w:pPr>
      <w:r w:rsidRPr="006809C5">
        <w:rPr>
          <w:rFonts w:ascii="Garamond" w:hAnsi="Garamond" w:cstheme="majorHAnsi"/>
          <w:b/>
          <w:color w:val="31849B" w:themeColor="accent5" w:themeShade="BF"/>
          <w:sz w:val="24"/>
          <w:szCs w:val="24"/>
        </w:rPr>
        <w:t>8. Applicant Certification</w:t>
      </w:r>
    </w:p>
    <w:p w14:paraId="61DEE63C" w14:textId="0C6CF9BE" w:rsidR="00C85BFE" w:rsidRPr="006809C5" w:rsidRDefault="00000000">
      <w:pPr>
        <w:rPr>
          <w:rFonts w:ascii="Garamond" w:hAnsi="Garamond" w:cstheme="majorHAnsi"/>
          <w:sz w:val="22"/>
        </w:rPr>
      </w:pPr>
      <w:r w:rsidRPr="006809C5">
        <w:rPr>
          <w:rFonts w:ascii="Garamond" w:hAnsi="Garamond" w:cstheme="majorHAnsi"/>
          <w:sz w:val="22"/>
        </w:rPr>
        <w:t xml:space="preserve">I certify that the information I have provided is true and complete to the best of my knowledge. </w:t>
      </w:r>
    </w:p>
    <w:p w14:paraId="03F05824" w14:textId="77777777" w:rsidR="00DC14A3" w:rsidRPr="006809C5" w:rsidRDefault="00DC14A3">
      <w:pPr>
        <w:rPr>
          <w:rFonts w:ascii="Garamond" w:hAnsi="Garamond" w:cstheme="majorHAnsi"/>
          <w:sz w:val="6"/>
          <w:szCs w:val="6"/>
        </w:rPr>
      </w:pPr>
    </w:p>
    <w:tbl>
      <w:tblPr>
        <w:tblStyle w:val="TableGrid"/>
        <w:tblW w:w="0" w:type="auto"/>
        <w:tblLayout w:type="fixed"/>
        <w:tblLook w:val="04A0" w:firstRow="1" w:lastRow="0" w:firstColumn="1" w:lastColumn="0" w:noHBand="0" w:noVBand="1"/>
      </w:tblPr>
      <w:tblGrid>
        <w:gridCol w:w="7920"/>
        <w:gridCol w:w="2592"/>
      </w:tblGrid>
      <w:tr w:rsidR="00C85BFE" w:rsidRPr="006809C5" w14:paraId="4D364DEF" w14:textId="77777777">
        <w:trPr>
          <w:cantSplit/>
        </w:trPr>
        <w:tc>
          <w:tcPr>
            <w:tcW w:w="7920" w:type="dxa"/>
            <w:tcMar>
              <w:top w:w="80" w:type="dxa"/>
              <w:left w:w="90" w:type="dxa"/>
              <w:bottom w:w="80" w:type="dxa"/>
              <w:right w:w="90" w:type="dxa"/>
            </w:tcMar>
            <w:vAlign w:val="center"/>
          </w:tcPr>
          <w:p w14:paraId="3F336902" w14:textId="4E621C2A" w:rsidR="00C85BFE" w:rsidRPr="006809C5" w:rsidRDefault="00000000">
            <w:pPr>
              <w:rPr>
                <w:rFonts w:ascii="Garamond" w:hAnsi="Garamond" w:cstheme="majorHAnsi"/>
                <w:sz w:val="22"/>
              </w:rPr>
            </w:pPr>
            <w:r w:rsidRPr="006809C5">
              <w:rPr>
                <w:rFonts w:ascii="Garamond" w:hAnsi="Garamond" w:cstheme="majorHAnsi"/>
                <w:sz w:val="22"/>
              </w:rPr>
              <w:t>Applicant Signature: ______________________________________________</w:t>
            </w:r>
            <w:r w:rsidR="00B845A4" w:rsidRPr="006809C5">
              <w:rPr>
                <w:rFonts w:ascii="Garamond" w:hAnsi="Garamond" w:cstheme="majorHAnsi"/>
                <w:sz w:val="22"/>
              </w:rPr>
              <w:t>_______</w:t>
            </w:r>
          </w:p>
        </w:tc>
        <w:tc>
          <w:tcPr>
            <w:tcW w:w="2592" w:type="dxa"/>
            <w:tcMar>
              <w:top w:w="80" w:type="dxa"/>
              <w:left w:w="90" w:type="dxa"/>
              <w:bottom w:w="80" w:type="dxa"/>
              <w:right w:w="90" w:type="dxa"/>
            </w:tcMar>
            <w:vAlign w:val="center"/>
          </w:tcPr>
          <w:p w14:paraId="32504A11" w14:textId="25DB18E6" w:rsidR="00C85BFE" w:rsidRPr="006809C5" w:rsidRDefault="00000000">
            <w:pPr>
              <w:rPr>
                <w:rFonts w:ascii="Garamond" w:hAnsi="Garamond" w:cstheme="majorHAnsi"/>
                <w:sz w:val="22"/>
              </w:rPr>
            </w:pPr>
            <w:r w:rsidRPr="006809C5">
              <w:rPr>
                <w:rFonts w:ascii="Garamond" w:hAnsi="Garamond" w:cstheme="majorHAnsi"/>
                <w:sz w:val="22"/>
              </w:rPr>
              <w:t>Date: ________________</w:t>
            </w:r>
          </w:p>
        </w:tc>
      </w:tr>
      <w:tr w:rsidR="00C85BFE" w:rsidRPr="006809C5" w14:paraId="505883B2" w14:textId="77777777">
        <w:trPr>
          <w:cantSplit/>
        </w:trPr>
        <w:tc>
          <w:tcPr>
            <w:tcW w:w="7920" w:type="dxa"/>
            <w:tcMar>
              <w:top w:w="80" w:type="dxa"/>
              <w:left w:w="90" w:type="dxa"/>
              <w:bottom w:w="80" w:type="dxa"/>
              <w:right w:w="90" w:type="dxa"/>
            </w:tcMar>
            <w:vAlign w:val="center"/>
          </w:tcPr>
          <w:p w14:paraId="3758A8E9" w14:textId="6310CA9A" w:rsidR="00C85BFE" w:rsidRPr="006809C5" w:rsidRDefault="00000000">
            <w:pPr>
              <w:rPr>
                <w:rFonts w:ascii="Garamond" w:hAnsi="Garamond" w:cstheme="majorHAnsi"/>
                <w:sz w:val="22"/>
              </w:rPr>
            </w:pPr>
            <w:r w:rsidRPr="006809C5">
              <w:rPr>
                <w:rFonts w:ascii="Garamond" w:hAnsi="Garamond" w:cstheme="majorHAnsi"/>
                <w:sz w:val="22"/>
              </w:rPr>
              <w:t>Printed Name: _________________________________________________</w:t>
            </w:r>
            <w:r w:rsidR="00B845A4" w:rsidRPr="006809C5">
              <w:rPr>
                <w:rFonts w:ascii="Garamond" w:hAnsi="Garamond" w:cstheme="majorHAnsi"/>
                <w:sz w:val="22"/>
              </w:rPr>
              <w:t>_________</w:t>
            </w:r>
          </w:p>
        </w:tc>
        <w:tc>
          <w:tcPr>
            <w:tcW w:w="2592" w:type="dxa"/>
            <w:tcMar>
              <w:top w:w="80" w:type="dxa"/>
              <w:left w:w="90" w:type="dxa"/>
              <w:bottom w:w="80" w:type="dxa"/>
              <w:right w:w="90" w:type="dxa"/>
            </w:tcMar>
            <w:vAlign w:val="center"/>
          </w:tcPr>
          <w:p w14:paraId="5F54B960" w14:textId="31F869B3" w:rsidR="00C85BFE" w:rsidRPr="006809C5" w:rsidRDefault="00000000">
            <w:pPr>
              <w:rPr>
                <w:rFonts w:ascii="Garamond" w:hAnsi="Garamond" w:cstheme="majorHAnsi"/>
                <w:sz w:val="22"/>
              </w:rPr>
            </w:pPr>
            <w:r w:rsidRPr="006809C5">
              <w:rPr>
                <w:rFonts w:ascii="Garamond" w:hAnsi="Garamond" w:cstheme="majorHAnsi"/>
                <w:sz w:val="22"/>
              </w:rPr>
              <w:t>Phone: _______________</w:t>
            </w:r>
          </w:p>
        </w:tc>
      </w:tr>
    </w:tbl>
    <w:p w14:paraId="7D1DAB1F" w14:textId="77777777" w:rsidR="0075463B" w:rsidRPr="006809C5" w:rsidRDefault="0075463B">
      <w:pPr>
        <w:spacing w:before="160" w:after="80"/>
        <w:rPr>
          <w:rFonts w:ascii="Garamond" w:hAnsi="Garamond" w:cstheme="majorHAnsi"/>
          <w:b/>
          <w:color w:val="31849B" w:themeColor="accent5" w:themeShade="BF"/>
          <w:sz w:val="6"/>
          <w:szCs w:val="6"/>
        </w:rPr>
      </w:pPr>
    </w:p>
    <w:p w14:paraId="6EC12C1D" w14:textId="64251183" w:rsidR="00C85BFE" w:rsidRPr="006809C5" w:rsidRDefault="00000000">
      <w:pPr>
        <w:spacing w:before="160" w:after="80"/>
        <w:rPr>
          <w:rFonts w:ascii="Garamond" w:hAnsi="Garamond" w:cstheme="majorHAnsi"/>
          <w:color w:val="31849B" w:themeColor="accent5" w:themeShade="BF"/>
          <w:sz w:val="24"/>
          <w:szCs w:val="24"/>
        </w:rPr>
      </w:pPr>
      <w:r w:rsidRPr="006809C5">
        <w:rPr>
          <w:rFonts w:ascii="Garamond" w:hAnsi="Garamond" w:cstheme="majorHAnsi"/>
          <w:b/>
          <w:color w:val="31849B" w:themeColor="accent5" w:themeShade="BF"/>
          <w:sz w:val="24"/>
          <w:szCs w:val="24"/>
        </w:rPr>
        <w:t>9. Professional Verification</w:t>
      </w:r>
    </w:p>
    <w:tbl>
      <w:tblPr>
        <w:tblStyle w:val="TableGrid"/>
        <w:tblW w:w="10512" w:type="dxa"/>
        <w:tblLayout w:type="fixed"/>
        <w:tblLook w:val="04A0" w:firstRow="1" w:lastRow="0" w:firstColumn="1" w:lastColumn="0" w:noHBand="0" w:noVBand="1"/>
      </w:tblPr>
      <w:tblGrid>
        <w:gridCol w:w="5256"/>
        <w:gridCol w:w="5256"/>
      </w:tblGrid>
      <w:tr w:rsidR="00C85BFE" w:rsidRPr="006809C5" w14:paraId="3F768E88" w14:textId="77777777" w:rsidTr="006762EE">
        <w:trPr>
          <w:cantSplit/>
        </w:trPr>
        <w:tc>
          <w:tcPr>
            <w:tcW w:w="5256" w:type="dxa"/>
            <w:tcMar>
              <w:top w:w="80" w:type="dxa"/>
              <w:left w:w="90" w:type="dxa"/>
              <w:bottom w:w="80" w:type="dxa"/>
              <w:right w:w="90" w:type="dxa"/>
            </w:tcMar>
            <w:vAlign w:val="center"/>
          </w:tcPr>
          <w:p w14:paraId="03C63652" w14:textId="78C742EE" w:rsidR="00C85BFE" w:rsidRPr="006809C5" w:rsidRDefault="00000000">
            <w:pPr>
              <w:rPr>
                <w:rFonts w:ascii="Garamond" w:hAnsi="Garamond" w:cstheme="majorHAnsi"/>
                <w:sz w:val="22"/>
              </w:rPr>
            </w:pPr>
            <w:r w:rsidRPr="006762EE">
              <w:rPr>
                <w:rFonts w:ascii="Garamond" w:hAnsi="Garamond" w:cstheme="majorHAnsi"/>
                <w:b/>
                <w:bCs/>
                <w:sz w:val="22"/>
              </w:rPr>
              <w:t>Physician/APRN</w:t>
            </w:r>
            <w:r w:rsidR="00255EF5" w:rsidRPr="006762EE">
              <w:rPr>
                <w:rFonts w:ascii="Garamond" w:hAnsi="Garamond" w:cstheme="majorHAnsi"/>
                <w:b/>
                <w:bCs/>
                <w:sz w:val="22"/>
              </w:rPr>
              <w:t xml:space="preserve"> </w:t>
            </w:r>
            <w:r w:rsidRPr="006762EE">
              <w:rPr>
                <w:rFonts w:ascii="Garamond" w:hAnsi="Garamond" w:cstheme="majorHAnsi"/>
                <w:b/>
                <w:bCs/>
                <w:sz w:val="22"/>
              </w:rPr>
              <w:t>Signature:</w:t>
            </w:r>
            <w:r w:rsidRPr="006809C5">
              <w:rPr>
                <w:rFonts w:ascii="Garamond" w:hAnsi="Garamond" w:cstheme="majorHAnsi"/>
                <w:sz w:val="22"/>
              </w:rPr>
              <w:t xml:space="preserve"> __________________________</w:t>
            </w:r>
            <w:r w:rsidR="00CA49FD" w:rsidRPr="006809C5">
              <w:rPr>
                <w:rFonts w:ascii="Garamond" w:hAnsi="Garamond" w:cstheme="majorHAnsi"/>
                <w:sz w:val="22"/>
              </w:rPr>
              <w:t>____________________</w:t>
            </w:r>
          </w:p>
        </w:tc>
        <w:tc>
          <w:tcPr>
            <w:tcW w:w="5256" w:type="dxa"/>
            <w:tcMar>
              <w:top w:w="80" w:type="dxa"/>
              <w:left w:w="90" w:type="dxa"/>
              <w:bottom w:w="80" w:type="dxa"/>
              <w:right w:w="90" w:type="dxa"/>
            </w:tcMar>
            <w:vAlign w:val="center"/>
          </w:tcPr>
          <w:p w14:paraId="661E9CE9" w14:textId="5FA96F4A" w:rsidR="00C85BFE" w:rsidRPr="006809C5" w:rsidRDefault="00000000">
            <w:pPr>
              <w:rPr>
                <w:rFonts w:ascii="Garamond" w:hAnsi="Garamond" w:cstheme="majorHAnsi"/>
                <w:sz w:val="22"/>
              </w:rPr>
            </w:pPr>
            <w:r w:rsidRPr="006762EE">
              <w:rPr>
                <w:rFonts w:ascii="Garamond" w:hAnsi="Garamond" w:cstheme="majorHAnsi"/>
                <w:b/>
                <w:bCs/>
                <w:sz w:val="22"/>
              </w:rPr>
              <w:t>Social Worker/Patient Navigator Signature:</w:t>
            </w:r>
            <w:r w:rsidRPr="006809C5">
              <w:rPr>
                <w:rFonts w:ascii="Garamond" w:hAnsi="Garamond" w:cstheme="majorHAnsi"/>
                <w:sz w:val="22"/>
              </w:rPr>
              <w:t xml:space="preserve"> __________________</w:t>
            </w:r>
            <w:r w:rsidR="00CA49FD" w:rsidRPr="006809C5">
              <w:rPr>
                <w:rFonts w:ascii="Garamond" w:hAnsi="Garamond" w:cstheme="majorHAnsi"/>
                <w:sz w:val="22"/>
              </w:rPr>
              <w:t>____________________________</w:t>
            </w:r>
          </w:p>
        </w:tc>
      </w:tr>
      <w:tr w:rsidR="00C85BFE" w:rsidRPr="006809C5" w14:paraId="4C1BEF55" w14:textId="77777777" w:rsidTr="006762EE">
        <w:trPr>
          <w:cantSplit/>
        </w:trPr>
        <w:tc>
          <w:tcPr>
            <w:tcW w:w="5256" w:type="dxa"/>
            <w:tcMar>
              <w:top w:w="80" w:type="dxa"/>
              <w:left w:w="90" w:type="dxa"/>
              <w:bottom w:w="80" w:type="dxa"/>
              <w:right w:w="90" w:type="dxa"/>
            </w:tcMar>
            <w:vAlign w:val="center"/>
          </w:tcPr>
          <w:p w14:paraId="4246C2DC" w14:textId="1D862792" w:rsidR="00C85BFE" w:rsidRPr="006809C5" w:rsidRDefault="0059053A">
            <w:pPr>
              <w:rPr>
                <w:rFonts w:ascii="Garamond" w:hAnsi="Garamond" w:cstheme="majorHAnsi"/>
                <w:sz w:val="22"/>
              </w:rPr>
            </w:pPr>
            <w:r>
              <w:rPr>
                <w:rFonts w:ascii="Garamond" w:hAnsi="Garamond" w:cstheme="majorHAnsi"/>
                <w:sz w:val="22"/>
              </w:rPr>
              <w:t>Printed Name</w:t>
            </w:r>
            <w:r w:rsidR="00000000" w:rsidRPr="006809C5">
              <w:rPr>
                <w:rFonts w:ascii="Garamond" w:hAnsi="Garamond" w:cstheme="majorHAnsi"/>
                <w:sz w:val="22"/>
              </w:rPr>
              <w:t>:</w:t>
            </w:r>
            <w:r w:rsidR="00CA49FD" w:rsidRPr="006809C5">
              <w:rPr>
                <w:rFonts w:ascii="Garamond" w:hAnsi="Garamond" w:cstheme="majorHAnsi"/>
                <w:sz w:val="22"/>
              </w:rPr>
              <w:t xml:space="preserve"> </w:t>
            </w:r>
            <w:r w:rsidR="00000000" w:rsidRPr="006809C5">
              <w:rPr>
                <w:rFonts w:ascii="Garamond" w:hAnsi="Garamond" w:cstheme="majorHAnsi"/>
                <w:sz w:val="22"/>
              </w:rPr>
              <w:t>__________________________________</w:t>
            </w:r>
          </w:p>
        </w:tc>
        <w:tc>
          <w:tcPr>
            <w:tcW w:w="5256" w:type="dxa"/>
            <w:tcMar>
              <w:top w:w="80" w:type="dxa"/>
              <w:left w:w="90" w:type="dxa"/>
              <w:bottom w:w="80" w:type="dxa"/>
              <w:right w:w="90" w:type="dxa"/>
            </w:tcMar>
            <w:vAlign w:val="center"/>
          </w:tcPr>
          <w:p w14:paraId="2FAE4864" w14:textId="5F29EFFB" w:rsidR="00C85BFE" w:rsidRPr="006809C5" w:rsidRDefault="0059053A">
            <w:pPr>
              <w:rPr>
                <w:rFonts w:ascii="Garamond" w:hAnsi="Garamond" w:cstheme="majorHAnsi"/>
                <w:sz w:val="22"/>
              </w:rPr>
            </w:pPr>
            <w:r>
              <w:rPr>
                <w:rFonts w:ascii="Garamond" w:hAnsi="Garamond" w:cstheme="majorHAnsi"/>
                <w:sz w:val="22"/>
              </w:rPr>
              <w:t>Printed Name</w:t>
            </w:r>
            <w:r>
              <w:rPr>
                <w:rFonts w:ascii="Garamond" w:hAnsi="Garamond" w:cstheme="majorHAnsi"/>
                <w:sz w:val="22"/>
              </w:rPr>
              <w:t xml:space="preserve">: </w:t>
            </w:r>
            <w:r w:rsidR="00000000" w:rsidRPr="006809C5">
              <w:rPr>
                <w:rFonts w:ascii="Garamond" w:hAnsi="Garamond" w:cstheme="majorHAnsi"/>
                <w:sz w:val="22"/>
              </w:rPr>
              <w:t>__________________________________</w:t>
            </w:r>
          </w:p>
        </w:tc>
      </w:tr>
      <w:tr w:rsidR="00C85BFE" w:rsidRPr="006809C5" w14:paraId="25B5C24B" w14:textId="77777777" w:rsidTr="006762EE">
        <w:trPr>
          <w:cantSplit/>
        </w:trPr>
        <w:tc>
          <w:tcPr>
            <w:tcW w:w="5256" w:type="dxa"/>
            <w:tcMar>
              <w:top w:w="80" w:type="dxa"/>
              <w:left w:w="90" w:type="dxa"/>
              <w:bottom w:w="80" w:type="dxa"/>
              <w:right w:w="90" w:type="dxa"/>
            </w:tcMar>
            <w:vAlign w:val="center"/>
          </w:tcPr>
          <w:p w14:paraId="66B962E6" w14:textId="47AA924A" w:rsidR="00C85BFE" w:rsidRPr="006809C5" w:rsidRDefault="00000000">
            <w:pPr>
              <w:rPr>
                <w:rFonts w:ascii="Garamond" w:hAnsi="Garamond" w:cstheme="majorHAnsi"/>
                <w:sz w:val="22"/>
              </w:rPr>
            </w:pPr>
            <w:r w:rsidRPr="006809C5">
              <w:rPr>
                <w:rFonts w:ascii="Garamond" w:hAnsi="Garamond" w:cstheme="majorHAnsi"/>
                <w:sz w:val="22"/>
              </w:rPr>
              <w:t>Phone:________________________________________</w:t>
            </w:r>
          </w:p>
        </w:tc>
        <w:tc>
          <w:tcPr>
            <w:tcW w:w="5256" w:type="dxa"/>
            <w:tcMar>
              <w:top w:w="80" w:type="dxa"/>
              <w:left w:w="90" w:type="dxa"/>
              <w:bottom w:w="80" w:type="dxa"/>
              <w:right w:w="90" w:type="dxa"/>
            </w:tcMar>
            <w:vAlign w:val="center"/>
          </w:tcPr>
          <w:p w14:paraId="7113F548" w14:textId="18CD5D27" w:rsidR="00C85BFE" w:rsidRPr="006809C5" w:rsidRDefault="00000000">
            <w:pPr>
              <w:rPr>
                <w:rFonts w:ascii="Garamond" w:hAnsi="Garamond" w:cstheme="majorHAnsi"/>
                <w:sz w:val="22"/>
              </w:rPr>
            </w:pPr>
            <w:r w:rsidRPr="006809C5">
              <w:rPr>
                <w:rFonts w:ascii="Garamond" w:hAnsi="Garamond" w:cstheme="majorHAnsi"/>
                <w:sz w:val="22"/>
              </w:rPr>
              <w:t>Phone: ________________________________________</w:t>
            </w:r>
          </w:p>
        </w:tc>
      </w:tr>
      <w:tr w:rsidR="00C85BFE" w:rsidRPr="006809C5" w14:paraId="6A98575A" w14:textId="77777777" w:rsidTr="006762EE">
        <w:trPr>
          <w:cantSplit/>
        </w:trPr>
        <w:tc>
          <w:tcPr>
            <w:tcW w:w="5256" w:type="dxa"/>
            <w:tcMar>
              <w:top w:w="80" w:type="dxa"/>
              <w:left w:w="90" w:type="dxa"/>
              <w:bottom w:w="80" w:type="dxa"/>
              <w:right w:w="90" w:type="dxa"/>
            </w:tcMar>
            <w:vAlign w:val="center"/>
          </w:tcPr>
          <w:p w14:paraId="2CA42D91" w14:textId="037AD957" w:rsidR="00C85BFE" w:rsidRPr="006809C5" w:rsidRDefault="00000000">
            <w:pPr>
              <w:rPr>
                <w:rFonts w:ascii="Garamond" w:hAnsi="Garamond" w:cstheme="majorHAnsi"/>
                <w:sz w:val="22"/>
              </w:rPr>
            </w:pPr>
            <w:r w:rsidRPr="006809C5">
              <w:rPr>
                <w:rFonts w:ascii="Garamond" w:hAnsi="Garamond" w:cstheme="majorHAnsi"/>
                <w:sz w:val="22"/>
              </w:rPr>
              <w:t>Email: ________________________________________</w:t>
            </w:r>
          </w:p>
        </w:tc>
        <w:tc>
          <w:tcPr>
            <w:tcW w:w="5256" w:type="dxa"/>
            <w:tcMar>
              <w:top w:w="80" w:type="dxa"/>
              <w:left w:w="90" w:type="dxa"/>
              <w:bottom w:w="80" w:type="dxa"/>
              <w:right w:w="90" w:type="dxa"/>
            </w:tcMar>
            <w:vAlign w:val="center"/>
          </w:tcPr>
          <w:p w14:paraId="3174D83D" w14:textId="5BB58638" w:rsidR="00C85BFE" w:rsidRPr="006809C5" w:rsidRDefault="00000000">
            <w:pPr>
              <w:rPr>
                <w:rFonts w:ascii="Garamond" w:hAnsi="Garamond" w:cstheme="majorHAnsi"/>
                <w:sz w:val="22"/>
              </w:rPr>
            </w:pPr>
            <w:r w:rsidRPr="006809C5">
              <w:rPr>
                <w:rFonts w:ascii="Garamond" w:hAnsi="Garamond" w:cstheme="majorHAnsi"/>
                <w:sz w:val="22"/>
              </w:rPr>
              <w:t>Email: ________________________________________</w:t>
            </w:r>
          </w:p>
        </w:tc>
      </w:tr>
      <w:tr w:rsidR="00C85BFE" w:rsidRPr="006809C5" w14:paraId="046B66AC" w14:textId="77777777" w:rsidTr="006762EE">
        <w:trPr>
          <w:cantSplit/>
        </w:trPr>
        <w:tc>
          <w:tcPr>
            <w:tcW w:w="5256" w:type="dxa"/>
            <w:tcMar>
              <w:top w:w="80" w:type="dxa"/>
              <w:left w:w="90" w:type="dxa"/>
              <w:bottom w:w="80" w:type="dxa"/>
              <w:right w:w="90" w:type="dxa"/>
            </w:tcMar>
            <w:vAlign w:val="center"/>
          </w:tcPr>
          <w:p w14:paraId="715C0490" w14:textId="4B96BD89" w:rsidR="00C85BFE" w:rsidRPr="006809C5" w:rsidRDefault="00000000">
            <w:pPr>
              <w:rPr>
                <w:rFonts w:ascii="Garamond" w:hAnsi="Garamond" w:cstheme="majorHAnsi"/>
                <w:sz w:val="22"/>
              </w:rPr>
            </w:pPr>
            <w:r w:rsidRPr="006809C5">
              <w:rPr>
                <w:rFonts w:ascii="Garamond" w:hAnsi="Garamond" w:cstheme="majorHAnsi"/>
                <w:sz w:val="22"/>
              </w:rPr>
              <w:t>Facility: _______________________________________</w:t>
            </w:r>
          </w:p>
        </w:tc>
        <w:tc>
          <w:tcPr>
            <w:tcW w:w="5256" w:type="dxa"/>
            <w:tcMar>
              <w:top w:w="80" w:type="dxa"/>
              <w:left w:w="90" w:type="dxa"/>
              <w:bottom w:w="80" w:type="dxa"/>
              <w:right w:w="90" w:type="dxa"/>
            </w:tcMar>
            <w:vAlign w:val="center"/>
          </w:tcPr>
          <w:p w14:paraId="72280597" w14:textId="4C485B49" w:rsidR="00C85BFE" w:rsidRPr="006809C5" w:rsidRDefault="00000000">
            <w:pPr>
              <w:rPr>
                <w:rFonts w:ascii="Garamond" w:hAnsi="Garamond" w:cstheme="majorHAnsi"/>
                <w:sz w:val="22"/>
              </w:rPr>
            </w:pPr>
            <w:r w:rsidRPr="006809C5">
              <w:rPr>
                <w:rFonts w:ascii="Garamond" w:hAnsi="Garamond" w:cstheme="majorHAnsi"/>
                <w:sz w:val="22"/>
              </w:rPr>
              <w:t>Facility: _______________________________________</w:t>
            </w:r>
          </w:p>
        </w:tc>
      </w:tr>
      <w:tr w:rsidR="00C85BFE" w:rsidRPr="006809C5" w14:paraId="0CB5F8F7" w14:textId="77777777" w:rsidTr="006762EE">
        <w:trPr>
          <w:cantSplit/>
        </w:trPr>
        <w:tc>
          <w:tcPr>
            <w:tcW w:w="5256" w:type="dxa"/>
            <w:tcMar>
              <w:top w:w="80" w:type="dxa"/>
              <w:left w:w="90" w:type="dxa"/>
              <w:bottom w:w="80" w:type="dxa"/>
              <w:right w:w="90" w:type="dxa"/>
            </w:tcMar>
            <w:vAlign w:val="center"/>
          </w:tcPr>
          <w:p w14:paraId="274E8EDB" w14:textId="5A4B58EF" w:rsidR="00C85BFE" w:rsidRPr="006809C5" w:rsidRDefault="00000000">
            <w:pPr>
              <w:rPr>
                <w:rFonts w:ascii="Garamond" w:hAnsi="Garamond" w:cstheme="majorHAnsi"/>
                <w:sz w:val="22"/>
              </w:rPr>
            </w:pPr>
            <w:r w:rsidRPr="006809C5">
              <w:rPr>
                <w:rFonts w:ascii="Garamond" w:hAnsi="Garamond" w:cstheme="majorHAnsi"/>
                <w:sz w:val="22"/>
              </w:rPr>
              <w:t>Address: ______________________________________</w:t>
            </w:r>
          </w:p>
        </w:tc>
        <w:tc>
          <w:tcPr>
            <w:tcW w:w="5256" w:type="dxa"/>
            <w:tcMar>
              <w:top w:w="80" w:type="dxa"/>
              <w:left w:w="90" w:type="dxa"/>
              <w:bottom w:w="80" w:type="dxa"/>
              <w:right w:w="90" w:type="dxa"/>
            </w:tcMar>
            <w:vAlign w:val="center"/>
          </w:tcPr>
          <w:p w14:paraId="0BCB2E25" w14:textId="514C9DF5" w:rsidR="00C85BFE" w:rsidRPr="006809C5" w:rsidRDefault="00000000">
            <w:pPr>
              <w:rPr>
                <w:rFonts w:ascii="Garamond" w:hAnsi="Garamond" w:cstheme="majorHAnsi"/>
                <w:sz w:val="22"/>
              </w:rPr>
            </w:pPr>
            <w:r w:rsidRPr="006809C5">
              <w:rPr>
                <w:rFonts w:ascii="Garamond" w:hAnsi="Garamond" w:cstheme="majorHAnsi"/>
                <w:sz w:val="22"/>
              </w:rPr>
              <w:t>City, State, Zip</w:t>
            </w:r>
            <w:r w:rsidR="006762EE">
              <w:rPr>
                <w:rFonts w:ascii="Garamond" w:hAnsi="Garamond" w:cstheme="majorHAnsi"/>
                <w:sz w:val="22"/>
              </w:rPr>
              <w:t xml:space="preserve"> Code</w:t>
            </w:r>
            <w:r w:rsidRPr="006809C5">
              <w:rPr>
                <w:rFonts w:ascii="Garamond" w:hAnsi="Garamond" w:cstheme="majorHAnsi"/>
                <w:sz w:val="22"/>
              </w:rPr>
              <w:t>: _____________________________</w:t>
            </w:r>
          </w:p>
        </w:tc>
      </w:tr>
    </w:tbl>
    <w:p w14:paraId="056FF40F" w14:textId="77777777" w:rsidR="00CA6F33" w:rsidRDefault="00CA6F33">
      <w:pPr>
        <w:spacing w:before="160" w:after="80"/>
        <w:rPr>
          <w:rFonts w:ascii="Garamond" w:hAnsi="Garamond" w:cstheme="majorHAnsi"/>
          <w:b/>
          <w:color w:val="31849B" w:themeColor="accent5" w:themeShade="BF"/>
          <w:sz w:val="24"/>
          <w:szCs w:val="24"/>
        </w:rPr>
      </w:pPr>
    </w:p>
    <w:p w14:paraId="3C1CE60F" w14:textId="29D5AD8E" w:rsidR="00C85BFE" w:rsidRPr="006809C5" w:rsidRDefault="00000000">
      <w:pPr>
        <w:spacing w:before="160" w:after="80"/>
        <w:rPr>
          <w:rFonts w:ascii="Garamond" w:hAnsi="Garamond" w:cstheme="majorHAnsi"/>
          <w:color w:val="31849B" w:themeColor="accent5" w:themeShade="BF"/>
          <w:sz w:val="24"/>
          <w:szCs w:val="24"/>
        </w:rPr>
      </w:pPr>
      <w:r w:rsidRPr="006809C5">
        <w:rPr>
          <w:rFonts w:ascii="Garamond" w:hAnsi="Garamond" w:cstheme="majorHAnsi"/>
          <w:b/>
          <w:color w:val="31849B" w:themeColor="accent5" w:themeShade="BF"/>
          <w:sz w:val="24"/>
          <w:szCs w:val="24"/>
        </w:rPr>
        <w:t>Submission Checklist</w:t>
      </w:r>
    </w:p>
    <w:p w14:paraId="37393D7B" w14:textId="38296257" w:rsidR="00C85BFE" w:rsidRPr="006809C5" w:rsidRDefault="00000000">
      <w:pPr>
        <w:rPr>
          <w:rFonts w:ascii="Garamond" w:hAnsi="Garamond" w:cstheme="majorHAnsi"/>
          <w:sz w:val="22"/>
        </w:rPr>
      </w:pPr>
      <w:r w:rsidRPr="006809C5">
        <w:rPr>
          <w:rFonts w:ascii="Segoe UI Symbol" w:hAnsi="Segoe UI Symbol" w:cs="Segoe UI Symbol"/>
          <w:sz w:val="22"/>
        </w:rPr>
        <w:t>☐</w:t>
      </w:r>
      <w:r w:rsidRPr="006809C5">
        <w:rPr>
          <w:rFonts w:ascii="Garamond" w:hAnsi="Garamond" w:cstheme="majorHAnsi"/>
          <w:sz w:val="22"/>
        </w:rPr>
        <w:t xml:space="preserve"> Completed application</w:t>
      </w:r>
      <w:r w:rsidR="00EC3252" w:rsidRPr="006809C5">
        <w:rPr>
          <w:rFonts w:ascii="Garamond" w:hAnsi="Garamond" w:cstheme="majorHAnsi"/>
          <w:sz w:val="22"/>
        </w:rPr>
        <w:t xml:space="preserve">    </w:t>
      </w:r>
      <w:r w:rsidRPr="006809C5">
        <w:rPr>
          <w:rFonts w:ascii="Segoe UI Symbol" w:hAnsi="Segoe UI Symbol" w:cs="Segoe UI Symbol"/>
          <w:sz w:val="22"/>
        </w:rPr>
        <w:t>☐</w:t>
      </w:r>
      <w:r w:rsidRPr="006809C5">
        <w:rPr>
          <w:rFonts w:ascii="Garamond" w:hAnsi="Garamond" w:cstheme="majorHAnsi"/>
          <w:sz w:val="22"/>
        </w:rPr>
        <w:t xml:space="preserve"> Vendor invoice, bill, statement, or supporting documentation</w:t>
      </w:r>
    </w:p>
    <w:p w14:paraId="29F86383" w14:textId="77777777" w:rsidR="00C85BFE" w:rsidRPr="006809C5" w:rsidRDefault="00000000">
      <w:pPr>
        <w:rPr>
          <w:rFonts w:ascii="Garamond" w:hAnsi="Garamond" w:cstheme="majorHAnsi"/>
          <w:sz w:val="22"/>
        </w:rPr>
      </w:pPr>
      <w:r w:rsidRPr="006809C5">
        <w:rPr>
          <w:rFonts w:ascii="Segoe UI Symbol" w:hAnsi="Segoe UI Symbol" w:cs="Segoe UI Symbol"/>
          <w:sz w:val="22"/>
        </w:rPr>
        <w:t>☐</w:t>
      </w:r>
      <w:r w:rsidRPr="006809C5">
        <w:rPr>
          <w:rFonts w:ascii="Garamond" w:hAnsi="Garamond" w:cstheme="majorHAnsi"/>
          <w:sz w:val="22"/>
        </w:rPr>
        <w:t xml:space="preserve"> Required healthcare professional verification</w:t>
      </w:r>
    </w:p>
    <w:p w14:paraId="390E6B89" w14:textId="77777777" w:rsidR="00C85BFE" w:rsidRPr="006809C5" w:rsidRDefault="00000000">
      <w:pPr>
        <w:rPr>
          <w:rFonts w:ascii="Garamond" w:hAnsi="Garamond" w:cstheme="majorHAnsi"/>
          <w:sz w:val="22"/>
        </w:rPr>
      </w:pPr>
      <w:r w:rsidRPr="006809C5">
        <w:rPr>
          <w:rFonts w:ascii="Segoe UI Symbol" w:hAnsi="Segoe UI Symbol" w:cs="Segoe UI Symbol"/>
          <w:sz w:val="22"/>
        </w:rPr>
        <w:t>☐</w:t>
      </w:r>
      <w:r w:rsidRPr="006809C5">
        <w:rPr>
          <w:rFonts w:ascii="Garamond" w:hAnsi="Garamond" w:cstheme="majorHAnsi"/>
          <w:sz w:val="22"/>
        </w:rPr>
        <w:t xml:space="preserve"> Signed Patient Authorization for Disclosure of Protected Health Information</w:t>
      </w:r>
    </w:p>
    <w:p w14:paraId="21947CC0" w14:textId="77777777" w:rsidR="00CA6F33" w:rsidRDefault="00CA6F33">
      <w:pPr>
        <w:spacing w:before="160" w:after="80"/>
        <w:rPr>
          <w:rFonts w:ascii="Garamond" w:hAnsi="Garamond" w:cstheme="majorHAnsi"/>
          <w:b/>
          <w:color w:val="31849B" w:themeColor="accent5" w:themeShade="BF"/>
          <w:sz w:val="24"/>
          <w:szCs w:val="24"/>
        </w:rPr>
      </w:pPr>
    </w:p>
    <w:p w14:paraId="79404387" w14:textId="32F2A443" w:rsidR="00C85BFE" w:rsidRPr="006809C5" w:rsidRDefault="0030119F">
      <w:pPr>
        <w:spacing w:before="160" w:after="80"/>
        <w:rPr>
          <w:rFonts w:ascii="Garamond" w:hAnsi="Garamond" w:cstheme="majorHAnsi"/>
          <w:color w:val="31849B" w:themeColor="accent5" w:themeShade="BF"/>
          <w:sz w:val="24"/>
          <w:szCs w:val="24"/>
        </w:rPr>
      </w:pPr>
      <w:r w:rsidRPr="006809C5">
        <w:rPr>
          <w:rFonts w:ascii="Garamond" w:hAnsi="Garamond" w:cstheme="majorHAnsi"/>
          <w:b/>
          <w:noProof/>
          <w:color w:val="31849B" w:themeColor="accent5" w:themeShade="BF"/>
          <w:sz w:val="24"/>
          <w:szCs w:val="24"/>
        </w:rPr>
        <w:drawing>
          <wp:anchor distT="0" distB="0" distL="114300" distR="114300" simplePos="0" relativeHeight="251658240" behindDoc="0" locked="0" layoutInCell="1" allowOverlap="1" wp14:anchorId="619D6136" wp14:editId="7D66D9E3">
            <wp:simplePos x="0" y="0"/>
            <wp:positionH relativeFrom="column">
              <wp:posOffset>4448810</wp:posOffset>
            </wp:positionH>
            <wp:positionV relativeFrom="paragraph">
              <wp:posOffset>156210</wp:posOffset>
            </wp:positionV>
            <wp:extent cx="2055681" cy="1301750"/>
            <wp:effectExtent l="0" t="0" r="1905" b="0"/>
            <wp:wrapNone/>
            <wp:docPr id="643858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58568" name="Picture 643858568"/>
                    <pic:cNvPicPr/>
                  </pic:nvPicPr>
                  <pic:blipFill>
                    <a:blip r:embed="rId11"/>
                    <a:stretch>
                      <a:fillRect/>
                    </a:stretch>
                  </pic:blipFill>
                  <pic:spPr>
                    <a:xfrm>
                      <a:off x="0" y="0"/>
                      <a:ext cx="2055681" cy="1301750"/>
                    </a:xfrm>
                    <a:prstGeom prst="rect">
                      <a:avLst/>
                    </a:prstGeom>
                  </pic:spPr>
                </pic:pic>
              </a:graphicData>
            </a:graphic>
            <wp14:sizeRelH relativeFrom="margin">
              <wp14:pctWidth>0</wp14:pctWidth>
            </wp14:sizeRelH>
            <wp14:sizeRelV relativeFrom="margin">
              <wp14:pctHeight>0</wp14:pctHeight>
            </wp14:sizeRelV>
          </wp:anchor>
        </w:drawing>
      </w:r>
      <w:r w:rsidR="00000000" w:rsidRPr="006809C5">
        <w:rPr>
          <w:rFonts w:ascii="Garamond" w:hAnsi="Garamond" w:cstheme="majorHAnsi"/>
          <w:b/>
          <w:color w:val="31849B" w:themeColor="accent5" w:themeShade="BF"/>
          <w:sz w:val="24"/>
          <w:szCs w:val="24"/>
        </w:rPr>
        <w:t>Submission Information</w:t>
      </w:r>
    </w:p>
    <w:p w14:paraId="6A561720" w14:textId="78DB81BB" w:rsidR="0030119F" w:rsidRPr="006809C5" w:rsidRDefault="0030119F" w:rsidP="0030119F">
      <w:pPr>
        <w:spacing w:line="240" w:lineRule="auto"/>
        <w:contextualSpacing/>
        <w:rPr>
          <w:rFonts w:ascii="Garamond" w:hAnsi="Garamond" w:cstheme="majorHAnsi"/>
          <w:b/>
          <w:color w:val="000000" w:themeColor="text1"/>
          <w:sz w:val="22"/>
        </w:rPr>
      </w:pPr>
      <w:r w:rsidRPr="006809C5">
        <w:rPr>
          <w:rFonts w:ascii="Garamond" w:hAnsi="Garamond" w:cstheme="majorHAnsi"/>
          <w:b/>
          <w:color w:val="000000" w:themeColor="text1"/>
          <w:sz w:val="22"/>
        </w:rPr>
        <w:t>Jennifer McGrath, Executive Director</w:t>
      </w:r>
    </w:p>
    <w:p w14:paraId="056A38DA" w14:textId="77777777" w:rsidR="0030119F" w:rsidRPr="006809C5" w:rsidRDefault="00000000" w:rsidP="0030119F">
      <w:pPr>
        <w:spacing w:line="240" w:lineRule="auto"/>
        <w:contextualSpacing/>
        <w:rPr>
          <w:rFonts w:ascii="Garamond" w:hAnsi="Garamond" w:cstheme="majorHAnsi"/>
          <w:b/>
          <w:color w:val="31849B" w:themeColor="accent5" w:themeShade="BF"/>
          <w:sz w:val="22"/>
        </w:rPr>
      </w:pPr>
      <w:r w:rsidRPr="006809C5">
        <w:rPr>
          <w:rFonts w:ascii="Garamond" w:hAnsi="Garamond" w:cstheme="majorHAnsi"/>
          <w:b/>
          <w:color w:val="000000" w:themeColor="text1"/>
          <w:sz w:val="22"/>
        </w:rPr>
        <w:t>H.O.W. (Hearing the Ovarian Cancer Whisper</w:t>
      </w:r>
      <w:r w:rsidR="00EC3252" w:rsidRPr="006809C5">
        <w:rPr>
          <w:rFonts w:ascii="Garamond" w:hAnsi="Garamond" w:cstheme="majorHAnsi"/>
          <w:b/>
          <w:color w:val="000000" w:themeColor="text1"/>
          <w:sz w:val="22"/>
        </w:rPr>
        <w:t>, Inc.</w:t>
      </w:r>
      <w:r w:rsidRPr="006809C5">
        <w:rPr>
          <w:rFonts w:ascii="Garamond" w:hAnsi="Garamond" w:cstheme="majorHAnsi"/>
          <w:b/>
          <w:color w:val="000000" w:themeColor="text1"/>
          <w:sz w:val="22"/>
        </w:rPr>
        <w:t>)</w:t>
      </w:r>
      <w:r w:rsidR="00EC3252" w:rsidRPr="006809C5">
        <w:rPr>
          <w:rFonts w:ascii="Garamond" w:hAnsi="Garamond" w:cstheme="majorHAnsi"/>
          <w:b/>
          <w:color w:val="000000" w:themeColor="text1"/>
          <w:sz w:val="22"/>
        </w:rPr>
        <w:t xml:space="preserve">    </w:t>
      </w:r>
      <w:r w:rsidRPr="006809C5">
        <w:rPr>
          <w:rFonts w:ascii="Garamond" w:hAnsi="Garamond" w:cstheme="majorHAnsi"/>
          <w:b/>
          <w:color w:val="000000" w:themeColor="text1"/>
          <w:sz w:val="22"/>
        </w:rPr>
        <w:br/>
        <w:t>PO Box 3504</w:t>
      </w:r>
      <w:r w:rsidRPr="006809C5">
        <w:rPr>
          <w:rFonts w:ascii="Garamond" w:hAnsi="Garamond" w:cstheme="majorHAnsi"/>
          <w:b/>
          <w:color w:val="000000" w:themeColor="text1"/>
          <w:sz w:val="22"/>
        </w:rPr>
        <w:br/>
        <w:t>Jupiter, FL 33469</w:t>
      </w:r>
      <w:r w:rsidRPr="006809C5">
        <w:rPr>
          <w:rFonts w:ascii="Garamond" w:hAnsi="Garamond" w:cstheme="majorHAnsi"/>
          <w:b/>
          <w:color w:val="000000" w:themeColor="text1"/>
          <w:sz w:val="22"/>
        </w:rPr>
        <w:br/>
      </w:r>
    </w:p>
    <w:p w14:paraId="316B8D4D" w14:textId="097414A2" w:rsidR="00C85BFE" w:rsidRPr="006809C5" w:rsidRDefault="00000000" w:rsidP="0030119F">
      <w:pPr>
        <w:spacing w:line="240" w:lineRule="auto"/>
        <w:contextualSpacing/>
        <w:rPr>
          <w:rFonts w:ascii="Garamond" w:hAnsi="Garamond" w:cstheme="majorHAnsi"/>
          <w:b/>
          <w:color w:val="000000" w:themeColor="text1"/>
          <w:sz w:val="22"/>
        </w:rPr>
      </w:pPr>
      <w:r w:rsidRPr="006809C5">
        <w:rPr>
          <w:rFonts w:ascii="Garamond" w:hAnsi="Garamond" w:cstheme="majorHAnsi"/>
          <w:b/>
          <w:color w:val="31849B" w:themeColor="accent5" w:themeShade="BF"/>
          <w:sz w:val="22"/>
        </w:rPr>
        <w:t>P:</w:t>
      </w:r>
      <w:r w:rsidRPr="006809C5">
        <w:rPr>
          <w:rFonts w:ascii="Garamond" w:hAnsi="Garamond" w:cstheme="majorHAnsi"/>
          <w:b/>
          <w:color w:val="000000" w:themeColor="text1"/>
          <w:sz w:val="22"/>
        </w:rPr>
        <w:t xml:space="preserve"> (561) </w:t>
      </w:r>
      <w:r w:rsidR="002D3EE3">
        <w:rPr>
          <w:rFonts w:ascii="Garamond" w:hAnsi="Garamond" w:cstheme="majorHAnsi"/>
          <w:b/>
          <w:color w:val="000000" w:themeColor="text1"/>
          <w:sz w:val="22"/>
        </w:rPr>
        <w:t>262-6343</w:t>
      </w:r>
      <w:r w:rsidRPr="006809C5">
        <w:rPr>
          <w:rFonts w:ascii="Garamond" w:hAnsi="Garamond" w:cstheme="majorHAnsi"/>
          <w:b/>
          <w:color w:val="000000" w:themeColor="text1"/>
          <w:sz w:val="22"/>
        </w:rPr>
        <w:t xml:space="preserve">   </w:t>
      </w:r>
      <w:r w:rsidRPr="006809C5">
        <w:rPr>
          <w:rFonts w:ascii="Garamond" w:hAnsi="Garamond" w:cstheme="majorHAnsi"/>
          <w:b/>
          <w:color w:val="31849B" w:themeColor="accent5" w:themeShade="BF"/>
          <w:sz w:val="22"/>
        </w:rPr>
        <w:t xml:space="preserve">F: </w:t>
      </w:r>
      <w:r w:rsidRPr="006809C5">
        <w:rPr>
          <w:rFonts w:ascii="Garamond" w:hAnsi="Garamond" w:cstheme="majorHAnsi"/>
          <w:b/>
          <w:color w:val="000000" w:themeColor="text1"/>
          <w:sz w:val="22"/>
        </w:rPr>
        <w:t>(561) 246-4053</w:t>
      </w:r>
      <w:r w:rsidRPr="006809C5">
        <w:rPr>
          <w:rFonts w:ascii="Garamond" w:hAnsi="Garamond" w:cstheme="majorHAnsi"/>
          <w:b/>
          <w:color w:val="000000" w:themeColor="text1"/>
          <w:sz w:val="22"/>
        </w:rPr>
        <w:br/>
      </w:r>
      <w:r w:rsidRPr="006809C5">
        <w:rPr>
          <w:rFonts w:ascii="Garamond" w:hAnsi="Garamond" w:cstheme="majorHAnsi"/>
          <w:b/>
          <w:color w:val="31849B" w:themeColor="accent5" w:themeShade="BF"/>
          <w:sz w:val="22"/>
          <w:shd w:val="clear" w:color="auto" w:fill="FFFFFF" w:themeFill="background1"/>
        </w:rPr>
        <w:t>E:</w:t>
      </w:r>
      <w:r w:rsidRPr="006809C5">
        <w:rPr>
          <w:rFonts w:ascii="Garamond" w:hAnsi="Garamond" w:cstheme="majorHAnsi"/>
          <w:b/>
          <w:color w:val="000000" w:themeColor="text1"/>
          <w:sz w:val="22"/>
        </w:rPr>
        <w:t xml:space="preserve"> Jennifer@howflorida.org   </w:t>
      </w:r>
      <w:r w:rsidRPr="006809C5">
        <w:rPr>
          <w:rFonts w:ascii="Garamond" w:hAnsi="Garamond" w:cstheme="majorHAnsi"/>
          <w:b/>
          <w:color w:val="31849B" w:themeColor="accent5" w:themeShade="BF"/>
          <w:sz w:val="22"/>
        </w:rPr>
        <w:t xml:space="preserve">W: </w:t>
      </w:r>
      <w:r w:rsidRPr="006809C5">
        <w:rPr>
          <w:rFonts w:ascii="Garamond" w:hAnsi="Garamond" w:cstheme="majorHAnsi"/>
          <w:b/>
          <w:color w:val="000000" w:themeColor="text1"/>
          <w:sz w:val="22"/>
        </w:rPr>
        <w:t>howflorida.org</w:t>
      </w:r>
    </w:p>
    <w:p w14:paraId="1917836E" w14:textId="77777777" w:rsidR="00254AAC" w:rsidRPr="006809C5" w:rsidRDefault="00254AAC" w:rsidP="0087084F">
      <w:pPr>
        <w:keepLines/>
        <w:spacing w:before="120"/>
        <w:jc w:val="center"/>
        <w:rPr>
          <w:rFonts w:ascii="Garamond" w:hAnsi="Garamond" w:cstheme="majorHAnsi"/>
          <w:i/>
          <w:sz w:val="20"/>
          <w:szCs w:val="20"/>
        </w:rPr>
      </w:pPr>
    </w:p>
    <w:p w14:paraId="0618952C" w14:textId="563DBA0E" w:rsidR="00C85BFE" w:rsidRPr="006809C5" w:rsidRDefault="00000000" w:rsidP="0087084F">
      <w:pPr>
        <w:keepLines/>
        <w:spacing w:before="120"/>
        <w:jc w:val="center"/>
        <w:rPr>
          <w:rFonts w:ascii="Garamond" w:hAnsi="Garamond" w:cstheme="majorHAnsi"/>
          <w:iCs/>
          <w:sz w:val="24"/>
          <w:szCs w:val="24"/>
        </w:rPr>
      </w:pPr>
      <w:r w:rsidRPr="006809C5">
        <w:rPr>
          <w:rFonts w:ascii="Garamond" w:hAnsi="Garamond" w:cstheme="majorHAnsi"/>
          <w:iCs/>
          <w:sz w:val="24"/>
          <w:szCs w:val="24"/>
        </w:rPr>
        <w:t>Submission of an application does not guarantee funding. H.O.W. reviews completed applications based on eligibility requirements, available funding, and supporting documentation. H.O.W. may contact the applicant, healthcare provider, social worker, or vendor if additional information is required.</w:t>
      </w:r>
    </w:p>
    <w:sectPr w:rsidR="00C85BFE" w:rsidRPr="006809C5" w:rsidSect="00B73A28">
      <w:footerReference w:type="default" r:id="rId12"/>
      <w:pgSz w:w="12240" w:h="15840"/>
      <w:pgMar w:top="720" w:right="864" w:bottom="720" w:left="86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53AF9" w14:textId="77777777" w:rsidR="003D7F79" w:rsidRDefault="003D7F79">
      <w:pPr>
        <w:spacing w:after="0" w:line="240" w:lineRule="auto"/>
      </w:pPr>
      <w:r>
        <w:separator/>
      </w:r>
    </w:p>
  </w:endnote>
  <w:endnote w:type="continuationSeparator" w:id="0">
    <w:p w14:paraId="6C4A7DA8" w14:textId="77777777" w:rsidR="003D7F79" w:rsidRDefault="003D7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530751"/>
      <w:docPartObj>
        <w:docPartGallery w:val="Page Numbers (Bottom of Page)"/>
        <w:docPartUnique/>
      </w:docPartObj>
    </w:sdtPr>
    <w:sdtEndPr>
      <w:rPr>
        <w:noProof/>
      </w:rPr>
    </w:sdtEndPr>
    <w:sdtContent>
      <w:p w14:paraId="4EFF9434" w14:textId="53A61C0B" w:rsidR="00B73A28" w:rsidRDefault="00B73A28">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1FF5AC57" w14:textId="6E97C222" w:rsidR="00C85BFE" w:rsidRDefault="00C85BF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40AD" w14:textId="77777777" w:rsidR="003D7F79" w:rsidRDefault="003D7F79">
      <w:pPr>
        <w:spacing w:after="0" w:line="240" w:lineRule="auto"/>
      </w:pPr>
      <w:r>
        <w:separator/>
      </w:r>
    </w:p>
  </w:footnote>
  <w:footnote w:type="continuationSeparator" w:id="0">
    <w:p w14:paraId="1DB57557" w14:textId="77777777" w:rsidR="003D7F79" w:rsidRDefault="003D7F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0A40E66"/>
    <w:multiLevelType w:val="hybridMultilevel"/>
    <w:tmpl w:val="14FEA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09016415">
    <w:abstractNumId w:val="8"/>
  </w:num>
  <w:num w:numId="2" w16cid:durableId="370305507">
    <w:abstractNumId w:val="6"/>
  </w:num>
  <w:num w:numId="3" w16cid:durableId="2068145992">
    <w:abstractNumId w:val="5"/>
  </w:num>
  <w:num w:numId="4" w16cid:durableId="513544172">
    <w:abstractNumId w:val="4"/>
  </w:num>
  <w:num w:numId="5" w16cid:durableId="1004628513">
    <w:abstractNumId w:val="7"/>
  </w:num>
  <w:num w:numId="6" w16cid:durableId="902570763">
    <w:abstractNumId w:val="3"/>
  </w:num>
  <w:num w:numId="7" w16cid:durableId="603684858">
    <w:abstractNumId w:val="2"/>
  </w:num>
  <w:num w:numId="8" w16cid:durableId="1562983480">
    <w:abstractNumId w:val="1"/>
  </w:num>
  <w:num w:numId="9" w16cid:durableId="338625440">
    <w:abstractNumId w:val="0"/>
  </w:num>
  <w:num w:numId="10" w16cid:durableId="188948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D70"/>
    <w:rsid w:val="0015074B"/>
    <w:rsid w:val="00252095"/>
    <w:rsid w:val="00254AAC"/>
    <w:rsid w:val="00255EF5"/>
    <w:rsid w:val="002833AE"/>
    <w:rsid w:val="0029639D"/>
    <w:rsid w:val="002D3EE3"/>
    <w:rsid w:val="0030119F"/>
    <w:rsid w:val="00304342"/>
    <w:rsid w:val="00313AEC"/>
    <w:rsid w:val="00326F90"/>
    <w:rsid w:val="00337885"/>
    <w:rsid w:val="003D7F79"/>
    <w:rsid w:val="004339C2"/>
    <w:rsid w:val="0059053A"/>
    <w:rsid w:val="006762EE"/>
    <w:rsid w:val="006809C5"/>
    <w:rsid w:val="006B285F"/>
    <w:rsid w:val="006C1DBD"/>
    <w:rsid w:val="006C7471"/>
    <w:rsid w:val="006E650C"/>
    <w:rsid w:val="007161D5"/>
    <w:rsid w:val="0075463B"/>
    <w:rsid w:val="007D7C96"/>
    <w:rsid w:val="00837C25"/>
    <w:rsid w:val="0087084F"/>
    <w:rsid w:val="008710F0"/>
    <w:rsid w:val="009E379A"/>
    <w:rsid w:val="00A96F26"/>
    <w:rsid w:val="00AA1D8D"/>
    <w:rsid w:val="00B03F9C"/>
    <w:rsid w:val="00B21185"/>
    <w:rsid w:val="00B47730"/>
    <w:rsid w:val="00B73A28"/>
    <w:rsid w:val="00B845A4"/>
    <w:rsid w:val="00BA2893"/>
    <w:rsid w:val="00C20BFC"/>
    <w:rsid w:val="00C709D2"/>
    <w:rsid w:val="00C85BFE"/>
    <w:rsid w:val="00CA49FD"/>
    <w:rsid w:val="00CA6F33"/>
    <w:rsid w:val="00CB0664"/>
    <w:rsid w:val="00D2687F"/>
    <w:rsid w:val="00DC14A3"/>
    <w:rsid w:val="00E4131A"/>
    <w:rsid w:val="00EC3252"/>
    <w:rsid w:val="00F25F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75BC1"/>
  <w14:defaultImageDpi w14:val="300"/>
  <w15:docId w15:val="{3E0FAB7C-124B-44B6-AC8C-F50875EC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6AF134F5ED864297ACB60F82FF11F2" ma:contentTypeVersion="18" ma:contentTypeDescription="Create a new document." ma:contentTypeScope="" ma:versionID="4ed20738480d0624a12a562d71c41e19">
  <xsd:schema xmlns:xsd="http://www.w3.org/2001/XMLSchema" xmlns:xs="http://www.w3.org/2001/XMLSchema" xmlns:p="http://schemas.microsoft.com/office/2006/metadata/properties" xmlns:ns2="d5fca2af-c523-4ed9-a041-fc78164b856b" xmlns:ns3="79055c8c-52c6-4b14-a28d-72b771612258" targetNamespace="http://schemas.microsoft.com/office/2006/metadata/properties" ma:root="true" ma:fieldsID="aecaa48bc9ca8cbe0dd18f18db1c1be1" ns2:_="" ns3:_="">
    <xsd:import namespace="d5fca2af-c523-4ed9-a041-fc78164b856b"/>
    <xsd:import namespace="79055c8c-52c6-4b14-a28d-72b771612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ca2af-c523-4ed9-a041-fc78164b8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9285f04-b23c-4588-bff4-2640122075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055c8c-52c6-4b14-a28d-72b771612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6ce89e2-ccdd-4128-aa0d-87031ab0ed2f}" ma:internalName="TaxCatchAll" ma:showField="CatchAllData" ma:web="79055c8c-52c6-4b14-a28d-72b771612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055c8c-52c6-4b14-a28d-72b771612258" xsi:nil="true"/>
    <lcf76f155ced4ddcb4097134ff3c332f xmlns="d5fca2af-c523-4ed9-a041-fc78164b85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40B29CE-E26B-4C28-84AB-F3F285E38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ca2af-c523-4ed9-a041-fc78164b856b"/>
    <ds:schemaRef ds:uri="79055c8c-52c6-4b14-a28d-72b771612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EEBED-CD83-4341-9543-2A28B1D3D09D}">
  <ds:schemaRefs>
    <ds:schemaRef ds:uri="http://schemas.microsoft.com/office/2006/metadata/properties"/>
    <ds:schemaRef ds:uri="http://schemas.microsoft.com/office/infopath/2007/PartnerControls"/>
    <ds:schemaRef ds:uri="79055c8c-52c6-4b14-a28d-72b771612258"/>
    <ds:schemaRef ds:uri="d5fca2af-c523-4ed9-a041-fc78164b856b"/>
  </ds:schemaRefs>
</ds:datastoreItem>
</file>

<file path=customXml/itemProps4.xml><?xml version="1.0" encoding="utf-8"?>
<ds:datastoreItem xmlns:ds="http://schemas.openxmlformats.org/officeDocument/2006/customXml" ds:itemID="{5EFAA27F-D943-4EC9-9136-F5436BD6D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Jennifer McGrath</cp:lastModifiedBy>
  <cp:revision>37</cp:revision>
  <dcterms:created xsi:type="dcterms:W3CDTF">2026-08-13T18:57:00Z</dcterms:created>
  <dcterms:modified xsi:type="dcterms:W3CDTF">2026-08-13T21:06:00Z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0x010100A36AF134F5ED864297ACB60F82FF11F2</vt:lpwstr>
  </property>
  <property fmtid="{D5CDD505-2E9C-101B-9397-08002B2CF9AE}" pid="3" name="MediaServiceImageTags">
    <vt:lpwstr/>
  </property>
</Properties>
</file>