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EC48AC" w14:textId="77777777" w:rsidR="00735521" w:rsidRDefault="00A4022E">
      <w:pPr>
        <w:jc w:val="center"/>
      </w:pPr>
      <w:r>
        <w:rPr>
          <w:b/>
          <w:sz w:val="32"/>
        </w:rPr>
        <w:t>Church Office Administrator</w:t>
      </w:r>
    </w:p>
    <w:p w14:paraId="6BACB72A" w14:textId="77777777" w:rsidR="00735521" w:rsidRDefault="00A4022E">
      <w:pPr>
        <w:jc w:val="center"/>
      </w:pPr>
      <w:r>
        <w:rPr>
          <w:b/>
          <w:sz w:val="24"/>
        </w:rPr>
        <w:t>Job Description</w:t>
      </w:r>
    </w:p>
    <w:p w14:paraId="5BFBA770" w14:textId="77777777" w:rsidR="00735521" w:rsidRDefault="00735521"/>
    <w:p w14:paraId="60536427" w14:textId="77777777" w:rsidR="00735521" w:rsidRDefault="00A4022E">
      <w:r>
        <w:rPr>
          <w:b/>
        </w:rPr>
        <w:t>Position Summary</w:t>
      </w:r>
    </w:p>
    <w:p w14:paraId="7A361EA8" w14:textId="77777777" w:rsidR="00735521" w:rsidRDefault="00A4022E">
      <w:r>
        <w:t>The Church Office Administrator supports the mission of the church by managing office operations, coordinating facilities use, and ensuring smooth communication across church teams. This position works under the direction of the Staff-Parish Relations Committee (SPRC) and pastor.</w:t>
      </w:r>
    </w:p>
    <w:p w14:paraId="094301DB" w14:textId="77777777" w:rsidR="00735521" w:rsidRDefault="00A4022E">
      <w:r>
        <w:rPr>
          <w:b/>
        </w:rPr>
        <w:t>Primary Duties and Responsibilities</w:t>
      </w:r>
    </w:p>
    <w:p w14:paraId="6AAAD48C" w14:textId="77777777" w:rsidR="00735521" w:rsidRDefault="00A4022E">
      <w:pPr>
        <w:pStyle w:val="ListBullet"/>
      </w:pPr>
      <w:r>
        <w:t>Manage church bookkeeping and payroll under the direction of the SPRC and pastor.</w:t>
      </w:r>
    </w:p>
    <w:p w14:paraId="36A8DC39" w14:textId="77777777" w:rsidR="00735521" w:rsidRDefault="00A4022E">
      <w:pPr>
        <w:pStyle w:val="ListBullet"/>
      </w:pPr>
      <w:r>
        <w:t>Coordinate facility maintenance with custodial staff.</w:t>
      </w:r>
    </w:p>
    <w:p w14:paraId="071536A0" w14:textId="77777777" w:rsidR="00735521" w:rsidRDefault="00A4022E">
      <w:pPr>
        <w:pStyle w:val="ListBullet"/>
      </w:pPr>
      <w:r>
        <w:t>Coordinate with the trustees to contract with service, repair, and maintenance companies when needed.</w:t>
      </w:r>
    </w:p>
    <w:p w14:paraId="53DD4947" w14:textId="77777777" w:rsidR="00735521" w:rsidRDefault="00A4022E">
      <w:pPr>
        <w:pStyle w:val="ListBullet"/>
      </w:pPr>
      <w:r>
        <w:t>Work with the trustees on matters related to facility management.</w:t>
      </w:r>
    </w:p>
    <w:p w14:paraId="6B5108A0" w14:textId="77777777" w:rsidR="00735521" w:rsidRDefault="00A4022E">
      <w:pPr>
        <w:pStyle w:val="ListBullet"/>
      </w:pPr>
      <w:r>
        <w:t>Organize and maintain the church calendar.</w:t>
      </w:r>
    </w:p>
    <w:p w14:paraId="1EC4C82E" w14:textId="77777777" w:rsidR="00735521" w:rsidRDefault="00A4022E">
      <w:pPr>
        <w:pStyle w:val="ListBullet"/>
      </w:pPr>
      <w:r>
        <w:t>Coordinate and schedule all church events.</w:t>
      </w:r>
    </w:p>
    <w:p w14:paraId="7E404F78" w14:textId="77777777" w:rsidR="00735521" w:rsidRDefault="00A4022E">
      <w:pPr>
        <w:pStyle w:val="ListBullet"/>
      </w:pPr>
      <w:r>
        <w:t>Manage church records and administrative correspondence.</w:t>
      </w:r>
    </w:p>
    <w:p w14:paraId="0435A8BB" w14:textId="77777777" w:rsidR="00735521" w:rsidRDefault="00A4022E">
      <w:pPr>
        <w:pStyle w:val="ListBullet"/>
      </w:pPr>
      <w:r>
        <w:t>Manage correspondence and payments for vendors.</w:t>
      </w:r>
    </w:p>
    <w:p w14:paraId="1996C469" w14:textId="77777777" w:rsidR="00735521" w:rsidRDefault="00A4022E">
      <w:pPr>
        <w:pStyle w:val="ListBullet"/>
      </w:pPr>
      <w:r>
        <w:t>Produce, print, fold, and prepare the church bulletins each week.</w:t>
      </w:r>
    </w:p>
    <w:p w14:paraId="47F9A5A5" w14:textId="77777777" w:rsidR="00735521" w:rsidRDefault="00A4022E">
      <w:pPr>
        <w:pStyle w:val="ListBullet"/>
      </w:pPr>
      <w:r>
        <w:t>Order office and kitchen supplies as needed.</w:t>
      </w:r>
    </w:p>
    <w:p w14:paraId="4F5478F1" w14:textId="77777777" w:rsidR="00735521" w:rsidRDefault="00A4022E">
      <w:pPr>
        <w:pStyle w:val="ListBullet"/>
      </w:pPr>
      <w:r>
        <w:t>Coordinate with the custodian to arrange the setup of tables and chairs for church events.</w:t>
      </w:r>
    </w:p>
    <w:p w14:paraId="76B092C2" w14:textId="77777777" w:rsidR="00735521" w:rsidRDefault="00A4022E">
      <w:pPr>
        <w:pStyle w:val="ListBullet"/>
      </w:pPr>
      <w:r>
        <w:t>Complete required United Methodist Church (UMC) forms, including Charge Conference forms and yearly statistics.</w:t>
      </w:r>
    </w:p>
    <w:p w14:paraId="6EFB1B2E" w14:textId="77777777" w:rsidR="00735521" w:rsidRDefault="00A4022E">
      <w:pPr>
        <w:pStyle w:val="ListBullet"/>
      </w:pPr>
      <w:r>
        <w:t>Support the Finance Committee by providing information needed for annual budget planning.</w:t>
      </w:r>
    </w:p>
    <w:p w14:paraId="324E938C" w14:textId="77777777" w:rsidR="00735521" w:rsidRDefault="00A4022E">
      <w:r>
        <w:rPr>
          <w:b/>
        </w:rPr>
        <w:t>Working Relationships</w:t>
      </w:r>
    </w:p>
    <w:p w14:paraId="0B7F21A0" w14:textId="77777777" w:rsidR="00735521" w:rsidRDefault="00A4022E">
      <w:r>
        <w:t>The Church Office Administrator works collaboratively with the pastor, SPRC, trustees, finance committee, custodial staff, and other church leaders to support effective administration and the day-to-day operations of the church.</w:t>
      </w:r>
    </w:p>
    <w:p w14:paraId="2739C0B5" w14:textId="77777777" w:rsidR="00521E43" w:rsidRDefault="00521E43">
      <w:pPr>
        <w:rPr>
          <w:b/>
          <w:bCs/>
          <w:sz w:val="24"/>
          <w:szCs w:val="24"/>
        </w:rPr>
      </w:pPr>
    </w:p>
    <w:p w14:paraId="6DA2A177" w14:textId="77777777" w:rsidR="00A4022E" w:rsidRDefault="00A4022E">
      <w:pPr>
        <w:rPr>
          <w:b/>
          <w:bCs/>
          <w:sz w:val="24"/>
          <w:szCs w:val="24"/>
        </w:rPr>
      </w:pPr>
    </w:p>
    <w:p w14:paraId="13193789" w14:textId="77777777" w:rsidR="00A4022E" w:rsidRDefault="00A4022E">
      <w:pPr>
        <w:rPr>
          <w:b/>
          <w:bCs/>
          <w:sz w:val="24"/>
          <w:szCs w:val="24"/>
        </w:rPr>
      </w:pPr>
    </w:p>
    <w:p w14:paraId="49744C6C" w14:textId="77777777" w:rsidR="00A4022E" w:rsidRDefault="00A4022E" w:rsidP="00A4022E">
      <w:pPr>
        <w:rPr>
          <w:b/>
          <w:bCs/>
          <w:sz w:val="24"/>
          <w:szCs w:val="24"/>
        </w:rPr>
      </w:pPr>
      <w:r w:rsidRPr="00521E43">
        <w:rPr>
          <w:b/>
          <w:bCs/>
          <w:sz w:val="24"/>
          <w:szCs w:val="24"/>
        </w:rPr>
        <w:lastRenderedPageBreak/>
        <w:t>Qualification</w:t>
      </w:r>
      <w:r>
        <w:rPr>
          <w:b/>
          <w:bCs/>
          <w:sz w:val="24"/>
          <w:szCs w:val="24"/>
        </w:rPr>
        <w:t>s</w:t>
      </w:r>
    </w:p>
    <w:p w14:paraId="0DA4BA48" w14:textId="77777777" w:rsidR="00A4022E" w:rsidRDefault="00A4022E" w:rsidP="00A4022E">
      <w:pPr>
        <w:pStyle w:val="ListParagraph"/>
        <w:numPr>
          <w:ilvl w:val="0"/>
          <w:numId w:val="12"/>
        </w:numPr>
      </w:pPr>
      <w:r>
        <w:t xml:space="preserve">High School diploma required; </w:t>
      </w:r>
      <w:proofErr w:type="gramStart"/>
      <w:r>
        <w:t>Associate’s</w:t>
      </w:r>
      <w:proofErr w:type="gramEnd"/>
      <w:r>
        <w:t xml:space="preserve"> degree or bachelor’s degree preferred</w:t>
      </w:r>
    </w:p>
    <w:p w14:paraId="038B16FB" w14:textId="77777777" w:rsidR="00A4022E" w:rsidRDefault="00A4022E" w:rsidP="00A4022E">
      <w:pPr>
        <w:pStyle w:val="ListParagraph"/>
        <w:numPr>
          <w:ilvl w:val="0"/>
          <w:numId w:val="12"/>
        </w:numPr>
      </w:pPr>
      <w:r>
        <w:t>Previous administrative or office management experience preferred</w:t>
      </w:r>
    </w:p>
    <w:p w14:paraId="09FD3EDA" w14:textId="77777777" w:rsidR="00A4022E" w:rsidRDefault="00A4022E" w:rsidP="00A4022E">
      <w:pPr>
        <w:pStyle w:val="ListParagraph"/>
        <w:numPr>
          <w:ilvl w:val="0"/>
          <w:numId w:val="12"/>
        </w:numPr>
      </w:pPr>
      <w:r>
        <w:t>Proficiency with Microsoft Office</w:t>
      </w:r>
    </w:p>
    <w:p w14:paraId="5360F65A" w14:textId="77777777" w:rsidR="00A4022E" w:rsidRPr="00A4022E" w:rsidRDefault="00A4022E" w:rsidP="00A4022E">
      <w:pPr>
        <w:pStyle w:val="ListParagraph"/>
        <w:numPr>
          <w:ilvl w:val="0"/>
          <w:numId w:val="12"/>
        </w:numPr>
      </w:pPr>
      <w:r>
        <w:t>Experience with church management software is a plus</w:t>
      </w:r>
    </w:p>
    <w:p w14:paraId="49D7CDA3" w14:textId="77777777" w:rsidR="00A4022E" w:rsidRDefault="00A4022E" w:rsidP="00A4022E">
      <w:pPr>
        <w:pStyle w:val="ListParagraph"/>
        <w:numPr>
          <w:ilvl w:val="0"/>
          <w:numId w:val="12"/>
        </w:numPr>
      </w:pPr>
      <w:r>
        <w:t xml:space="preserve">Strong organizational, communication and time-management skills </w:t>
      </w:r>
    </w:p>
    <w:p w14:paraId="76F8B21D" w14:textId="77777777" w:rsidR="00A4022E" w:rsidRDefault="00A4022E" w:rsidP="00A4022E">
      <w:pPr>
        <w:pStyle w:val="ListParagraph"/>
        <w:numPr>
          <w:ilvl w:val="0"/>
          <w:numId w:val="12"/>
        </w:numPr>
      </w:pPr>
      <w:r>
        <w:t>Ability to maintain strict confidentiality</w:t>
      </w:r>
    </w:p>
    <w:p w14:paraId="3DD602D0" w14:textId="77777777" w:rsidR="00A4022E" w:rsidRDefault="00A4022E" w:rsidP="00A4022E">
      <w:pPr>
        <w:pStyle w:val="ListParagraph"/>
        <w:numPr>
          <w:ilvl w:val="0"/>
          <w:numId w:val="12"/>
        </w:numPr>
      </w:pPr>
      <w:r>
        <w:t>Strong attention to detail and ability to work independently</w:t>
      </w:r>
    </w:p>
    <w:p w14:paraId="5636BE34" w14:textId="77777777" w:rsidR="00A4022E" w:rsidRDefault="00A4022E" w:rsidP="00A4022E">
      <w:pPr>
        <w:pStyle w:val="ListParagraph"/>
        <w:numPr>
          <w:ilvl w:val="0"/>
          <w:numId w:val="12"/>
        </w:numPr>
      </w:pPr>
      <w:r>
        <w:t>Friendly professional demeanor with excellent customer service skills</w:t>
      </w:r>
    </w:p>
    <w:p w14:paraId="0D2BA62A" w14:textId="77777777" w:rsidR="00A4022E" w:rsidRDefault="00A4022E" w:rsidP="00A4022E">
      <w:pPr>
        <w:ind w:left="360"/>
        <w:rPr>
          <w:b/>
          <w:bCs/>
          <w:sz w:val="24"/>
          <w:szCs w:val="24"/>
        </w:rPr>
      </w:pPr>
      <w:r w:rsidRPr="00A4022E">
        <w:rPr>
          <w:b/>
          <w:bCs/>
          <w:sz w:val="24"/>
          <w:szCs w:val="24"/>
        </w:rPr>
        <w:t>Work Schedul</w:t>
      </w:r>
      <w:r>
        <w:rPr>
          <w:b/>
          <w:bCs/>
          <w:sz w:val="24"/>
          <w:szCs w:val="24"/>
        </w:rPr>
        <w:t>e</w:t>
      </w:r>
    </w:p>
    <w:p w14:paraId="5E92417E" w14:textId="77777777" w:rsidR="00A4022E" w:rsidRDefault="00A4022E" w:rsidP="00A4022E">
      <w:pPr>
        <w:pStyle w:val="ListParagraph"/>
        <w:numPr>
          <w:ilvl w:val="0"/>
          <w:numId w:val="13"/>
        </w:numPr>
      </w:pPr>
      <w:r>
        <w:t>Part-time, approximately 25 hours per week</w:t>
      </w:r>
    </w:p>
    <w:p w14:paraId="2BE76D5F" w14:textId="77777777" w:rsidR="00A4022E" w:rsidRDefault="00A4022E" w:rsidP="00A4022E">
      <w:pPr>
        <w:pStyle w:val="ListParagraph"/>
        <w:numPr>
          <w:ilvl w:val="0"/>
          <w:numId w:val="13"/>
        </w:numPr>
      </w:pPr>
      <w:r>
        <w:t xml:space="preserve">Monday – Thursday </w:t>
      </w:r>
      <w:proofErr w:type="gramStart"/>
      <w:r>
        <w:t>( 9:00</w:t>
      </w:r>
      <w:proofErr w:type="gramEnd"/>
      <w:r>
        <w:t>am – 3:00pm )</w:t>
      </w:r>
    </w:p>
    <w:p w14:paraId="685B8CE2" w14:textId="1D57DE46" w:rsidR="00A4022E" w:rsidRDefault="00A4022E" w:rsidP="00A4022E">
      <w:pPr>
        <w:pStyle w:val="ListParagraph"/>
        <w:numPr>
          <w:ilvl w:val="0"/>
          <w:numId w:val="13"/>
        </w:numPr>
      </w:pPr>
      <w:r>
        <w:t>Some evening</w:t>
      </w:r>
      <w:r w:rsidR="0002076D">
        <w:t>/weekend</w:t>
      </w:r>
      <w:r>
        <w:t xml:space="preserve"> hours may be required for special events or meetings</w:t>
      </w:r>
    </w:p>
    <w:p w14:paraId="1B389CDC" w14:textId="62C54014" w:rsidR="00A4022E" w:rsidRDefault="002E75E4" w:rsidP="002E75E4">
      <w:pPr>
        <w:rPr>
          <w:b/>
          <w:bCs/>
          <w:sz w:val="24"/>
          <w:szCs w:val="24"/>
        </w:rPr>
      </w:pPr>
      <w:r>
        <w:t xml:space="preserve">       </w:t>
      </w:r>
      <w:r w:rsidRPr="002E75E4">
        <w:rPr>
          <w:b/>
          <w:bCs/>
          <w:sz w:val="24"/>
          <w:szCs w:val="24"/>
        </w:rPr>
        <w:t>Salary Range</w:t>
      </w:r>
    </w:p>
    <w:p w14:paraId="44383AD3" w14:textId="1278BFBF" w:rsidR="002E75E4" w:rsidRPr="002E75E4" w:rsidRDefault="002E75E4" w:rsidP="002E75E4">
      <w:pPr>
        <w:pStyle w:val="ListParagraph"/>
        <w:numPr>
          <w:ilvl w:val="0"/>
          <w:numId w:val="15"/>
        </w:numPr>
        <w:rPr>
          <w:sz w:val="24"/>
          <w:szCs w:val="24"/>
        </w:rPr>
      </w:pPr>
      <w:r w:rsidRPr="002E75E4">
        <w:rPr>
          <w:sz w:val="24"/>
          <w:szCs w:val="24"/>
        </w:rPr>
        <w:t>$ 30,000 - $ 35,000 based upon experience</w:t>
      </w:r>
      <w:bookmarkStart w:id="0" w:name="_GoBack"/>
      <w:bookmarkEnd w:id="0"/>
    </w:p>
    <w:sectPr w:rsidR="002E75E4" w:rsidRPr="002E75E4"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8A052D"/>
    <w:multiLevelType w:val="hybridMultilevel"/>
    <w:tmpl w:val="9F84FE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1BD2BA8"/>
    <w:multiLevelType w:val="hybridMultilevel"/>
    <w:tmpl w:val="16E24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4C1992"/>
    <w:multiLevelType w:val="hybridMultilevel"/>
    <w:tmpl w:val="345406F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C346A53"/>
    <w:multiLevelType w:val="hybridMultilevel"/>
    <w:tmpl w:val="80908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CC9395E"/>
    <w:multiLevelType w:val="hybridMultilevel"/>
    <w:tmpl w:val="27E8373A"/>
    <w:lvl w:ilvl="0" w:tplc="04090001">
      <w:start w:val="1"/>
      <w:numFmt w:val="bullet"/>
      <w:lvlText w:val=""/>
      <w:lvlJc w:val="left"/>
      <w:pPr>
        <w:ind w:left="1575" w:hanging="360"/>
      </w:pPr>
      <w:rPr>
        <w:rFonts w:ascii="Symbol" w:hAnsi="Symbo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4" w15:restartNumberingAfterBreak="0">
    <w:nsid w:val="78BC29BA"/>
    <w:multiLevelType w:val="hybridMultilevel"/>
    <w:tmpl w:val="E926E2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4"/>
  </w:num>
  <w:num w:numId="11">
    <w:abstractNumId w:val="9"/>
  </w:num>
  <w:num w:numId="12">
    <w:abstractNumId w:val="10"/>
  </w:num>
  <w:num w:numId="13">
    <w:abstractNumId w:val="11"/>
  </w:num>
  <w:num w:numId="14">
    <w:abstractNumId w:val="13"/>
  </w:num>
  <w:num w:numId="1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2076D"/>
    <w:rsid w:val="00034616"/>
    <w:rsid w:val="0006063C"/>
    <w:rsid w:val="0015074B"/>
    <w:rsid w:val="0029639D"/>
    <w:rsid w:val="002E75E4"/>
    <w:rsid w:val="00326F90"/>
    <w:rsid w:val="004E0942"/>
    <w:rsid w:val="00521E43"/>
    <w:rsid w:val="00735521"/>
    <w:rsid w:val="00A4022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03DB16"/>
  <w14:defaultImageDpi w14:val="300"/>
  <w15:docId w15:val="{DC567F08-AE16-40E4-B7F1-942F3DBF37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33F4B-3955-4257-8539-80257AD3A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335</Words>
  <Characters>1915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2246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Tommy</cp:lastModifiedBy>
  <cp:revision>2</cp:revision>
  <cp:lastPrinted>2026-10-05T19:09:00Z</cp:lastPrinted>
  <dcterms:created xsi:type="dcterms:W3CDTF">2026-10-08T14:13:00Z</dcterms:created>
  <dcterms:modified xsi:type="dcterms:W3CDTF">2026-10-08T14:13:00Z</dcterms:modified>
  <cp:category/>
</cp:coreProperties>
</file>