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t>PREMIER MEDICAL UROLOGY</w:t>
      </w:r>
    </w:p>
    <w:p>
      <w:pPr>
        <w:jc w:val="center"/>
      </w:pPr>
      <w:r>
        <w:rPr>
          <w:b/>
          <w:sz w:val="30"/>
        </w:rPr>
        <w:t>CONSENT FOR GREENLIGHT LASER VAPORIZATION OF THE PROSTATE</w:t>
      </w:r>
    </w:p>
    <w:tbl>
      <w:tblPr>
        <w:tblStyle w:val="TableGrid"/>
        <w:tblW w:type="auto" w:w="0"/>
        <w:tblLook w:firstColumn="1" w:firstRow="1" w:lastColumn="0" w:lastRow="0" w:noHBand="0" w:noVBand="1" w:val="04A0"/>
      </w:tblPr>
      <w:tblGrid>
        <w:gridCol w:w="5184"/>
        <w:gridCol w:w="5184"/>
      </w:tblGrid>
      <w:tr>
        <w:tc>
          <w:tcPr>
            <w:tcW w:type="dxa" w:w="5184"/>
          </w:tcPr>
          <w:p>
            <w:r>
              <w:t>Patient Name: ______________________________</w:t>
            </w:r>
          </w:p>
        </w:tc>
        <w:tc>
          <w:tcPr>
            <w:tcW w:type="dxa" w:w="5184"/>
          </w:tcPr>
          <w:p>
            <w:r>
              <w:t>DOB: __________________</w:t>
            </w:r>
          </w:p>
        </w:tc>
      </w:tr>
      <w:tr>
        <w:tc>
          <w:tcPr>
            <w:tcW w:type="dxa" w:w="5184"/>
          </w:tcPr>
          <w:p>
            <w:r>
              <w:t>Surgeon: __________________________________</w:t>
            </w:r>
          </w:p>
        </w:tc>
        <w:tc>
          <w:tcPr>
            <w:tcW w:type="dxa" w:w="5184"/>
          </w:tcPr>
          <w:p>
            <w:r>
              <w:t>Date: _________________</w:t>
            </w:r>
          </w:p>
        </w:tc>
      </w:tr>
    </w:tbl>
    <w:p>
      <w:pPr>
        <w:pStyle w:val="Heading2"/>
      </w:pPr>
      <w:r>
        <w:t>Proposed Procedure</w:t>
      </w:r>
    </w:p>
    <w:p>
      <w:r>
        <w:t>Endoscopic laser vaporization of obstructing prostate tissue to improve the urinary channel and urinary flow. Cystoscopy, catheter placement, postoperative bladder irrigation, cautery, or other methods of bleeding control may be required.</w:t>
      </w:r>
    </w:p>
    <w:p>
      <w:pPr>
        <w:pStyle w:val="Heading2"/>
      </w:pPr>
      <w:r>
        <w:t>Expected Benefit</w:t>
      </w:r>
    </w:p>
    <w:p>
      <w:r>
        <w:t>The intended benefit is treatment of the condition discussed with me. Improvement, cure, or a specific result is not guaranteed.</w:t>
      </w:r>
    </w:p>
    <w:p>
      <w:pPr>
        <w:pStyle w:val="Heading2"/>
      </w:pPr>
      <w:r>
        <w:t>Material Risks and Possible Complications</w:t>
      </w:r>
    </w:p>
    <w:p>
      <w:pPr>
        <w:pStyle w:val="ListBullet"/>
      </w:pPr>
      <w:r>
        <w:t>Bleeding or hematuria, including delayed bleeding, clot retention, catheterization, bladder irrigation, transfusion, or return to the operating room</w:t>
      </w:r>
    </w:p>
    <w:p>
      <w:pPr>
        <w:pStyle w:val="ListBullet"/>
      </w:pPr>
      <w:r>
        <w:t>Urinary tract infection, prostatitis, or sepsis</w:t>
      </w:r>
    </w:p>
    <w:p>
      <w:pPr>
        <w:pStyle w:val="ListBullet"/>
      </w:pPr>
      <w:r>
        <w:t>Temporary urinary retention or inability to urinate, with possible prolonged or repeat catheterization</w:t>
      </w:r>
    </w:p>
    <w:p>
      <w:pPr>
        <w:pStyle w:val="ListBullet"/>
      </w:pPr>
      <w:r>
        <w:t>Urinary burning, urgency, frequency, pelvic discomfort, bladder spasms, or temporary worsening of urinary symptoms</w:t>
      </w:r>
    </w:p>
    <w:p>
      <w:pPr>
        <w:pStyle w:val="ListBullet"/>
      </w:pPr>
      <w:r>
        <w:t>Temporary urinary leakage; persistent urinary incontinence is uncommon but possible</w:t>
      </w:r>
    </w:p>
    <w:p>
      <w:pPr>
        <w:pStyle w:val="ListBullet"/>
      </w:pPr>
      <w:r>
        <w:t>Retrograde ejaculation, reduced or absent semen with orgasm, painful ejaculation, altered orgasm, and possible impact on fertility</w:t>
      </w:r>
    </w:p>
    <w:p>
      <w:pPr>
        <w:pStyle w:val="ListBullet"/>
      </w:pPr>
      <w:r>
        <w:t>Erectile dysfunction or change in erectile function, uncommon but possible</w:t>
      </w:r>
    </w:p>
    <w:p>
      <w:pPr>
        <w:pStyle w:val="ListBullet"/>
      </w:pPr>
      <w:r>
        <w:t>Urethral stricture or bladder-neck contracture requiring additional treatment</w:t>
      </w:r>
    </w:p>
    <w:p>
      <w:pPr>
        <w:pStyle w:val="ListBullet"/>
      </w:pPr>
      <w:r>
        <w:t>Thermal or laser injury to the urethra, bladder, prostate capsule, ureteral openings, or nearby structures</w:t>
      </w:r>
    </w:p>
    <w:p>
      <w:pPr>
        <w:pStyle w:val="ListBullet"/>
      </w:pPr>
      <w:r>
        <w:t>Prostate capsular perforation or fluid extravasation</w:t>
      </w:r>
    </w:p>
    <w:p>
      <w:pPr>
        <w:pStyle w:val="ListBullet"/>
      </w:pPr>
      <w:r>
        <w:t>Persistent overactive-bladder symptoms or urinary symptoms despite relief of obstruction</w:t>
      </w:r>
    </w:p>
    <w:p>
      <w:pPr>
        <w:pStyle w:val="ListBullet"/>
      </w:pPr>
      <w:r>
        <w:t>Incomplete vaporization, persistent obstruction, prostate regrowth, recurrent symptoms, or need for future BPH treatment</w:t>
      </w:r>
    </w:p>
    <w:p>
      <w:pPr>
        <w:pStyle w:val="ListBullet"/>
      </w:pPr>
      <w:r>
        <w:t>GreenLight vaporization may provide little or no prostate tissue for pathology; an unrecognized prostate cancer may therefore not be diagnosed by this procedure</w:t>
      </w:r>
    </w:p>
    <w:p>
      <w:pPr>
        <w:pStyle w:val="ListBullet"/>
      </w:pPr>
      <w:r>
        <w:t>Need to convert to or perform another endoscopic procedure when adequate treatment or bleeding control cannot be safely achieved</w:t>
      </w:r>
    </w:p>
    <w:p>
      <w:pPr>
        <w:pStyle w:val="ListBullet"/>
      </w:pPr>
      <w:r>
        <w:t>Anesthesia complications, including rare serious injury or death</w:t>
      </w:r>
    </w:p>
    <w:p>
      <w:pPr>
        <w:pStyle w:val="Heading2"/>
      </w:pPr>
      <w:r>
        <w:t>Reasonable Alternatives</w:t>
      </w:r>
    </w:p>
    <w:p>
      <w:r>
        <w:t>Alternatives may include: observation; BPH medication; catheter drainage; prostatic urethral lift; Aquablation; TURP; simple prostatectomy in selected patients; other minimally invasive or surgical BPH treatments. The appropriateness of each option depends on my diagnosis, anatomy, overall health, and treatment goals.</w:t>
      </w:r>
    </w:p>
    <w:p>
      <w:pPr>
        <w:pStyle w:val="Heading2"/>
      </w:pPr>
      <w:r>
        <w:t>If I Decline or Delay Treatment</w:t>
      </w:r>
    </w:p>
    <w:p>
      <w:r>
        <w:t>If treatment is declined or delayed, urinary symptoms or obstruction may persist or worsen and can contribute to urinary retention, recurrent infection, bladder dysfunction, bladder stones, bleeding, or kidney damage in selected patients.</w:t>
      </w:r>
    </w:p>
    <w:p>
      <w:pPr>
        <w:pStyle w:val="Heading2"/>
      </w:pPr>
      <w:r>
        <w:t>Patient Acknowledgment and Authorization</w:t>
      </w:r>
    </w:p>
    <w:p>
      <w:r>
        <w:t>☐ I understand the proposed procedure, its purpose, expected benefits, material risks, reasonable alternatives, and consequences of declining or delaying treatment relevant to my condition.</w:t>
      </w:r>
    </w:p>
    <w:p>
      <w:r>
        <w:t>☐ I understand the listed risks are not exhaustive. Rare, unexpected, and potentially serious complications, including disability or death, can occur.</w:t>
      </w:r>
    </w:p>
    <w:p>
      <w:r>
        <w:t>☐ My age, anatomy, prior surgery or radiation, infection, bleeding risk, medications, and other medical conditions may change my individual risk.</w:t>
      </w:r>
    </w:p>
    <w:p>
      <w:r>
        <w:t>☐ I have disclosed my medications, anticoagulants/antiplatelet drugs, allergies, implants, and relevant medical history to the best of my knowledge.</w:t>
      </w:r>
    </w:p>
    <w:p>
      <w:r>
        <w:t>☐ No guarantee or promise has been made regarding cure, symptom improvement, continence, sexual function, fertility, or other outcome unless specifically stated by my surgeon.</w:t>
      </w:r>
    </w:p>
    <w:p>
      <w:r>
        <w:t>☐ I authorize immediately necessary additional procedures when an unexpected finding or emergency makes delay unsafe. Non-emergent materially different procedures require separate consent when reasonably possible.</w:t>
      </w:r>
    </w:p>
    <w:p>
      <w:r>
        <w:t>☐ I understand anesthesia or sedation has separate risks and may require separate consent.</w:t>
      </w:r>
    </w:p>
    <w:p>
      <w:r>
        <w:t>☐ I have had the opportunity to ask questions, my questions have been answered, and I may withdraw consent before the procedure begins.</w:t>
      </w:r>
    </w:p>
    <w:p>
      <w:r>
        <w:t>Patient-specific risks, alternatives, concerns, or additional planned procedures discussed:</w:t>
        <w:br/>
        <w:t>________________________________________________________________________________</w:t>
        <w:br/>
        <w:t>________________________________________________________________________________</w:t>
      </w:r>
    </w:p>
    <w:p>
      <w:r>
        <w:t>Interpreter used:  ☐ No   ☐ Yes   Language: __________________   Interpreter: __________________</w:t>
      </w:r>
    </w:p>
    <w:p>
      <w:r>
        <w:br/>
        <w:t>Patient / Authorized Decision-Maker Signature: _________________________   Date/Time: _____________</w:t>
      </w:r>
    </w:p>
    <w:p>
      <w:r>
        <w:t>Printed Name / Relationship to Patient: ______________________________</w:t>
      </w:r>
    </w:p>
    <w:p>
      <w:r>
        <w:t>Physician / Qualified Practitioner Signature: _________________________   Date/Time: _____________</w:t>
      </w:r>
    </w:p>
    <w:sectPr w:rsidR="00FC693F" w:rsidRPr="0006063C" w:rsidSect="00034616">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