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rPr>
        <w:t>PREMIER MEDICAL UROLOGY</w:t>
      </w:r>
    </w:p>
    <w:p>
      <w:pPr>
        <w:jc w:val="center"/>
      </w:pPr>
      <w:r>
        <w:rPr>
          <w:b/>
          <w:sz w:val="26"/>
        </w:rPr>
        <w:t>CONSENT FOR VASECTOMY</w:t>
      </w:r>
    </w:p>
    <w:tbl>
      <w:tblPr>
        <w:tblStyle w:val="TableGrid"/>
        <w:tblW w:type="auto" w:w="0"/>
        <w:tblLook w:firstColumn="1" w:firstRow="1" w:lastColumn="0" w:lastRow="0" w:noHBand="0" w:noVBand="1" w:val="04A0"/>
      </w:tblPr>
      <w:tblGrid>
        <w:gridCol w:w="5256"/>
        <w:gridCol w:w="5256"/>
      </w:tblGrid>
      <w:tr>
        <w:tc>
          <w:tcPr>
            <w:tcW w:type="dxa" w:w="5256"/>
          </w:tcPr>
          <w:p>
            <w:r>
              <w:t>Patient Name: ______________________________</w:t>
            </w:r>
          </w:p>
        </w:tc>
        <w:tc>
          <w:tcPr>
            <w:tcW w:type="dxa" w:w="5256"/>
          </w:tcPr>
          <w:p>
            <w:r>
              <w:t>DOB: __________________</w:t>
            </w:r>
          </w:p>
        </w:tc>
      </w:tr>
      <w:tr>
        <w:tc>
          <w:tcPr>
            <w:tcW w:type="dxa" w:w="5256"/>
          </w:tcPr>
          <w:p>
            <w:r>
              <w:t>Surgeon: __________________________________</w:t>
            </w:r>
          </w:p>
        </w:tc>
        <w:tc>
          <w:tcPr>
            <w:tcW w:type="dxa" w:w="5256"/>
          </w:tcPr>
          <w:p>
            <w:r>
              <w:t>Date: _________________</w:t>
            </w:r>
          </w:p>
        </w:tc>
      </w:tr>
    </w:tbl>
    <w:p>
      <w:pPr>
        <w:pStyle w:val="Heading2"/>
      </w:pPr>
      <w:r>
        <w:t>Proposed Procedure</w:t>
      </w:r>
    </w:p>
    <w:p>
      <w:r>
        <w:t>Division and sealing of each vas deferens to provide permanent contraception.</w:t>
      </w:r>
    </w:p>
    <w:p>
      <w:pPr>
        <w:pStyle w:val="Heading2"/>
      </w:pPr>
      <w:r>
        <w:t>Expected Benefit</w:t>
      </w:r>
    </w:p>
    <w:p>
      <w:r>
        <w:t>The intended benefit is diagnosis and/or treatment of the condition discussed with me. Improvement, cure, or a specific result is not guaranteed.</w:t>
      </w:r>
    </w:p>
    <w:p>
      <w:pPr>
        <w:pStyle w:val="Heading2"/>
      </w:pPr>
      <w:r>
        <w:t>Material Risks and Possible Complications</w:t>
      </w:r>
    </w:p>
    <w:p>
      <w:pPr>
        <w:pStyle w:val="ListBullet"/>
      </w:pPr>
      <w:r>
        <w:t>Bleeding, bruising, hematoma, swelling, or infection</w:t>
      </w:r>
    </w:p>
    <w:p>
      <w:pPr>
        <w:pStyle w:val="ListBullet"/>
      </w:pPr>
      <w:r>
        <w:t>Acute or chronic scrotal/testicular pain</w:t>
      </w:r>
    </w:p>
    <w:p>
      <w:pPr>
        <w:pStyle w:val="ListBullet"/>
      </w:pPr>
      <w:r>
        <w:t>Sperm granuloma or inflammation</w:t>
      </w:r>
    </w:p>
    <w:p>
      <w:pPr>
        <w:pStyle w:val="ListBullet"/>
      </w:pPr>
      <w:r>
        <w:t>Failure to achieve sterility or early recanalization</w:t>
      </w:r>
    </w:p>
    <w:p>
      <w:pPr>
        <w:pStyle w:val="ListBullet"/>
      </w:pPr>
      <w:r>
        <w:t>Rare late recanalization and pregnancy after a negative semen analysis</w:t>
      </w:r>
    </w:p>
    <w:p>
      <w:pPr>
        <w:pStyle w:val="ListBullet"/>
      </w:pPr>
      <w:r>
        <w:t>Repeat vasectomy</w:t>
      </w:r>
    </w:p>
    <w:p>
      <w:pPr>
        <w:pStyle w:val="ListBullet"/>
      </w:pPr>
      <w:r>
        <w:t>Nearby-structure injury</w:t>
      </w:r>
    </w:p>
    <w:p>
      <w:pPr>
        <w:pStyle w:val="ListBullet"/>
      </w:pPr>
      <w:r>
        <w:t>Medication/anesthesia reaction</w:t>
      </w:r>
    </w:p>
    <w:p>
      <w:pPr>
        <w:pStyle w:val="ListBullet"/>
      </w:pPr>
      <w:r>
        <w:t>Continued fertility until a post-vasectomy semen analysis confirms success</w:t>
      </w:r>
    </w:p>
    <w:p>
      <w:pPr>
        <w:pStyle w:val="ListBullet"/>
      </w:pPr>
      <w:r>
        <w:t>Need to continue contraception until specifically cleared</w:t>
      </w:r>
    </w:p>
    <w:p>
      <w:pPr>
        <w:pStyle w:val="ListBullet"/>
      </w:pPr>
      <w:r>
        <w:t>Rare late failure/pregnancy even after clearance</w:t>
      </w:r>
    </w:p>
    <w:p>
      <w:pPr>
        <w:pStyle w:val="ListBullet"/>
      </w:pPr>
      <w:r>
        <w:t>Post-vasectomy pain syndrome that may require medication, nerve-directed treatment, vasectomy reversal, epididymectomy, or other surgery</w:t>
      </w:r>
    </w:p>
    <w:p>
      <w:pPr>
        <w:pStyle w:val="Heading2"/>
      </w:pPr>
      <w:r>
        <w:t>Reasonable Alternatives</w:t>
      </w:r>
    </w:p>
    <w:p>
      <w:r>
        <w:t>Alternatives may include: no procedure with continued contraception; partner contraception; other permanent contraception. The appropriateness of each option depends on my diagnosis, anatomy, overall health, cancer risk when applicable, and treatment goals.</w:t>
      </w:r>
    </w:p>
    <w:p>
      <w:pPr>
        <w:pStyle w:val="Heading2"/>
      </w:pPr>
      <w:r>
        <w:t>If I Decline or Delay Treatment</w:t>
      </w:r>
    </w:p>
    <w:p>
      <w:r>
        <w:t>If I decline the procedure, my underlying condition or symptoms may persist or worsen. The specific consequences of no treatment have been discussed with me when clinically relevant.</w:t>
      </w:r>
    </w:p>
    <w:p>
      <w:pPr>
        <w:pStyle w:val="Heading2"/>
      </w:pPr>
      <w:r>
        <w:t>Patient Acknowledgment and Authorization</w:t>
      </w:r>
    </w:p>
    <w:p>
      <w:r>
        <w:t>☐ I understand the proposed procedure, its purpose, expected benefits, material risks, reasonable alternatives, and the reasonably foreseeable consequences of declining or delaying treatment that are relevant to my condition.</w:t>
      </w:r>
    </w:p>
    <w:p>
      <w:r>
        <w:t>☐ I understand that the listed risks are not an exhaustive list of every possible complication. Rare, unexpected, and potentially serious complications, including disability or death, can occur.</w:t>
      </w:r>
    </w:p>
    <w:p>
      <w:r>
        <w:t>☐ I understand that my age, anatomy, prior surgery or radiation, infection, bleeding risk, medications, and other medical conditions may change my individual risk.</w:t>
      </w:r>
    </w:p>
    <w:p>
      <w:r>
        <w:t>☐ I have disclosed my medications, anticoagulants/antiplatelet drugs, allergies, implants, and relevant medical history to the best of my knowledge.</w:t>
      </w:r>
    </w:p>
    <w:p>
      <w:r>
        <w:t>☐ I understand that no guarantee or promise has been made regarding cure, symptom improvement, cancer control, preservation of organ function, continence, potency, fertility, or other outcome unless specifically stated by my surgeon.</w:t>
      </w:r>
    </w:p>
    <w:p>
      <w:r>
        <w:t>☐ I authorize immediately necessary additional procedures when an unexpected finding or emergency makes delay unsafe. Non-emergent materially different procedures require separate consent when reasonably possible.</w:t>
      </w:r>
    </w:p>
    <w:p>
      <w:r>
        <w:t>☐ I understand that tissue or specimens may be sent for pathologic examination when appropriate and that final pathology may change my diagnosis or treatment plan.</w:t>
      </w:r>
    </w:p>
    <w:p>
      <w:r>
        <w:t>☐ I understand anesthesia or sedation has separate risks and may require separate consent.</w:t>
      </w:r>
    </w:p>
    <w:p>
      <w:r>
        <w:t>☐ I have had the opportunity to ask questions, my questions have been answered, and I may withdraw consent before the procedure begins.</w:t>
      </w:r>
    </w:p>
    <w:p>
      <w:r>
        <w:t>Patient-specific risks, alternatives, concerns, or additional planned procedures discussed:</w:t>
        <w:br/>
        <w:t>________________________________________________________________________________</w:t>
        <w:br/>
        <w:t>________________________________________________________________________________</w:t>
      </w:r>
    </w:p>
    <w:p>
      <w:r>
        <w:t>Interpreter used:  ☐ No   ☐ Yes   Language: __________________   Interpreter: __________________</w:t>
      </w:r>
    </w:p>
    <w:p>
      <w:r>
        <w:br/>
        <w:t>Patient / Authorized Decision-Maker Signature: _________________________   Date/Time: _____________</w:t>
      </w:r>
    </w:p>
    <w:p>
      <w:r>
        <w:t>Printed Name / Relationship to Patient: ______________________________</w:t>
      </w:r>
    </w:p>
    <w:p>
      <w:r>
        <w:t>Physician / Qualified Practitioner Signature: _________________________   Date/Time: _____________</w:t>
      </w:r>
    </w:p>
    <w:p>
      <w:r>
        <w:br w:type="page"/>
      </w:r>
    </w:p>
    <w:sectPr w:rsidR="00FC693F" w:rsidRPr="0006063C" w:rsidSect="00034616">
      <w:pgSz w:w="12240" w:h="15840"/>
      <w:pgMar w:top="662" w:right="864" w:bottom="662" w:left="86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