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PREMIER MEDICAL UROLOGY</w:t>
      </w:r>
    </w:p>
    <w:p>
      <w:pPr>
        <w:jc w:val="center"/>
      </w:pPr>
      <w:r>
        <w:rPr>
          <w:b/>
          <w:sz w:val="26"/>
        </w:rPr>
        <w:t>CONSENT FOR ROBOTIC/LAPAROSCOPIC RADICAL NEPHRECTOMY</w:t>
      </w:r>
    </w:p>
    <w:tbl>
      <w:tblPr>
        <w:tblStyle w:val="TableGrid"/>
        <w:tblW w:type="auto" w:w="0"/>
        <w:tblLook w:firstColumn="1" w:firstRow="1" w:lastColumn="0" w:lastRow="0" w:noHBand="0" w:noVBand="1" w:val="04A0"/>
      </w:tblPr>
      <w:tblGrid>
        <w:gridCol w:w="5256"/>
        <w:gridCol w:w="5256"/>
      </w:tblGrid>
      <w:tr>
        <w:tc>
          <w:tcPr>
            <w:tcW w:type="dxa" w:w="5256"/>
          </w:tcPr>
          <w:p>
            <w:r>
              <w:t>Patient Name: ______________________________</w:t>
            </w:r>
          </w:p>
        </w:tc>
        <w:tc>
          <w:tcPr>
            <w:tcW w:type="dxa" w:w="5256"/>
          </w:tcPr>
          <w:p>
            <w:r>
              <w:t>DOB: __________________</w:t>
            </w:r>
          </w:p>
        </w:tc>
      </w:tr>
      <w:tr>
        <w:tc>
          <w:tcPr>
            <w:tcW w:type="dxa" w:w="5256"/>
          </w:tcPr>
          <w:p>
            <w:r>
              <w:t>Surgeon: __________________________________</w:t>
            </w:r>
          </w:p>
        </w:tc>
        <w:tc>
          <w:tcPr>
            <w:tcW w:type="dxa" w:w="5256"/>
          </w:tcPr>
          <w:p>
            <w:r>
              <w:t>Date: _________________</w:t>
            </w:r>
          </w:p>
        </w:tc>
      </w:tr>
    </w:tbl>
    <w:p>
      <w:pPr>
        <w:pStyle w:val="Heading2"/>
      </w:pPr>
      <w:r>
        <w:t>Proposed Procedure</w:t>
      </w:r>
    </w:p>
    <w:p>
      <w:r>
        <w:t>Removal of the kidney and surrounding tissue as indicated. The adrenal gland and/or lymph nodes may also be removed when appropriate.</w:t>
      </w:r>
    </w:p>
    <w:p>
      <w:pPr>
        <w:pStyle w:val="Heading2"/>
      </w:pPr>
      <w:r>
        <w:t>Expected Benefit</w:t>
      </w:r>
    </w:p>
    <w:p>
      <w:r>
        <w:t>The intended benefit is diagnosis and/or treatment of the condition discussed with me. Improvement, cure, or a specific result is not guaranteed.</w:t>
      </w:r>
    </w:p>
    <w:p>
      <w:pPr>
        <w:pStyle w:val="Heading2"/>
      </w:pPr>
      <w:r>
        <w:t>Material Risks and Possible Complications</w:t>
      </w:r>
    </w:p>
    <w:p>
      <w:pPr>
        <w:pStyle w:val="ListBullet"/>
      </w:pPr>
      <w:r>
        <w:t>Bleeding, hematoma, transfusion, or reoperation</w:t>
      </w:r>
    </w:p>
    <w:p>
      <w:pPr>
        <w:pStyle w:val="ListBullet"/>
      </w:pPr>
      <w:r>
        <w:t>Infection</w:t>
      </w:r>
    </w:p>
    <w:p>
      <w:pPr>
        <w:pStyle w:val="ListBullet"/>
      </w:pPr>
      <w:r>
        <w:t>Injury to vessels, bowel, spleen, liver, pancreas, lung/pleura, or nearby structures</w:t>
      </w:r>
    </w:p>
    <w:p>
      <w:pPr>
        <w:pStyle w:val="ListBullet"/>
      </w:pPr>
      <w:r>
        <w:t>Reduced kidney function, ckd, or rare dialysis</w:t>
      </w:r>
    </w:p>
    <w:p>
      <w:pPr>
        <w:pStyle w:val="ListBullet"/>
      </w:pPr>
      <w:r>
        <w:t>Conversion to open surgery</w:t>
      </w:r>
    </w:p>
    <w:p>
      <w:pPr>
        <w:pStyle w:val="ListBullet"/>
      </w:pPr>
      <w:r>
        <w:t>Cancer persistence/recurrence or additional treatment</w:t>
      </w:r>
    </w:p>
    <w:p>
      <w:pPr>
        <w:pStyle w:val="ListBullet"/>
      </w:pPr>
      <w:r>
        <w:t>Hernia or chronic pain</w:t>
      </w:r>
    </w:p>
    <w:p>
      <w:pPr>
        <w:pStyle w:val="ListBullet"/>
      </w:pPr>
      <w:r>
        <w:t>Dvt/pe or cardiopulmonary complications</w:t>
      </w:r>
    </w:p>
    <w:p>
      <w:pPr>
        <w:pStyle w:val="ListBullet"/>
      </w:pPr>
      <w:r>
        <w:t>Anesthesia complications including rare serious injury or death</w:t>
      </w:r>
    </w:p>
    <w:p>
      <w:pPr>
        <w:pStyle w:val="ListBullet"/>
      </w:pPr>
      <w:r>
        <w:t>Compensatory stress on the remaining kidney</w:t>
      </w:r>
    </w:p>
    <w:p>
      <w:pPr>
        <w:pStyle w:val="ListBullet"/>
      </w:pPr>
      <w:r>
        <w:t>Long-term hypertension or progression of chronic kidney disease</w:t>
      </w:r>
    </w:p>
    <w:p>
      <w:pPr>
        <w:pStyle w:val="ListBullet"/>
      </w:pPr>
      <w:r>
        <w:t>Adrenal removal when required by anatomy or cancer concern</w:t>
      </w:r>
    </w:p>
    <w:p>
      <w:pPr>
        <w:pStyle w:val="ListBullet"/>
      </w:pPr>
      <w:r>
        <w:t>Unexpected metastatic or unresectable disease</w:t>
      </w:r>
    </w:p>
    <w:p>
      <w:pPr>
        <w:pStyle w:val="Heading2"/>
      </w:pPr>
      <w:r>
        <w:t>Reasonable Alternatives</w:t>
      </w:r>
    </w:p>
    <w:p>
      <w:r>
        <w:t>Alternatives may include: active surveillance for selected masses; partial nephrectomy when feasible; thermal ablation in selected patients; other oncologic treatment. The appropriateness of each option depends on my diagnosis, anatomy, overall health, cancer risk when applicable, and treatment goals.</w:t>
      </w:r>
    </w:p>
    <w:p>
      <w:pPr>
        <w:pStyle w:val="Heading2"/>
      </w:pPr>
      <w:r>
        <w:t>If I Decline or Delay Treatment</w:t>
      </w:r>
    </w:p>
    <w:p>
      <w:r>
        <w:t>Without treatment, suspected kidney cancer may grow, invade nearby structures, spread, or become life-threatening.</w:t>
      </w:r>
    </w:p>
    <w:p>
      <w:pPr>
        <w:pStyle w:val="Heading2"/>
      </w:pPr>
      <w:r>
        <w:t>Patient Acknowledgment and Authorization</w:t>
      </w:r>
    </w:p>
    <w:p>
      <w:r>
        <w:t>☐ I understand the proposed procedure, its purpose, expected benefits, material risks, reasonable alternatives, and the reasonably foreseeable consequences of declining or delaying treatment that are relevant to my condition.</w:t>
      </w:r>
    </w:p>
    <w:p>
      <w:r>
        <w:t>☐ I understand that the listed risks are not an exhaustive list of every possible complication. Rare, unexpected, and potentially serious complications, including disability or death, can occur.</w:t>
      </w:r>
    </w:p>
    <w:p>
      <w:r>
        <w:t>☐ I understand that my age, anatomy, prior surgery or radiation, infection, bleeding risk, medications, and other medical conditions may change my individual risk.</w:t>
      </w:r>
    </w:p>
    <w:p>
      <w:r>
        <w:t>☐ I have disclosed my medications, anticoagulants/antiplatelet drugs, allergies, implants, and relevant medical history to the best of my knowledge.</w:t>
      </w:r>
    </w:p>
    <w:p>
      <w:r>
        <w:t>☐ I understand that no guarantee or promise has been made regarding cure, symptom improvement, cancer control, preservation of organ function, continence, potency, fertility, or other outcome unless specifically stated by my surgeon.</w:t>
      </w:r>
    </w:p>
    <w:p>
      <w:r>
        <w:t>☐ I authorize immediately necessary additional procedures when an unexpected finding or emergency makes delay unsafe. Non-emergent materially different procedures require separate consent when reasonably possible.</w:t>
      </w:r>
    </w:p>
    <w:p>
      <w:r>
        <w:t>☐ I understand that tissue or specimens may be sent for pathologic examination when appropriate and that final pathology may change my diagnosis or treatment plan.</w:t>
      </w:r>
    </w:p>
    <w:p>
      <w:r>
        <w:t>☐ I understand anesthesia or sedation has separate risks and may require separate consent.</w:t>
      </w:r>
    </w:p>
    <w:p>
      <w:r>
        <w:t>☐ I have had the opportunity to ask questions, my questions have been answered, and I may withdraw consent before the procedure begins.</w:t>
      </w:r>
    </w:p>
    <w:p>
      <w:r>
        <w:t>Patient-specific risks, alternatives, concerns, or additional planned procedures discussed:</w:t>
        <w:br/>
        <w:t>________________________________________________________________________________</w:t>
        <w:br/>
        <w:t>________________________________________________________________________________</w:t>
      </w:r>
    </w:p>
    <w:p>
      <w:r>
        <w:t>Interpreter used:  ☐ No   ☐ Yes   Language: __________________   Interpreter: __________________</w:t>
      </w:r>
    </w:p>
    <w:p>
      <w:r>
        <w:br/>
        <w:t>Patient / Authorized Decision-Maker Signature: _________________________   Date/Time: _____________</w:t>
      </w:r>
    </w:p>
    <w:p>
      <w:r>
        <w:t>Printed Name / Relationship to Patient: ______________________________</w:t>
      </w:r>
    </w:p>
    <w:p>
      <w:r>
        <w:t>Physician / Qualified Practitioner Signature: _________________________   Date/Time: _____________</w:t>
      </w:r>
    </w:p>
    <w:p>
      <w:r>
        <w:br w:type="page"/>
      </w:r>
    </w:p>
    <w:sectPr w:rsidR="00FC693F" w:rsidRPr="0006063C" w:rsidSect="00034616">
      <w:pgSz w:w="12240" w:h="15840"/>
      <w:pgMar w:top="662" w:right="864" w:bottom="66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