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CVAC / STEERABLE URETEROSCOPIC RENAL EVACUATION (SURE) WITH POSSIBLE LASER LITHOTRIPSY AND STENT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Endoscopic treatment of kidney stone material using ureteroscopy, irrigation, and controlled aspiration with a steerable renal evacuation system. Laser lithotripsy may be used to fragment stones before aspiration, and a temporary ureteral stent may be placed.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or hematuria</w:t>
      </w:r>
    </w:p>
    <w:p>
      <w:pPr>
        <w:pStyle w:val="ListBullet"/>
      </w:pPr>
      <w:r>
        <w:t>Urinary tract infection, pyelonephritis, or sepsis</w:t>
      </w:r>
    </w:p>
    <w:p>
      <w:pPr>
        <w:pStyle w:val="ListBullet"/>
      </w:pPr>
      <w:r>
        <w:t>Pain, renal colic, urinary urgency, frequency, or stent discomfort</w:t>
      </w:r>
    </w:p>
    <w:p>
      <w:pPr>
        <w:pStyle w:val="ListBullet"/>
      </w:pPr>
      <w:r>
        <w:t>Failure to access or fully treat the kidney or stone</w:t>
      </w:r>
    </w:p>
    <w:p>
      <w:pPr>
        <w:pStyle w:val="ListBullet"/>
      </w:pPr>
      <w:r>
        <w:t>Residual fragments or need for staged/repeat procedures</w:t>
      </w:r>
    </w:p>
    <w:p>
      <w:pPr>
        <w:pStyle w:val="ListBullet"/>
      </w:pPr>
      <w:r>
        <w:t>Inability to aspirate all fragments</w:t>
      </w:r>
    </w:p>
    <w:p>
      <w:pPr>
        <w:pStyle w:val="ListBullet"/>
      </w:pPr>
      <w:r>
        <w:t>Ureteral injury, perforation, false passage, avulsion, or delayed stricture</w:t>
      </w:r>
    </w:p>
    <w:p>
      <w:pPr>
        <w:pStyle w:val="ListBullet"/>
      </w:pPr>
      <w:r>
        <w:t>Kidney collecting-system injury or urine leak</w:t>
      </w:r>
    </w:p>
    <w:p>
      <w:pPr>
        <w:pStyle w:val="ListBullet"/>
      </w:pPr>
      <w:r>
        <w:t>Excessive intrarenal pressure, impaired fluid outflow, fluid extravasation, or kidney injury</w:t>
      </w:r>
    </w:p>
    <w:p>
      <w:pPr>
        <w:pStyle w:val="ListBullet"/>
      </w:pPr>
      <w:r>
        <w:t>Subcapsular or perirenal hematoma</w:t>
      </w:r>
    </w:p>
    <w:p>
      <w:pPr>
        <w:pStyle w:val="ListBullet"/>
      </w:pPr>
      <w:r>
        <w:t>Laser or instrument injury</w:t>
      </w:r>
    </w:p>
    <w:p>
      <w:pPr>
        <w:pStyle w:val="ListBullet"/>
      </w:pPr>
      <w:r>
        <w:t>Stent migration, encrustation, or retained stent</w:t>
      </w:r>
    </w:p>
    <w:p>
      <w:pPr>
        <w:pStyle w:val="ListBullet"/>
      </w:pPr>
      <w:r>
        <w:t>Need to convert to conventional ureteroscopy, basket extraction, pcnl, nephrostomy drainage, or another procedure</w:t>
      </w:r>
    </w:p>
    <w:p>
      <w:pPr>
        <w:pStyle w:val="ListBullet"/>
      </w:pPr>
      <w:r>
        <w:t>Rare loss of kidney function or kidney</w:t>
      </w:r>
    </w:p>
    <w:p>
      <w:pPr>
        <w:pStyle w:val="ListBullet"/>
      </w:pPr>
      <w:r>
        <w:t>Anesthesia complications</w:t>
      </w:r>
    </w:p>
    <w:p>
      <w:pPr>
        <w:pStyle w:val="Heading2"/>
      </w:pPr>
      <w:r>
        <w:t>Reasonable Alternatives</w:t>
      </w:r>
    </w:p>
    <w:p>
      <w:r>
        <w:t>Alternatives may include: observation or medical expulsive therapy when appropriate; conventional ureteroscopy with laser and basket extraction; ESWL; PCNL. The appropriateness of each option depends on my diagnosis, anatomy, overall health, cancer risk when applicable, and treatment goals.</w:t>
      </w:r>
    </w:p>
    <w:p>
      <w:pPr>
        <w:pStyle w:val="Heading2"/>
      </w:pPr>
      <w:r>
        <w:t>If I Decline or Delay Treatment</w:t>
      </w:r>
    </w:p>
    <w:p>
      <w:r>
        <w:t>Without treatment, stone burden or obstruction may persist and can cause recurrent pain, infection, sepsis, worsening obstruction, or kidney damage.</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