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2C2E" w14:textId="77777777" w:rsidR="00A66E7C" w:rsidRDefault="00000000">
      <w:pPr>
        <w:jc w:val="center"/>
      </w:pPr>
      <w:r>
        <w:rPr>
          <w:noProof/>
        </w:rPr>
        <w:drawing>
          <wp:inline distT="0" distB="0" distL="0" distR="0" wp14:anchorId="0068C02C" wp14:editId="4DA11B32">
            <wp:extent cx="7223760" cy="10835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professionally_designed_one_page_sponsor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83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6E7C" w:rsidSect="00034616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8950607">
    <w:abstractNumId w:val="8"/>
  </w:num>
  <w:num w:numId="2" w16cid:durableId="1349479164">
    <w:abstractNumId w:val="6"/>
  </w:num>
  <w:num w:numId="3" w16cid:durableId="1463962273">
    <w:abstractNumId w:val="5"/>
  </w:num>
  <w:num w:numId="4" w16cid:durableId="1951206482">
    <w:abstractNumId w:val="4"/>
  </w:num>
  <w:num w:numId="5" w16cid:durableId="166555321">
    <w:abstractNumId w:val="7"/>
  </w:num>
  <w:num w:numId="6" w16cid:durableId="389380647">
    <w:abstractNumId w:val="3"/>
  </w:num>
  <w:num w:numId="7" w16cid:durableId="557477349">
    <w:abstractNumId w:val="2"/>
  </w:num>
  <w:num w:numId="8" w16cid:durableId="881136704">
    <w:abstractNumId w:val="1"/>
  </w:num>
  <w:num w:numId="9" w16cid:durableId="38595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A15"/>
    <w:rsid w:val="0006063C"/>
    <w:rsid w:val="0015074B"/>
    <w:rsid w:val="00220F58"/>
    <w:rsid w:val="00272C51"/>
    <w:rsid w:val="0029639D"/>
    <w:rsid w:val="00326F90"/>
    <w:rsid w:val="003E7F9F"/>
    <w:rsid w:val="00A66E7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EB3A88"/>
  <w14:defaultImageDpi w14:val="300"/>
  <w15:docId w15:val="{9ED5045A-CE85-2441-B2D0-4FC0A8B6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Rhonda Turner</cp:lastModifiedBy>
  <cp:revision>2</cp:revision>
  <dcterms:created xsi:type="dcterms:W3CDTF">2026-07-28T17:10:00Z</dcterms:created>
  <dcterms:modified xsi:type="dcterms:W3CDTF">2026-07-28T17:10:00Z</dcterms:modified>
  <cp:category/>
</cp:coreProperties>
</file>