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5031" w14:textId="26605520" w:rsidR="00E72614" w:rsidRPr="007B178D" w:rsidRDefault="007B178D">
      <w:pPr>
        <w:jc w:val="center"/>
        <w:rPr>
          <w:sz w:val="36"/>
          <w:szCs w:val="36"/>
        </w:rPr>
      </w:pPr>
      <w:r w:rsidRPr="007B178D">
        <w:rPr>
          <w:b/>
          <w:sz w:val="36"/>
          <w:szCs w:val="36"/>
        </w:rPr>
        <w:t xml:space="preserve">Aquahawks </w:t>
      </w:r>
      <w:r w:rsidR="00000000" w:rsidRPr="007B178D">
        <w:rPr>
          <w:b/>
          <w:sz w:val="36"/>
          <w:szCs w:val="36"/>
        </w:rPr>
        <w:t>B</w:t>
      </w:r>
      <w:r w:rsidRPr="007B178D">
        <w:rPr>
          <w:b/>
          <w:sz w:val="36"/>
          <w:szCs w:val="36"/>
        </w:rPr>
        <w:t>lock Party</w:t>
      </w:r>
    </w:p>
    <w:p w14:paraId="4BA47B9D" w14:textId="77777777" w:rsidR="00E72614" w:rsidRDefault="00000000">
      <w:pPr>
        <w:pStyle w:val="Heading1"/>
      </w:pPr>
      <w:r>
        <w:t>MEET OVERVIEW</w:t>
      </w:r>
    </w:p>
    <w:p w14:paraId="002713B3" w14:textId="77777777" w:rsidR="00E72614" w:rsidRDefault="00000000">
      <w:r>
        <w:t>The Block Party is designed to create a fun, fast, low-pressure racing environment where swimmers can let loose, race a variety of events, and enjoy a unique Saturday in Wilmington. The meet is intentionally built to move quickly and conclude by approximately 5:00 PM.</w:t>
      </w:r>
    </w:p>
    <w:tbl>
      <w:tblPr>
        <w:tblStyle w:val="TableGrid"/>
        <w:tblW w:w="0" w:type="auto"/>
        <w:jc w:val="center"/>
        <w:tblLook w:val="04A0" w:firstRow="1" w:lastRow="0" w:firstColumn="1" w:lastColumn="0" w:noHBand="0" w:noVBand="1"/>
      </w:tblPr>
      <w:tblGrid>
        <w:gridCol w:w="5112"/>
        <w:gridCol w:w="5112"/>
      </w:tblGrid>
      <w:tr w:rsidR="00E72614" w14:paraId="192B93B5" w14:textId="77777777">
        <w:trPr>
          <w:jc w:val="center"/>
        </w:trPr>
        <w:tc>
          <w:tcPr>
            <w:tcW w:w="5112" w:type="dxa"/>
            <w:shd w:val="clear" w:color="auto" w:fill="D9EAF7"/>
            <w:vAlign w:val="center"/>
          </w:tcPr>
          <w:p w14:paraId="762B6F73" w14:textId="77777777" w:rsidR="00E72614" w:rsidRDefault="00000000">
            <w:r>
              <w:rPr>
                <w:b/>
                <w:sz w:val="18"/>
              </w:rPr>
              <w:t>DATE</w:t>
            </w:r>
          </w:p>
        </w:tc>
        <w:tc>
          <w:tcPr>
            <w:tcW w:w="5112" w:type="dxa"/>
            <w:vAlign w:val="center"/>
          </w:tcPr>
          <w:p w14:paraId="7B5F7C2C" w14:textId="77777777" w:rsidR="00E72614" w:rsidRDefault="00000000">
            <w:r>
              <w:rPr>
                <w:sz w:val="18"/>
              </w:rPr>
              <w:t>Saturday, October 10, 2026</w:t>
            </w:r>
          </w:p>
        </w:tc>
      </w:tr>
      <w:tr w:rsidR="00E72614" w14:paraId="188E6DD3" w14:textId="77777777">
        <w:trPr>
          <w:jc w:val="center"/>
        </w:trPr>
        <w:tc>
          <w:tcPr>
            <w:tcW w:w="5112" w:type="dxa"/>
            <w:shd w:val="clear" w:color="auto" w:fill="D9EAF7"/>
            <w:vAlign w:val="center"/>
          </w:tcPr>
          <w:p w14:paraId="37CE33A3" w14:textId="77777777" w:rsidR="00E72614" w:rsidRDefault="00000000">
            <w:r>
              <w:rPr>
                <w:b/>
                <w:sz w:val="18"/>
              </w:rPr>
              <w:t>LOCATION</w:t>
            </w:r>
          </w:p>
        </w:tc>
        <w:tc>
          <w:tcPr>
            <w:tcW w:w="5112" w:type="dxa"/>
            <w:vAlign w:val="center"/>
          </w:tcPr>
          <w:p w14:paraId="7C9FC67C" w14:textId="77777777" w:rsidR="00E72614" w:rsidRDefault="00000000">
            <w:r>
              <w:rPr>
                <w:sz w:val="18"/>
              </w:rPr>
              <w:t>UNCW Natatorium</w:t>
            </w:r>
            <w:r>
              <w:rPr>
                <w:sz w:val="18"/>
              </w:rPr>
              <w:br/>
              <w:t>690 Hamilton Dr, Wilmington, NC 28403</w:t>
            </w:r>
          </w:p>
        </w:tc>
      </w:tr>
      <w:tr w:rsidR="00E72614" w14:paraId="14449BC1" w14:textId="77777777">
        <w:trPr>
          <w:jc w:val="center"/>
        </w:trPr>
        <w:tc>
          <w:tcPr>
            <w:tcW w:w="5112" w:type="dxa"/>
            <w:shd w:val="clear" w:color="auto" w:fill="D9EAF7"/>
            <w:vAlign w:val="center"/>
          </w:tcPr>
          <w:p w14:paraId="2B17E4FC" w14:textId="77777777" w:rsidR="00E72614" w:rsidRDefault="00000000">
            <w:r>
              <w:rPr>
                <w:b/>
                <w:sz w:val="18"/>
              </w:rPr>
              <w:t>WARM-UP</w:t>
            </w:r>
          </w:p>
        </w:tc>
        <w:tc>
          <w:tcPr>
            <w:tcW w:w="5112" w:type="dxa"/>
            <w:vAlign w:val="center"/>
          </w:tcPr>
          <w:p w14:paraId="4EB86D44" w14:textId="77777777" w:rsidR="00E72614" w:rsidRDefault="00000000">
            <w:r>
              <w:rPr>
                <w:sz w:val="18"/>
              </w:rPr>
              <w:t>1:30 PM</w:t>
            </w:r>
          </w:p>
        </w:tc>
      </w:tr>
      <w:tr w:rsidR="00E72614" w14:paraId="53D9703A" w14:textId="77777777">
        <w:trPr>
          <w:jc w:val="center"/>
        </w:trPr>
        <w:tc>
          <w:tcPr>
            <w:tcW w:w="5112" w:type="dxa"/>
            <w:shd w:val="clear" w:color="auto" w:fill="D9EAF7"/>
            <w:vAlign w:val="center"/>
          </w:tcPr>
          <w:p w14:paraId="2717EA9F" w14:textId="77777777" w:rsidR="00E72614" w:rsidRDefault="00000000">
            <w:r>
              <w:rPr>
                <w:b/>
                <w:sz w:val="18"/>
              </w:rPr>
              <w:t>MEET START</w:t>
            </w:r>
          </w:p>
        </w:tc>
        <w:tc>
          <w:tcPr>
            <w:tcW w:w="5112" w:type="dxa"/>
            <w:vAlign w:val="center"/>
          </w:tcPr>
          <w:p w14:paraId="5B908F61" w14:textId="77777777" w:rsidR="00E72614" w:rsidRDefault="00000000">
            <w:r>
              <w:rPr>
                <w:sz w:val="18"/>
              </w:rPr>
              <w:t>2:30 PM</w:t>
            </w:r>
          </w:p>
        </w:tc>
      </w:tr>
      <w:tr w:rsidR="00E72614" w14:paraId="2630E0C2" w14:textId="77777777">
        <w:trPr>
          <w:jc w:val="center"/>
        </w:trPr>
        <w:tc>
          <w:tcPr>
            <w:tcW w:w="5112" w:type="dxa"/>
            <w:shd w:val="clear" w:color="auto" w:fill="D9EAF7"/>
            <w:vAlign w:val="center"/>
          </w:tcPr>
          <w:p w14:paraId="57B341CD" w14:textId="77777777" w:rsidR="00E72614" w:rsidRDefault="00000000">
            <w:r>
              <w:rPr>
                <w:b/>
                <w:sz w:val="18"/>
              </w:rPr>
              <w:t>ESTIMATED FINISH</w:t>
            </w:r>
          </w:p>
        </w:tc>
        <w:tc>
          <w:tcPr>
            <w:tcW w:w="5112" w:type="dxa"/>
            <w:vAlign w:val="center"/>
          </w:tcPr>
          <w:p w14:paraId="12F0426C" w14:textId="77777777" w:rsidR="00E72614" w:rsidRDefault="00000000">
            <w:r>
              <w:rPr>
                <w:sz w:val="18"/>
              </w:rPr>
              <w:t>5:00 PM</w:t>
            </w:r>
          </w:p>
        </w:tc>
      </w:tr>
      <w:tr w:rsidR="00E72614" w14:paraId="65AAA61A" w14:textId="77777777">
        <w:trPr>
          <w:jc w:val="center"/>
        </w:trPr>
        <w:tc>
          <w:tcPr>
            <w:tcW w:w="5112" w:type="dxa"/>
            <w:shd w:val="clear" w:color="auto" w:fill="D9EAF7"/>
            <w:vAlign w:val="center"/>
          </w:tcPr>
          <w:p w14:paraId="3C2B3CCE" w14:textId="77777777" w:rsidR="00E72614" w:rsidRDefault="00000000">
            <w:r>
              <w:rPr>
                <w:b/>
                <w:sz w:val="18"/>
              </w:rPr>
              <w:t>SCORING</w:t>
            </w:r>
          </w:p>
        </w:tc>
        <w:tc>
          <w:tcPr>
            <w:tcW w:w="5112" w:type="dxa"/>
            <w:vAlign w:val="center"/>
          </w:tcPr>
          <w:p w14:paraId="61C88BDE" w14:textId="77777777" w:rsidR="00E72614" w:rsidRDefault="00000000">
            <w:r>
              <w:rPr>
                <w:sz w:val="18"/>
              </w:rPr>
              <w:t>This meet will not be scored.</w:t>
            </w:r>
          </w:p>
        </w:tc>
      </w:tr>
      <w:tr w:rsidR="00E72614" w14:paraId="42DAFE5C" w14:textId="77777777">
        <w:trPr>
          <w:jc w:val="center"/>
        </w:trPr>
        <w:tc>
          <w:tcPr>
            <w:tcW w:w="5112" w:type="dxa"/>
            <w:shd w:val="clear" w:color="auto" w:fill="D9EAF7"/>
            <w:vAlign w:val="center"/>
          </w:tcPr>
          <w:p w14:paraId="5EB32735" w14:textId="77777777" w:rsidR="00E72614" w:rsidRDefault="00000000">
            <w:r>
              <w:rPr>
                <w:b/>
                <w:sz w:val="18"/>
              </w:rPr>
              <w:t>DECK ACCESS</w:t>
            </w:r>
          </w:p>
        </w:tc>
        <w:tc>
          <w:tcPr>
            <w:tcW w:w="5112" w:type="dxa"/>
            <w:vAlign w:val="center"/>
          </w:tcPr>
          <w:p w14:paraId="19F40E73" w14:textId="77777777" w:rsidR="00E72614" w:rsidRDefault="00000000">
            <w:r>
              <w:rPr>
                <w:sz w:val="18"/>
              </w:rPr>
              <w:t>Athletes, coaches, and meet volunteers only. No parents/spectators are permitted on deck.</w:t>
            </w:r>
          </w:p>
        </w:tc>
      </w:tr>
    </w:tbl>
    <w:p w14:paraId="665CEC2E" w14:textId="3F0CE7B6" w:rsidR="00E72614" w:rsidRDefault="00E72614">
      <w:pPr>
        <w:pStyle w:val="Heading2"/>
      </w:pPr>
    </w:p>
    <w:p w14:paraId="15DD9BF9" w14:textId="77777777" w:rsidR="00E72614" w:rsidRDefault="00000000">
      <w:r>
        <w:t>The Block Party takes place in the afternoon so families traveling to Wilmington can make a full day of it. Before the meet, UVA vs. UNCW is scheduled for 10:00 AM through approximately 12:30 PM.</w:t>
      </w:r>
    </w:p>
    <w:p w14:paraId="71B54B36" w14:textId="77777777" w:rsidR="00E72614" w:rsidRDefault="00000000">
      <w:pPr>
        <w:pStyle w:val="ListBullet"/>
        <w:spacing w:after="40"/>
      </w:pPr>
      <w:r>
        <w:t>Admission to UVA vs. UNCW is free and first come, first serve.</w:t>
      </w:r>
    </w:p>
    <w:p w14:paraId="531359D1" w14:textId="77777777" w:rsidR="00E72614" w:rsidRDefault="00000000">
      <w:pPr>
        <w:pStyle w:val="ListBullet"/>
        <w:spacing w:after="40"/>
      </w:pPr>
      <w:r>
        <w:t>This provides an opportunity for visiting swimmers and families to see UVA and UNCW compete before heading into the Block Party.</w:t>
      </w:r>
    </w:p>
    <w:p w14:paraId="286982DD" w14:textId="77777777" w:rsidR="00E72614" w:rsidRDefault="00000000">
      <w:pPr>
        <w:pStyle w:val="ListBullet"/>
        <w:spacing w:after="40"/>
      </w:pPr>
      <w:r>
        <w:t>Wilmington's beaches and other local activities can also make the meet a fun destination for teams traveling from out of town.</w:t>
      </w:r>
    </w:p>
    <w:p w14:paraId="72CE2D40" w14:textId="77777777" w:rsidR="00E72614" w:rsidRDefault="00000000">
      <w:pPr>
        <w:pStyle w:val="Heading2"/>
      </w:pPr>
      <w:r>
        <w:t>Meet Philosophy</w:t>
      </w:r>
    </w:p>
    <w:p w14:paraId="3ABAA52E" w14:textId="6DCD63AB" w:rsidR="00E72614" w:rsidRDefault="00000000">
      <w:r>
        <w:t xml:space="preserve">The goal is simple: create an exciting racing atmosphere without turning the day into an all-day commitment. The </w:t>
      </w:r>
      <w:proofErr w:type="gramStart"/>
      <w:r>
        <w:t>meet</w:t>
      </w:r>
      <w:proofErr w:type="gramEnd"/>
      <w:r>
        <w:t xml:space="preserve"> should be fast, energetic, and fun while allowing swimmers to enjoy racing and still have their Saturday evening.</w:t>
      </w:r>
    </w:p>
    <w:p w14:paraId="255FB8EB" w14:textId="528ACEFE" w:rsidR="00E72614" w:rsidRDefault="007B178D">
      <w:pPr>
        <w:pStyle w:val="Heading1"/>
      </w:pPr>
      <w:r>
        <w:t>Day</w:t>
      </w:r>
      <w:r w:rsidR="00000000">
        <w:t xml:space="preserve"> SCHEDULE</w:t>
      </w:r>
    </w:p>
    <w:tbl>
      <w:tblPr>
        <w:tblStyle w:val="TableGrid"/>
        <w:tblW w:w="0" w:type="auto"/>
        <w:jc w:val="center"/>
        <w:tblLook w:val="04A0" w:firstRow="1" w:lastRow="0" w:firstColumn="1" w:lastColumn="0" w:noHBand="0" w:noVBand="1"/>
      </w:tblPr>
      <w:tblGrid>
        <w:gridCol w:w="5112"/>
        <w:gridCol w:w="5112"/>
      </w:tblGrid>
      <w:tr w:rsidR="00E72614" w14:paraId="3BABFAB3" w14:textId="77777777" w:rsidTr="007B178D">
        <w:trPr>
          <w:jc w:val="center"/>
        </w:trPr>
        <w:tc>
          <w:tcPr>
            <w:tcW w:w="5112" w:type="dxa"/>
            <w:shd w:val="clear" w:color="auto" w:fill="D9EAF7"/>
            <w:vAlign w:val="center"/>
          </w:tcPr>
          <w:p w14:paraId="6445D5BA" w14:textId="77777777" w:rsidR="00E72614" w:rsidRDefault="00000000">
            <w:r>
              <w:rPr>
                <w:b/>
                <w:sz w:val="18"/>
              </w:rPr>
              <w:t>10:00 AM</w:t>
            </w:r>
          </w:p>
        </w:tc>
        <w:tc>
          <w:tcPr>
            <w:tcW w:w="5112" w:type="dxa"/>
            <w:vAlign w:val="center"/>
          </w:tcPr>
          <w:p w14:paraId="66252FE9" w14:textId="77777777" w:rsidR="00E72614" w:rsidRDefault="00000000">
            <w:r>
              <w:rPr>
                <w:sz w:val="18"/>
              </w:rPr>
              <w:t>UVA vs. UNCW begins</w:t>
            </w:r>
          </w:p>
        </w:tc>
      </w:tr>
      <w:tr w:rsidR="00E72614" w14:paraId="3A309053" w14:textId="77777777" w:rsidTr="007B178D">
        <w:trPr>
          <w:jc w:val="center"/>
        </w:trPr>
        <w:tc>
          <w:tcPr>
            <w:tcW w:w="5112" w:type="dxa"/>
            <w:shd w:val="clear" w:color="auto" w:fill="D9EAF7"/>
            <w:vAlign w:val="center"/>
          </w:tcPr>
          <w:p w14:paraId="4FBD84EF" w14:textId="77777777" w:rsidR="00E72614" w:rsidRDefault="00000000">
            <w:r>
              <w:rPr>
                <w:b/>
                <w:sz w:val="18"/>
              </w:rPr>
              <w:t>~12:30 PM</w:t>
            </w:r>
          </w:p>
        </w:tc>
        <w:tc>
          <w:tcPr>
            <w:tcW w:w="5112" w:type="dxa"/>
            <w:vAlign w:val="center"/>
          </w:tcPr>
          <w:p w14:paraId="34A1B1D9" w14:textId="77777777" w:rsidR="00E72614" w:rsidRDefault="00000000">
            <w:r>
              <w:rPr>
                <w:sz w:val="18"/>
              </w:rPr>
              <w:t>UVA vs. UNCW concludes</w:t>
            </w:r>
          </w:p>
        </w:tc>
      </w:tr>
      <w:tr w:rsidR="00E72614" w14:paraId="5A349BF3" w14:textId="77777777" w:rsidTr="007B178D">
        <w:trPr>
          <w:jc w:val="center"/>
        </w:trPr>
        <w:tc>
          <w:tcPr>
            <w:tcW w:w="5112" w:type="dxa"/>
            <w:shd w:val="clear" w:color="auto" w:fill="D9EAF7"/>
            <w:vAlign w:val="center"/>
          </w:tcPr>
          <w:p w14:paraId="741D865B" w14:textId="77777777" w:rsidR="00E72614" w:rsidRDefault="00000000">
            <w:r>
              <w:rPr>
                <w:b/>
                <w:sz w:val="18"/>
              </w:rPr>
              <w:t>1:30 PM</w:t>
            </w:r>
          </w:p>
        </w:tc>
        <w:tc>
          <w:tcPr>
            <w:tcW w:w="5112" w:type="dxa"/>
            <w:vAlign w:val="center"/>
          </w:tcPr>
          <w:p w14:paraId="2BB858D5" w14:textId="77777777" w:rsidR="00E72614" w:rsidRDefault="00000000">
            <w:r>
              <w:rPr>
                <w:sz w:val="18"/>
              </w:rPr>
              <w:t>Block Party warm-ups begin</w:t>
            </w:r>
          </w:p>
        </w:tc>
      </w:tr>
      <w:tr w:rsidR="00E72614" w14:paraId="29D593AB" w14:textId="77777777" w:rsidTr="007B178D">
        <w:trPr>
          <w:jc w:val="center"/>
        </w:trPr>
        <w:tc>
          <w:tcPr>
            <w:tcW w:w="5112" w:type="dxa"/>
            <w:shd w:val="clear" w:color="auto" w:fill="D9EAF7"/>
            <w:vAlign w:val="center"/>
          </w:tcPr>
          <w:p w14:paraId="2F4F9870" w14:textId="77777777" w:rsidR="00E72614" w:rsidRDefault="00000000">
            <w:r>
              <w:rPr>
                <w:b/>
                <w:sz w:val="18"/>
              </w:rPr>
              <w:t>2:30 PM</w:t>
            </w:r>
          </w:p>
        </w:tc>
        <w:tc>
          <w:tcPr>
            <w:tcW w:w="5112" w:type="dxa"/>
            <w:vAlign w:val="center"/>
          </w:tcPr>
          <w:p w14:paraId="1B97CE64" w14:textId="77777777" w:rsidR="00E72614" w:rsidRDefault="00000000">
            <w:r>
              <w:rPr>
                <w:sz w:val="18"/>
              </w:rPr>
              <w:t>Block Party meet begins</w:t>
            </w:r>
          </w:p>
        </w:tc>
      </w:tr>
      <w:tr w:rsidR="007B178D" w14:paraId="4AD1BE23" w14:textId="77777777" w:rsidTr="007B178D">
        <w:trPr>
          <w:jc w:val="center"/>
        </w:trPr>
        <w:tc>
          <w:tcPr>
            <w:tcW w:w="5112" w:type="dxa"/>
            <w:shd w:val="clear" w:color="auto" w:fill="D9EAF7"/>
            <w:vAlign w:val="center"/>
          </w:tcPr>
          <w:p w14:paraId="018EC996" w14:textId="70EAC306" w:rsidR="007B178D" w:rsidRDefault="007B178D">
            <w:r>
              <w:rPr>
                <w:b/>
                <w:sz w:val="18"/>
              </w:rPr>
              <w:t>~5:00 PM</w:t>
            </w:r>
          </w:p>
        </w:tc>
        <w:tc>
          <w:tcPr>
            <w:tcW w:w="5112" w:type="dxa"/>
            <w:vAlign w:val="center"/>
          </w:tcPr>
          <w:p w14:paraId="5DD83763" w14:textId="764B6DB5" w:rsidR="007B178D" w:rsidRDefault="007B178D">
            <w:r>
              <w:rPr>
                <w:sz w:val="18"/>
              </w:rPr>
              <w:t>Block Party concludes</w:t>
            </w:r>
          </w:p>
        </w:tc>
      </w:tr>
    </w:tbl>
    <w:p w14:paraId="48AE9F2D" w14:textId="77777777" w:rsidR="00E72614" w:rsidRDefault="00000000">
      <w:pPr>
        <w:pStyle w:val="Heading1"/>
      </w:pPr>
      <w:r>
        <w:t>ORDER OF EVENTS</w:t>
      </w:r>
    </w:p>
    <w:tbl>
      <w:tblPr>
        <w:tblStyle w:val="TableGrid"/>
        <w:tblW w:w="0" w:type="auto"/>
        <w:jc w:val="center"/>
        <w:tblLook w:val="04A0" w:firstRow="1" w:lastRow="0" w:firstColumn="1" w:lastColumn="0" w:noHBand="0" w:noVBand="1"/>
      </w:tblPr>
      <w:tblGrid>
        <w:gridCol w:w="3408"/>
        <w:gridCol w:w="3408"/>
        <w:gridCol w:w="3408"/>
      </w:tblGrid>
      <w:tr w:rsidR="00E72614" w14:paraId="2844A85F" w14:textId="77777777">
        <w:trPr>
          <w:jc w:val="center"/>
        </w:trPr>
        <w:tc>
          <w:tcPr>
            <w:tcW w:w="3408" w:type="dxa"/>
            <w:shd w:val="clear" w:color="auto" w:fill="D9EAF7"/>
            <w:vAlign w:val="center"/>
          </w:tcPr>
          <w:p w14:paraId="6E1D62E7" w14:textId="77777777" w:rsidR="00E72614" w:rsidRDefault="00000000">
            <w:r>
              <w:rPr>
                <w:b/>
              </w:rPr>
              <w:t>Event</w:t>
            </w:r>
          </w:p>
        </w:tc>
        <w:tc>
          <w:tcPr>
            <w:tcW w:w="3408" w:type="dxa"/>
            <w:shd w:val="clear" w:color="auto" w:fill="D9EAF7"/>
            <w:vAlign w:val="center"/>
          </w:tcPr>
          <w:p w14:paraId="786824C9" w14:textId="77777777" w:rsidR="00E72614" w:rsidRDefault="00000000">
            <w:r>
              <w:rPr>
                <w:b/>
              </w:rPr>
              <w:t>Distance / Format</w:t>
            </w:r>
          </w:p>
        </w:tc>
        <w:tc>
          <w:tcPr>
            <w:tcW w:w="3408" w:type="dxa"/>
            <w:shd w:val="clear" w:color="auto" w:fill="D9EAF7"/>
            <w:vAlign w:val="center"/>
          </w:tcPr>
          <w:p w14:paraId="4E583060" w14:textId="77777777" w:rsidR="00E72614" w:rsidRDefault="00000000">
            <w:r>
              <w:rPr>
                <w:b/>
              </w:rPr>
              <w:t>Notes</w:t>
            </w:r>
          </w:p>
        </w:tc>
      </w:tr>
      <w:tr w:rsidR="00E72614" w14:paraId="3BD50592" w14:textId="77777777">
        <w:trPr>
          <w:jc w:val="center"/>
        </w:trPr>
        <w:tc>
          <w:tcPr>
            <w:tcW w:w="3408" w:type="dxa"/>
            <w:vAlign w:val="center"/>
          </w:tcPr>
          <w:p w14:paraId="6CFC01A7" w14:textId="77777777" w:rsidR="00E72614" w:rsidRDefault="00000000">
            <w:r>
              <w:rPr>
                <w:sz w:val="18"/>
              </w:rPr>
              <w:t>1</w:t>
            </w:r>
          </w:p>
        </w:tc>
        <w:tc>
          <w:tcPr>
            <w:tcW w:w="3408" w:type="dxa"/>
            <w:vAlign w:val="center"/>
          </w:tcPr>
          <w:p w14:paraId="1AD845E7" w14:textId="77777777" w:rsidR="00E72614" w:rsidRDefault="00000000">
            <w:r>
              <w:rPr>
                <w:sz w:val="18"/>
              </w:rPr>
              <w:t>200 Medley Relay</w:t>
            </w:r>
          </w:p>
        </w:tc>
        <w:tc>
          <w:tcPr>
            <w:tcW w:w="3408" w:type="dxa"/>
            <w:vAlign w:val="center"/>
          </w:tcPr>
          <w:p w14:paraId="75FE677C" w14:textId="77777777" w:rsidR="00E72614" w:rsidRDefault="00000000">
            <w:r>
              <w:rPr>
                <w:sz w:val="18"/>
              </w:rPr>
              <w:t>Divided by age group</w:t>
            </w:r>
          </w:p>
        </w:tc>
      </w:tr>
      <w:tr w:rsidR="00E72614" w14:paraId="318D5E4B" w14:textId="77777777">
        <w:trPr>
          <w:jc w:val="center"/>
        </w:trPr>
        <w:tc>
          <w:tcPr>
            <w:tcW w:w="3408" w:type="dxa"/>
            <w:vAlign w:val="center"/>
          </w:tcPr>
          <w:p w14:paraId="76437FE3" w14:textId="77777777" w:rsidR="00E72614" w:rsidRDefault="00000000">
            <w:r>
              <w:rPr>
                <w:sz w:val="18"/>
              </w:rPr>
              <w:t>2</w:t>
            </w:r>
          </w:p>
        </w:tc>
        <w:tc>
          <w:tcPr>
            <w:tcW w:w="3408" w:type="dxa"/>
            <w:vAlign w:val="center"/>
          </w:tcPr>
          <w:p w14:paraId="168E1D1B" w14:textId="77777777" w:rsidR="00E72614" w:rsidRDefault="00000000">
            <w:r>
              <w:rPr>
                <w:sz w:val="18"/>
              </w:rPr>
              <w:t>50 Butterfly</w:t>
            </w:r>
          </w:p>
        </w:tc>
        <w:tc>
          <w:tcPr>
            <w:tcW w:w="3408" w:type="dxa"/>
            <w:vAlign w:val="center"/>
          </w:tcPr>
          <w:p w14:paraId="64FF4F2D" w14:textId="77777777" w:rsidR="00E72614" w:rsidRDefault="00000000">
            <w:r>
              <w:rPr>
                <w:sz w:val="18"/>
              </w:rPr>
              <w:t>Open</w:t>
            </w:r>
          </w:p>
        </w:tc>
      </w:tr>
      <w:tr w:rsidR="00E72614" w14:paraId="0625880F" w14:textId="77777777">
        <w:trPr>
          <w:jc w:val="center"/>
        </w:trPr>
        <w:tc>
          <w:tcPr>
            <w:tcW w:w="3408" w:type="dxa"/>
            <w:vAlign w:val="center"/>
          </w:tcPr>
          <w:p w14:paraId="17674122" w14:textId="77777777" w:rsidR="00E72614" w:rsidRDefault="00000000">
            <w:r>
              <w:rPr>
                <w:sz w:val="18"/>
              </w:rPr>
              <w:t>3</w:t>
            </w:r>
          </w:p>
        </w:tc>
        <w:tc>
          <w:tcPr>
            <w:tcW w:w="3408" w:type="dxa"/>
            <w:vAlign w:val="center"/>
          </w:tcPr>
          <w:p w14:paraId="6F3A7FAE" w14:textId="77777777" w:rsidR="00E72614" w:rsidRDefault="00000000">
            <w:r>
              <w:rPr>
                <w:sz w:val="18"/>
              </w:rPr>
              <w:t>50 Backstroke</w:t>
            </w:r>
          </w:p>
        </w:tc>
        <w:tc>
          <w:tcPr>
            <w:tcW w:w="3408" w:type="dxa"/>
            <w:vAlign w:val="center"/>
          </w:tcPr>
          <w:p w14:paraId="3241173F" w14:textId="77777777" w:rsidR="00E72614" w:rsidRDefault="00000000">
            <w:r>
              <w:rPr>
                <w:sz w:val="18"/>
              </w:rPr>
              <w:t>Open</w:t>
            </w:r>
          </w:p>
        </w:tc>
      </w:tr>
      <w:tr w:rsidR="00E72614" w14:paraId="0E314B6E" w14:textId="77777777">
        <w:trPr>
          <w:jc w:val="center"/>
        </w:trPr>
        <w:tc>
          <w:tcPr>
            <w:tcW w:w="3408" w:type="dxa"/>
            <w:vAlign w:val="center"/>
          </w:tcPr>
          <w:p w14:paraId="68E15574" w14:textId="77777777" w:rsidR="00E72614" w:rsidRDefault="00000000">
            <w:r>
              <w:rPr>
                <w:sz w:val="18"/>
              </w:rPr>
              <w:t>4</w:t>
            </w:r>
          </w:p>
        </w:tc>
        <w:tc>
          <w:tcPr>
            <w:tcW w:w="3408" w:type="dxa"/>
            <w:vAlign w:val="center"/>
          </w:tcPr>
          <w:p w14:paraId="27983136" w14:textId="77777777" w:rsidR="00E72614" w:rsidRDefault="00000000">
            <w:r>
              <w:rPr>
                <w:sz w:val="18"/>
              </w:rPr>
              <w:t>50 Breaststroke</w:t>
            </w:r>
          </w:p>
        </w:tc>
        <w:tc>
          <w:tcPr>
            <w:tcW w:w="3408" w:type="dxa"/>
            <w:vAlign w:val="center"/>
          </w:tcPr>
          <w:p w14:paraId="14A4B7F1" w14:textId="77777777" w:rsidR="00E72614" w:rsidRDefault="00000000">
            <w:r>
              <w:rPr>
                <w:sz w:val="18"/>
              </w:rPr>
              <w:t>Open</w:t>
            </w:r>
          </w:p>
        </w:tc>
      </w:tr>
      <w:tr w:rsidR="00E72614" w14:paraId="03837677" w14:textId="77777777">
        <w:trPr>
          <w:jc w:val="center"/>
        </w:trPr>
        <w:tc>
          <w:tcPr>
            <w:tcW w:w="3408" w:type="dxa"/>
            <w:vAlign w:val="center"/>
          </w:tcPr>
          <w:p w14:paraId="14277B41" w14:textId="77777777" w:rsidR="00E72614" w:rsidRDefault="00000000">
            <w:r>
              <w:rPr>
                <w:sz w:val="18"/>
              </w:rPr>
              <w:t>5</w:t>
            </w:r>
          </w:p>
        </w:tc>
        <w:tc>
          <w:tcPr>
            <w:tcW w:w="3408" w:type="dxa"/>
            <w:vAlign w:val="center"/>
          </w:tcPr>
          <w:p w14:paraId="49B01A3F" w14:textId="77777777" w:rsidR="00E72614" w:rsidRDefault="00000000">
            <w:r>
              <w:rPr>
                <w:sz w:val="18"/>
              </w:rPr>
              <w:t>50 Freestyle</w:t>
            </w:r>
          </w:p>
        </w:tc>
        <w:tc>
          <w:tcPr>
            <w:tcW w:w="3408" w:type="dxa"/>
            <w:vAlign w:val="center"/>
          </w:tcPr>
          <w:p w14:paraId="03EBAE1E" w14:textId="77777777" w:rsidR="00E72614" w:rsidRDefault="00000000">
            <w:r>
              <w:rPr>
                <w:sz w:val="18"/>
              </w:rPr>
              <w:t>Open</w:t>
            </w:r>
          </w:p>
        </w:tc>
      </w:tr>
      <w:tr w:rsidR="00E72614" w14:paraId="77B94E71" w14:textId="77777777">
        <w:trPr>
          <w:jc w:val="center"/>
        </w:trPr>
        <w:tc>
          <w:tcPr>
            <w:tcW w:w="3408" w:type="dxa"/>
            <w:shd w:val="clear" w:color="auto" w:fill="FFF2CC"/>
            <w:vAlign w:val="center"/>
          </w:tcPr>
          <w:p w14:paraId="6564643B" w14:textId="77777777" w:rsidR="00E72614" w:rsidRDefault="00000000">
            <w:r>
              <w:rPr>
                <w:b/>
                <w:sz w:val="18"/>
              </w:rPr>
              <w:t>BREAK</w:t>
            </w:r>
          </w:p>
        </w:tc>
        <w:tc>
          <w:tcPr>
            <w:tcW w:w="3408" w:type="dxa"/>
            <w:shd w:val="clear" w:color="auto" w:fill="FFF2CC"/>
            <w:vAlign w:val="center"/>
          </w:tcPr>
          <w:p w14:paraId="576623B1" w14:textId="77777777" w:rsidR="00E72614" w:rsidRDefault="00E72614"/>
        </w:tc>
        <w:tc>
          <w:tcPr>
            <w:tcW w:w="3408" w:type="dxa"/>
            <w:shd w:val="clear" w:color="auto" w:fill="FFF2CC"/>
            <w:vAlign w:val="center"/>
          </w:tcPr>
          <w:p w14:paraId="04742B99" w14:textId="77777777" w:rsidR="00E72614" w:rsidRDefault="00000000">
            <w:r>
              <w:rPr>
                <w:sz w:val="18"/>
              </w:rPr>
              <w:t>10 minutes</w:t>
            </w:r>
          </w:p>
        </w:tc>
      </w:tr>
      <w:tr w:rsidR="00E72614" w14:paraId="2DE5FE93" w14:textId="77777777">
        <w:trPr>
          <w:jc w:val="center"/>
        </w:trPr>
        <w:tc>
          <w:tcPr>
            <w:tcW w:w="3408" w:type="dxa"/>
            <w:vAlign w:val="center"/>
          </w:tcPr>
          <w:p w14:paraId="1B03384B" w14:textId="77777777" w:rsidR="00E72614" w:rsidRDefault="00000000">
            <w:r>
              <w:rPr>
                <w:sz w:val="18"/>
              </w:rPr>
              <w:t>6</w:t>
            </w:r>
          </w:p>
        </w:tc>
        <w:tc>
          <w:tcPr>
            <w:tcW w:w="3408" w:type="dxa"/>
            <w:vAlign w:val="center"/>
          </w:tcPr>
          <w:p w14:paraId="659356CE" w14:textId="77777777" w:rsidR="00E72614" w:rsidRDefault="00000000">
            <w:r>
              <w:rPr>
                <w:sz w:val="18"/>
              </w:rPr>
              <w:t>200 IM</w:t>
            </w:r>
          </w:p>
        </w:tc>
        <w:tc>
          <w:tcPr>
            <w:tcW w:w="3408" w:type="dxa"/>
            <w:vAlign w:val="center"/>
          </w:tcPr>
          <w:p w14:paraId="60761A90" w14:textId="77777777" w:rsidR="00E72614" w:rsidRDefault="00000000">
            <w:r>
              <w:rPr>
                <w:sz w:val="18"/>
              </w:rPr>
              <w:t>Open</w:t>
            </w:r>
          </w:p>
        </w:tc>
      </w:tr>
      <w:tr w:rsidR="00E72614" w14:paraId="59A86F4B" w14:textId="77777777">
        <w:trPr>
          <w:jc w:val="center"/>
        </w:trPr>
        <w:tc>
          <w:tcPr>
            <w:tcW w:w="3408" w:type="dxa"/>
            <w:vAlign w:val="center"/>
          </w:tcPr>
          <w:p w14:paraId="6B641555" w14:textId="77777777" w:rsidR="00E72614" w:rsidRDefault="00000000">
            <w:r>
              <w:rPr>
                <w:sz w:val="18"/>
              </w:rPr>
              <w:t>7</w:t>
            </w:r>
          </w:p>
        </w:tc>
        <w:tc>
          <w:tcPr>
            <w:tcW w:w="3408" w:type="dxa"/>
            <w:vAlign w:val="center"/>
          </w:tcPr>
          <w:p w14:paraId="7993461A" w14:textId="77777777" w:rsidR="00E72614" w:rsidRDefault="00000000">
            <w:r>
              <w:rPr>
                <w:sz w:val="18"/>
              </w:rPr>
              <w:t>100 Freestyle</w:t>
            </w:r>
          </w:p>
        </w:tc>
        <w:tc>
          <w:tcPr>
            <w:tcW w:w="3408" w:type="dxa"/>
            <w:vAlign w:val="center"/>
          </w:tcPr>
          <w:p w14:paraId="21F546C3" w14:textId="77777777" w:rsidR="00E72614" w:rsidRDefault="00000000">
            <w:r>
              <w:rPr>
                <w:sz w:val="18"/>
              </w:rPr>
              <w:t>Open</w:t>
            </w:r>
          </w:p>
        </w:tc>
      </w:tr>
      <w:tr w:rsidR="00E72614" w14:paraId="59A83125" w14:textId="77777777">
        <w:trPr>
          <w:jc w:val="center"/>
        </w:trPr>
        <w:tc>
          <w:tcPr>
            <w:tcW w:w="3408" w:type="dxa"/>
            <w:vAlign w:val="center"/>
          </w:tcPr>
          <w:p w14:paraId="2DC282E3" w14:textId="77777777" w:rsidR="00E72614" w:rsidRDefault="00000000">
            <w:r>
              <w:rPr>
                <w:sz w:val="18"/>
              </w:rPr>
              <w:lastRenderedPageBreak/>
              <w:t>8</w:t>
            </w:r>
          </w:p>
        </w:tc>
        <w:tc>
          <w:tcPr>
            <w:tcW w:w="3408" w:type="dxa"/>
            <w:vAlign w:val="center"/>
          </w:tcPr>
          <w:p w14:paraId="1A2414DC" w14:textId="77777777" w:rsidR="00E72614" w:rsidRDefault="00000000">
            <w:r>
              <w:rPr>
                <w:sz w:val="18"/>
              </w:rPr>
              <w:t>200 Freestyle Relay</w:t>
            </w:r>
          </w:p>
        </w:tc>
        <w:tc>
          <w:tcPr>
            <w:tcW w:w="3408" w:type="dxa"/>
            <w:vAlign w:val="center"/>
          </w:tcPr>
          <w:p w14:paraId="7540FFF4" w14:textId="77777777" w:rsidR="00E72614" w:rsidRDefault="00000000">
            <w:r>
              <w:rPr>
                <w:sz w:val="18"/>
              </w:rPr>
              <w:t>8 x 25</w:t>
            </w:r>
          </w:p>
        </w:tc>
      </w:tr>
    </w:tbl>
    <w:p w14:paraId="24723BE0" w14:textId="77777777" w:rsidR="00E72614" w:rsidRDefault="00E72614"/>
    <w:p w14:paraId="518A2169" w14:textId="0F4BD1F7" w:rsidR="00E72614" w:rsidRDefault="00000000">
      <w:r>
        <w:rPr>
          <w:b/>
        </w:rPr>
        <w:t xml:space="preserve">Important: </w:t>
      </w:r>
      <w:r>
        <w:t>The event design may be adjusted based on participation numbers. Events currently listed as Open may be separated by age group if needed.</w:t>
      </w:r>
    </w:p>
    <w:p w14:paraId="3B3090F6" w14:textId="77777777" w:rsidR="00E72614" w:rsidRDefault="00000000">
      <w:pPr>
        <w:pStyle w:val="Heading1"/>
      </w:pPr>
      <w:r>
        <w:t>MEET FORMAT &amp; RACING DETAILS</w:t>
      </w:r>
    </w:p>
    <w:p w14:paraId="0BF2B6C8" w14:textId="77777777" w:rsidR="00E72614" w:rsidRDefault="00000000">
      <w:pPr>
        <w:pStyle w:val="Heading2"/>
      </w:pPr>
      <w:r>
        <w:t>Event / Heat Combining</w:t>
      </w:r>
    </w:p>
    <w:p w14:paraId="795ADD76" w14:textId="77777777" w:rsidR="00E72614" w:rsidRDefault="00000000">
      <w:r>
        <w:t>To preserve the intended pace of the meet, meet management may combine events or heats when participation numbers make it appropriate. The goal is to keep swimmers racing and minimize unnecessary downtime.</w:t>
      </w:r>
    </w:p>
    <w:p w14:paraId="2DEEEAA9" w14:textId="77777777" w:rsidR="00E72614" w:rsidRDefault="00000000">
      <w:pPr>
        <w:pStyle w:val="Heading2"/>
      </w:pPr>
      <w:r>
        <w:t>Entries</w:t>
      </w:r>
    </w:p>
    <w:p w14:paraId="17BEE045" w14:textId="7D40C616" w:rsidR="007B178D" w:rsidRDefault="007B178D" w:rsidP="007B178D">
      <w:r>
        <w:t xml:space="preserve">Please email entries to aquahawksilm@gmail.com using Hy-Tek Team Manager for entries.  Entries may be sent via email and must include the following: </w:t>
      </w:r>
    </w:p>
    <w:p w14:paraId="10AE67C6" w14:textId="77777777" w:rsidR="007B178D" w:rsidRDefault="007B178D" w:rsidP="007B178D"/>
    <w:p w14:paraId="0DCFCCF5" w14:textId="77777777" w:rsidR="007B178D" w:rsidRDefault="007B178D" w:rsidP="007B178D">
      <w:r>
        <w:t xml:space="preserve">1) A Hy-Tek compatible entry file </w:t>
      </w:r>
    </w:p>
    <w:p w14:paraId="77F6850E" w14:textId="77777777" w:rsidR="007B178D" w:rsidRDefault="007B178D" w:rsidP="007B178D">
      <w:r>
        <w:t xml:space="preserve">2) Team entry report </w:t>
      </w:r>
    </w:p>
    <w:p w14:paraId="475B50D0" w14:textId="77777777" w:rsidR="007B178D" w:rsidRDefault="007B178D" w:rsidP="007B178D">
      <w:r>
        <w:t xml:space="preserve">3) Financial report  </w:t>
      </w:r>
    </w:p>
    <w:p w14:paraId="23C7E006" w14:textId="77777777" w:rsidR="007B178D" w:rsidRDefault="007B178D" w:rsidP="007B178D"/>
    <w:p w14:paraId="45EA03FF" w14:textId="77777777" w:rsidR="007B178D" w:rsidRDefault="007B178D" w:rsidP="007B178D">
      <w:r>
        <w:t xml:space="preserve">A swimmer’s age on the first day of the meet will determine his/her age for the entire meet.  </w:t>
      </w:r>
    </w:p>
    <w:p w14:paraId="3DA821DB" w14:textId="77777777" w:rsidR="007B178D" w:rsidRDefault="007B178D" w:rsidP="007B178D"/>
    <w:p w14:paraId="49A54671" w14:textId="182A14E0" w:rsidR="007B178D" w:rsidRDefault="007B178D" w:rsidP="007B178D">
      <w:r>
        <w:t xml:space="preserve">Teams/entries will be accepted in the order they are received, until the timeline is reached (5:00pm end time).  Entries received after the timeline is reached will be returned.  </w:t>
      </w:r>
    </w:p>
    <w:p w14:paraId="648C329E" w14:textId="77777777" w:rsidR="007B178D" w:rsidRPr="007B178D" w:rsidRDefault="007B178D" w:rsidP="007B178D">
      <w:pPr>
        <w:rPr>
          <w:color w:val="4F81BD" w:themeColor="accent1"/>
        </w:rPr>
      </w:pPr>
    </w:p>
    <w:p w14:paraId="717EC1DE" w14:textId="77777777" w:rsidR="007B178D" w:rsidRPr="007B178D" w:rsidRDefault="007B178D" w:rsidP="007B178D">
      <w:pPr>
        <w:rPr>
          <w:b/>
          <w:bCs/>
          <w:color w:val="4F81BD" w:themeColor="accent1"/>
        </w:rPr>
      </w:pPr>
      <w:r w:rsidRPr="007B178D">
        <w:rPr>
          <w:b/>
          <w:bCs/>
          <w:color w:val="4F81BD" w:themeColor="accent1"/>
        </w:rPr>
        <w:t>ENTRY LIMITATIONS</w:t>
      </w:r>
    </w:p>
    <w:p w14:paraId="0B316901" w14:textId="685B2C84" w:rsidR="007B178D" w:rsidRDefault="007B178D" w:rsidP="007B178D">
      <w:r>
        <w:t>A swimmer may enter as many events as they desire</w:t>
      </w:r>
    </w:p>
    <w:p w14:paraId="756C2C99" w14:textId="77777777" w:rsidR="007B178D" w:rsidRPr="007B178D" w:rsidRDefault="007B178D" w:rsidP="007B178D">
      <w:pPr>
        <w:rPr>
          <w:color w:val="4F81BD" w:themeColor="accent1"/>
        </w:rPr>
      </w:pPr>
    </w:p>
    <w:p w14:paraId="51F7E0F1" w14:textId="77777777" w:rsidR="007B178D" w:rsidRPr="007B178D" w:rsidRDefault="007B178D" w:rsidP="007B178D">
      <w:pPr>
        <w:rPr>
          <w:b/>
          <w:bCs/>
          <w:color w:val="4F81BD" w:themeColor="accent1"/>
        </w:rPr>
      </w:pPr>
      <w:r w:rsidRPr="007B178D">
        <w:rPr>
          <w:b/>
          <w:bCs/>
          <w:color w:val="4F81BD" w:themeColor="accent1"/>
        </w:rPr>
        <w:t>ENTRY DEADLINES</w:t>
      </w:r>
    </w:p>
    <w:p w14:paraId="317B54AF" w14:textId="1BD6EEC0" w:rsidR="007B178D" w:rsidRDefault="007B178D" w:rsidP="007B178D">
      <w:r>
        <w:t>Please have all entries in by Monday, October 5</w:t>
      </w:r>
      <w:r w:rsidRPr="007B178D">
        <w:rPr>
          <w:vertAlign w:val="superscript"/>
        </w:rPr>
        <w:t>th</w:t>
      </w:r>
      <w:r>
        <w:t xml:space="preserve"> at 7:00pm</w:t>
      </w:r>
    </w:p>
    <w:p w14:paraId="636C8F52" w14:textId="77777777" w:rsidR="007B178D" w:rsidRDefault="007B178D" w:rsidP="007B178D"/>
    <w:p w14:paraId="56C31D25" w14:textId="77777777" w:rsidR="007B178D" w:rsidRPr="007B178D" w:rsidRDefault="007B178D" w:rsidP="007B178D">
      <w:pPr>
        <w:rPr>
          <w:b/>
          <w:bCs/>
          <w:color w:val="4F81BD" w:themeColor="accent1"/>
        </w:rPr>
      </w:pPr>
      <w:r w:rsidRPr="007B178D">
        <w:rPr>
          <w:b/>
          <w:bCs/>
          <w:color w:val="4F81BD" w:themeColor="accent1"/>
        </w:rPr>
        <w:t>ENTRY FEES</w:t>
      </w:r>
    </w:p>
    <w:p w14:paraId="434CB663" w14:textId="0F54CF64" w:rsidR="007B178D" w:rsidRDefault="007B178D" w:rsidP="007B178D">
      <w:r>
        <w:t>Make checks payable to: Wilmington Swim Academy LLC</w:t>
      </w:r>
    </w:p>
    <w:p w14:paraId="70FDC050" w14:textId="77777777" w:rsidR="007B178D" w:rsidRDefault="007B178D" w:rsidP="007B178D">
      <w:r>
        <w:t>Individual Event</w:t>
      </w:r>
    </w:p>
    <w:p w14:paraId="4B128BDE" w14:textId="712BA488" w:rsidR="007B178D" w:rsidRDefault="007B178D" w:rsidP="007B178D">
      <w:r>
        <w:t>Per Event: $8.00</w:t>
      </w:r>
    </w:p>
    <w:p w14:paraId="41AD135C" w14:textId="3253FBC1" w:rsidR="00E72614" w:rsidRDefault="007B178D">
      <w:r>
        <w:t>Swimmer Surcharge: $22.00</w:t>
      </w:r>
    </w:p>
    <w:p w14:paraId="27CC9294" w14:textId="5AEDE8D0" w:rsidR="00E72614" w:rsidRDefault="00E72614"/>
    <w:p w14:paraId="6E200FA7" w14:textId="77777777" w:rsidR="00E72614" w:rsidRDefault="00000000">
      <w:pPr>
        <w:pStyle w:val="Heading1"/>
      </w:pPr>
      <w:r>
        <w:t>SPECIAL FEATURES</w:t>
      </w:r>
    </w:p>
    <w:p w14:paraId="5F057C57" w14:textId="77777777" w:rsidR="00E72614" w:rsidRDefault="00000000">
      <w:pPr>
        <w:pStyle w:val="Heading2"/>
      </w:pPr>
      <w:r>
        <w:t>King &amp; Queen of the Meet</w:t>
      </w:r>
    </w:p>
    <w:p w14:paraId="70800D6A" w14:textId="77777777" w:rsidR="00E72614" w:rsidRDefault="00000000">
      <w:r>
        <w:t>One of the highlights of the Block Party will be naming a King and Queen of the Meet.</w:t>
      </w:r>
    </w:p>
    <w:p w14:paraId="7B8F865A" w14:textId="77777777" w:rsidR="00E72614" w:rsidRDefault="00000000">
      <w:pPr>
        <w:pStyle w:val="ListBullet"/>
        <w:spacing w:after="40"/>
      </w:pPr>
      <w:r>
        <w:t>Swimmers will have the opportunity to race 4 x 50s, one 50 of each stroke: Butterfly, Backstroke, Breaststroke, and Freestyle.</w:t>
      </w:r>
    </w:p>
    <w:p w14:paraId="4C222BCC" w14:textId="74095B43" w:rsidR="00E72614" w:rsidRDefault="00000000">
      <w:pPr>
        <w:pStyle w:val="ListBullet"/>
        <w:spacing w:after="40"/>
      </w:pPr>
      <w:r>
        <w:t>Swimmers do not have to participate in all four if they do not want to.</w:t>
      </w:r>
    </w:p>
    <w:p w14:paraId="55F709C0" w14:textId="77777777" w:rsidR="00E72614" w:rsidRDefault="00000000">
      <w:pPr>
        <w:pStyle w:val="ListBullet"/>
        <w:spacing w:after="40"/>
      </w:pPr>
      <w:r>
        <w:t>The King and Queen will be determined by the lowest combined time across the four 50s.</w:t>
      </w:r>
    </w:p>
    <w:p w14:paraId="013DE006" w14:textId="77777777" w:rsidR="00E72614" w:rsidRDefault="00000000">
      <w:pPr>
        <w:pStyle w:val="ListBullet"/>
        <w:spacing w:after="40"/>
      </w:pPr>
      <w:r>
        <w:lastRenderedPageBreak/>
        <w:t>The competition is intended to add another fun racing challenge without adding team scoring.</w:t>
      </w:r>
    </w:p>
    <w:p w14:paraId="3DC7EE6B" w14:textId="77777777" w:rsidR="00E72614" w:rsidRDefault="00000000">
      <w:pPr>
        <w:pStyle w:val="Heading2"/>
      </w:pPr>
      <w:r>
        <w:t>8 x 25 Freestyle Relay</w:t>
      </w:r>
    </w:p>
    <w:p w14:paraId="3A12471B" w14:textId="77777777" w:rsidR="00E72614" w:rsidRDefault="00000000">
      <w:r>
        <w:t>The meet will finish with an 8 x 25 relay designed to bring everyone together for a fast and fun final event.</w:t>
      </w:r>
    </w:p>
    <w:p w14:paraId="6A3E99A4" w14:textId="77777777" w:rsidR="00E72614" w:rsidRDefault="00000000">
      <w:pPr>
        <w:pStyle w:val="ListBullet"/>
        <w:spacing w:after="40"/>
      </w:pPr>
      <w:r>
        <w:t>The current concept is one girl and one boy representing each age group.</w:t>
      </w:r>
    </w:p>
    <w:p w14:paraId="7E9929AD" w14:textId="77777777" w:rsidR="00E72614" w:rsidRDefault="00000000">
      <w:pPr>
        <w:pStyle w:val="ListBullet"/>
        <w:spacing w:after="40"/>
      </w:pPr>
      <w:r>
        <w:t>Planned age groups: 10 &amp; Under, 11–12, 13–14, and 15–18.</w:t>
      </w:r>
    </w:p>
    <w:p w14:paraId="54E0D0C6" w14:textId="77777777" w:rsidR="00E72614" w:rsidRDefault="00000000">
      <w:pPr>
        <w:pStyle w:val="ListBullet"/>
        <w:spacing w:after="40"/>
      </w:pPr>
      <w:r>
        <w:t>Final relay composition will depend entirely on participation numbers.</w:t>
      </w:r>
    </w:p>
    <w:p w14:paraId="4FB630BE" w14:textId="77777777" w:rsidR="00E72614" w:rsidRDefault="00000000">
      <w:pPr>
        <w:pStyle w:val="ListBullet"/>
        <w:spacing w:after="40"/>
      </w:pPr>
      <w:r>
        <w:t>The relay may be adjusted to ensure as many swimmers as possible can participate.</w:t>
      </w:r>
    </w:p>
    <w:p w14:paraId="1B78C9AF" w14:textId="77777777" w:rsidR="00E72614" w:rsidRDefault="00000000">
      <w:pPr>
        <w:pStyle w:val="Heading2"/>
      </w:pPr>
      <w:r>
        <w:t>Why the Block Party?</w:t>
      </w:r>
    </w:p>
    <w:p w14:paraId="03DDFE31" w14:textId="77777777" w:rsidR="00E72614" w:rsidRDefault="00000000">
      <w:r>
        <w:t>This meet is meant to feel different from a traditional, long-format swim meet. The emphasis is on racing, energy, variety, and having fun. We want swimmers to let loose, compete hard, and enjoy the atmosphere—without giving up their entire Saturday.</w:t>
      </w:r>
    </w:p>
    <w:p w14:paraId="6466B755" w14:textId="3704EB41" w:rsidR="00E72614" w:rsidRDefault="00E72614" w:rsidP="007B178D"/>
    <w:sectPr w:rsidR="00E72614"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B545B" w14:textId="77777777" w:rsidR="003D77DE" w:rsidRDefault="003D77DE">
      <w:pPr>
        <w:spacing w:after="0" w:line="240" w:lineRule="auto"/>
      </w:pPr>
      <w:r>
        <w:separator/>
      </w:r>
    </w:p>
  </w:endnote>
  <w:endnote w:type="continuationSeparator" w:id="0">
    <w:p w14:paraId="0C65BF97" w14:textId="77777777" w:rsidR="003D77DE" w:rsidRDefault="003D7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E4B82" w14:textId="77777777" w:rsidR="00E72614" w:rsidRDefault="00000000">
    <w:pPr>
      <w:pStyle w:val="Footer"/>
      <w:jc w:val="center"/>
    </w:pPr>
    <w:r>
      <w:rPr>
        <w:sz w:val="16"/>
      </w:rPr>
      <w:t>Block Party 2026 • Preliminary Meet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8A161" w14:textId="77777777" w:rsidR="003D77DE" w:rsidRDefault="003D77DE">
      <w:pPr>
        <w:spacing w:after="0" w:line="240" w:lineRule="auto"/>
      </w:pPr>
      <w:r>
        <w:separator/>
      </w:r>
    </w:p>
  </w:footnote>
  <w:footnote w:type="continuationSeparator" w:id="0">
    <w:p w14:paraId="31174CFC" w14:textId="77777777" w:rsidR="003D77DE" w:rsidRDefault="003D7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1881832">
    <w:abstractNumId w:val="8"/>
  </w:num>
  <w:num w:numId="2" w16cid:durableId="1768842259">
    <w:abstractNumId w:val="6"/>
  </w:num>
  <w:num w:numId="3" w16cid:durableId="1497068007">
    <w:abstractNumId w:val="5"/>
  </w:num>
  <w:num w:numId="4" w16cid:durableId="1075277634">
    <w:abstractNumId w:val="4"/>
  </w:num>
  <w:num w:numId="5" w16cid:durableId="250050778">
    <w:abstractNumId w:val="7"/>
  </w:num>
  <w:num w:numId="6" w16cid:durableId="789710921">
    <w:abstractNumId w:val="3"/>
  </w:num>
  <w:num w:numId="7" w16cid:durableId="332730048">
    <w:abstractNumId w:val="2"/>
  </w:num>
  <w:num w:numId="8" w16cid:durableId="151219154">
    <w:abstractNumId w:val="1"/>
  </w:num>
  <w:num w:numId="9" w16cid:durableId="746072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B37"/>
    <w:rsid w:val="0006063C"/>
    <w:rsid w:val="00141A83"/>
    <w:rsid w:val="0015074B"/>
    <w:rsid w:val="0029639D"/>
    <w:rsid w:val="00326F90"/>
    <w:rsid w:val="003D77DE"/>
    <w:rsid w:val="007B178D"/>
    <w:rsid w:val="00AA1D8D"/>
    <w:rsid w:val="00B47730"/>
    <w:rsid w:val="00B47C4B"/>
    <w:rsid w:val="00C865C3"/>
    <w:rsid w:val="00CB0664"/>
    <w:rsid w:val="00E35FE6"/>
    <w:rsid w:val="00E726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2011C6"/>
  <w14:defaultImageDpi w14:val="300"/>
  <w15:docId w15:val="{29EC7181-6BD2-471C-8984-102722BE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B178D"/>
    <w:rPr>
      <w:color w:val="0000FF" w:themeColor="hyperlink"/>
      <w:u w:val="single"/>
    </w:rPr>
  </w:style>
  <w:style w:type="character" w:styleId="UnresolvedMention">
    <w:name w:val="Unresolved Mention"/>
    <w:basedOn w:val="DefaultParagraphFont"/>
    <w:uiPriority w:val="99"/>
    <w:semiHidden/>
    <w:unhideWhenUsed/>
    <w:rsid w:val="007B1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Ress, Brandon D</cp:lastModifiedBy>
  <cp:revision>2</cp:revision>
  <dcterms:created xsi:type="dcterms:W3CDTF">2026-09-28T22:03:00Z</dcterms:created>
  <dcterms:modified xsi:type="dcterms:W3CDTF">2026-09-28T22:03:00Z</dcterms:modified>
  <cp:category/>
</cp:coreProperties>
</file>