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B7CF3" w14:textId="77777777" w:rsidR="000319B5" w:rsidRDefault="00E476C9">
      <w:pPr>
        <w:jc w:val="center"/>
      </w:pPr>
      <w:r>
        <w:rPr>
          <w:noProof/>
        </w:rPr>
        <w:drawing>
          <wp:inline distT="0" distB="0" distL="0" distR="0" wp14:anchorId="48278281" wp14:editId="33C6675B">
            <wp:extent cx="1554480" cy="10363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Coastal Care Logo (2).png"/>
                    <pic:cNvPicPr/>
                  </pic:nvPicPr>
                  <pic:blipFill>
                    <a:blip r:embed="rId6"/>
                    <a:stretch>
                      <a:fillRect/>
                    </a:stretch>
                  </pic:blipFill>
                  <pic:spPr>
                    <a:xfrm>
                      <a:off x="0" y="0"/>
                      <a:ext cx="1554480" cy="1036320"/>
                    </a:xfrm>
                    <a:prstGeom prst="ellipse">
                      <a:avLst/>
                    </a:prstGeom>
                    <a:ln>
                      <a:noFill/>
                    </a:ln>
                    <a:effectLst>
                      <a:softEdge rad="112500"/>
                    </a:effectLst>
                  </pic:spPr>
                </pic:pic>
              </a:graphicData>
            </a:graphic>
          </wp:inline>
        </w:drawing>
      </w:r>
    </w:p>
    <w:p w14:paraId="1922C920" w14:textId="61E6D814" w:rsidR="000319B5" w:rsidRDefault="00E476C9" w:rsidP="0023499F">
      <w:pPr>
        <w:jc w:val="center"/>
      </w:pPr>
      <w:r>
        <w:rPr>
          <w:b/>
          <w:sz w:val="32"/>
        </w:rPr>
        <w:t>SECCI Membership Form</w:t>
      </w:r>
      <w:r>
        <w:br/>
        <w:t xml:space="preserve">ABN: 53 691 348 428   |   Email: info@secci.org.au   |   </w:t>
      </w:r>
      <w:hyperlink r:id="rId7" w:history="1">
        <w:r w:rsidR="0023499F" w:rsidRPr="006E0041">
          <w:rPr>
            <w:rStyle w:val="Hyperlink"/>
          </w:rPr>
          <w:t>www.secci.org.au</w:t>
        </w:r>
      </w:hyperlink>
    </w:p>
    <w:p w14:paraId="4D88C996" w14:textId="77777777" w:rsidR="0023499F" w:rsidRDefault="0023499F" w:rsidP="0023499F">
      <w:pPr>
        <w:jc w:val="center"/>
      </w:pPr>
    </w:p>
    <w:p w14:paraId="6C705A4D" w14:textId="77777777" w:rsidR="000319B5" w:rsidRPr="0023499F" w:rsidRDefault="00E476C9" w:rsidP="0023499F">
      <w:pPr>
        <w:jc w:val="center"/>
        <w:rPr>
          <w:i/>
          <w:iCs/>
        </w:rPr>
      </w:pPr>
      <w:r w:rsidRPr="0023499F">
        <w:rPr>
          <w:i/>
          <w:iCs/>
        </w:rPr>
        <w:t>Becoming a SECCI member is a simple but powerful way to support the protection and sustainable management of our coastline. Your membership helps strengthen our community voice, support coastal projects, and ensure our region’s beaches and marine environments are healthy and accessible for future generations.</w:t>
      </w:r>
    </w:p>
    <w:p w14:paraId="2D453D13" w14:textId="77777777" w:rsidR="000319B5" w:rsidRDefault="000319B5"/>
    <w:p w14:paraId="5444DA8B" w14:textId="77777777" w:rsidR="000319B5" w:rsidRDefault="00E476C9" w:rsidP="0023499F">
      <w:pPr>
        <w:pStyle w:val="Heading2"/>
        <w:ind w:firstLine="720"/>
      </w:pPr>
      <w:r>
        <w:t>Member Details</w:t>
      </w:r>
    </w:p>
    <w:p w14:paraId="7080DBC3" w14:textId="6E2BA3A2" w:rsidR="000319B5" w:rsidRDefault="00E476C9" w:rsidP="0023499F">
      <w:pPr>
        <w:ind w:firstLine="720"/>
      </w:pPr>
      <w:r>
        <w:t>Full Name</w:t>
      </w:r>
      <w:r w:rsidR="0023499F">
        <w:t>/Company Name &amp; ACN</w:t>
      </w:r>
    </w:p>
    <w:p w14:paraId="1A7BBCCE" w14:textId="77777777" w:rsidR="000319B5" w:rsidRDefault="00E476C9" w:rsidP="0023499F">
      <w:pPr>
        <w:ind w:firstLine="720"/>
      </w:pPr>
      <w:r>
        <w:t>______________________________________________________________</w:t>
      </w:r>
    </w:p>
    <w:p w14:paraId="1806F325" w14:textId="77777777" w:rsidR="000319B5" w:rsidRDefault="00E476C9" w:rsidP="0023499F">
      <w:pPr>
        <w:ind w:firstLine="720"/>
      </w:pPr>
      <w:r>
        <w:t>Address:</w:t>
      </w:r>
    </w:p>
    <w:p w14:paraId="5DAA90C8" w14:textId="77777777" w:rsidR="000319B5" w:rsidRDefault="00E476C9" w:rsidP="0023499F">
      <w:pPr>
        <w:ind w:firstLine="720"/>
      </w:pPr>
      <w:r>
        <w:t>______________________________________________________________</w:t>
      </w:r>
    </w:p>
    <w:p w14:paraId="7381274A" w14:textId="77777777" w:rsidR="000319B5" w:rsidRDefault="00E476C9" w:rsidP="0023499F">
      <w:pPr>
        <w:ind w:firstLine="720"/>
      </w:pPr>
      <w:r>
        <w:t>Email:</w:t>
      </w:r>
    </w:p>
    <w:p w14:paraId="3CCD2B88" w14:textId="77777777" w:rsidR="000319B5" w:rsidRDefault="00E476C9" w:rsidP="0023499F">
      <w:pPr>
        <w:ind w:firstLine="720"/>
      </w:pPr>
      <w:r>
        <w:t>______________________________________________________________</w:t>
      </w:r>
    </w:p>
    <w:p w14:paraId="260BDEBE" w14:textId="77777777" w:rsidR="000319B5" w:rsidRDefault="00E476C9" w:rsidP="0023499F">
      <w:pPr>
        <w:ind w:firstLine="720"/>
      </w:pPr>
      <w:r>
        <w:t>Phone:</w:t>
      </w:r>
    </w:p>
    <w:p w14:paraId="306CECCD" w14:textId="77777777" w:rsidR="000319B5" w:rsidRDefault="00E476C9" w:rsidP="0023499F">
      <w:pPr>
        <w:ind w:firstLine="720"/>
      </w:pPr>
      <w:r>
        <w:t>______________________________________________________________</w:t>
      </w:r>
    </w:p>
    <w:p w14:paraId="5DC53CC7" w14:textId="77777777" w:rsidR="000319B5" w:rsidRDefault="00E476C9" w:rsidP="0023499F">
      <w:pPr>
        <w:ind w:firstLine="720"/>
      </w:pPr>
      <w:r>
        <w:t>Preferred Contact Method:</w:t>
      </w:r>
    </w:p>
    <w:p w14:paraId="72B982FE" w14:textId="77777777" w:rsidR="000319B5" w:rsidRDefault="00E476C9" w:rsidP="0023499F">
      <w:pPr>
        <w:ind w:firstLine="720"/>
      </w:pPr>
      <w:r>
        <w:t>______________________________________________________________</w:t>
      </w:r>
    </w:p>
    <w:p w14:paraId="3CC724D8" w14:textId="77777777" w:rsidR="000319B5" w:rsidRDefault="000319B5"/>
    <w:p w14:paraId="20ABC33F" w14:textId="6D7A566A" w:rsidR="00E476C9" w:rsidRDefault="00E476C9" w:rsidP="00E476C9">
      <w:pPr>
        <w:ind w:left="720"/>
      </w:pPr>
      <w:r w:rsidRPr="00E476C9">
        <w:t>Thank you for your interest in becoming a SECCI member. Once we receive your form, we’ll be in touch to confirm your membership</w:t>
      </w:r>
      <w:r>
        <w:t>.</w:t>
      </w:r>
    </w:p>
    <w:p w14:paraId="2B3FC003" w14:textId="01F23C98" w:rsidR="00E476C9" w:rsidRDefault="00E476C9" w:rsidP="00E476C9">
      <w:pPr>
        <w:ind w:left="720"/>
      </w:pPr>
      <w:r w:rsidRPr="00E476C9">
        <w:t xml:space="preserve">Please email your completed form to </w:t>
      </w:r>
      <w:r w:rsidRPr="00E476C9">
        <w:rPr>
          <w:b/>
          <w:bCs/>
        </w:rPr>
        <w:t>info@secci.org.au</w:t>
      </w:r>
      <w:r w:rsidRPr="00E476C9">
        <w:t>.</w:t>
      </w:r>
    </w:p>
    <w:sectPr w:rsidR="00E476C9" w:rsidSect="0023499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085690060">
    <w:abstractNumId w:val="8"/>
  </w:num>
  <w:num w:numId="2" w16cid:durableId="1783301090">
    <w:abstractNumId w:val="6"/>
  </w:num>
  <w:num w:numId="3" w16cid:durableId="1906641437">
    <w:abstractNumId w:val="5"/>
  </w:num>
  <w:num w:numId="4" w16cid:durableId="1773890562">
    <w:abstractNumId w:val="4"/>
  </w:num>
  <w:num w:numId="5" w16cid:durableId="464398670">
    <w:abstractNumId w:val="7"/>
  </w:num>
  <w:num w:numId="6" w16cid:durableId="1549339224">
    <w:abstractNumId w:val="3"/>
  </w:num>
  <w:num w:numId="7" w16cid:durableId="234245410">
    <w:abstractNumId w:val="2"/>
  </w:num>
  <w:num w:numId="8" w16cid:durableId="484127702">
    <w:abstractNumId w:val="1"/>
  </w:num>
  <w:num w:numId="9" w16cid:durableId="1033461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19B5"/>
    <w:rsid w:val="00034616"/>
    <w:rsid w:val="0006063C"/>
    <w:rsid w:val="0015074B"/>
    <w:rsid w:val="001A3DEC"/>
    <w:rsid w:val="0023499F"/>
    <w:rsid w:val="0029639D"/>
    <w:rsid w:val="002C5B6C"/>
    <w:rsid w:val="00326F90"/>
    <w:rsid w:val="00AA1D8D"/>
    <w:rsid w:val="00B47730"/>
    <w:rsid w:val="00CB0664"/>
    <w:rsid w:val="00E476C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97C7F9"/>
  <w14:defaultImageDpi w14:val="300"/>
  <w15:docId w15:val="{22268D90-6D9D-4CB4-8B6B-940B7924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3499F"/>
    <w:rPr>
      <w:color w:val="0000FF" w:themeColor="hyperlink"/>
      <w:u w:val="single"/>
    </w:rPr>
  </w:style>
  <w:style w:type="character" w:styleId="UnresolvedMention">
    <w:name w:val="Unresolved Mention"/>
    <w:basedOn w:val="DefaultParagraphFont"/>
    <w:uiPriority w:val="99"/>
    <w:semiHidden/>
    <w:unhideWhenUsed/>
    <w:rsid w:val="00234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secci.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155</Words>
  <Characters>888</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Hayley Peacock</cp:lastModifiedBy>
  <cp:revision>2</cp:revision>
  <dcterms:created xsi:type="dcterms:W3CDTF">2025-10-21T03:25:00Z</dcterms:created>
  <dcterms:modified xsi:type="dcterms:W3CDTF">2025-10-21T03:25:00Z</dcterms:modified>
  <cp:category/>
</cp:coreProperties>
</file>