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702" w:rsidRDefault="004D4DA3">
      <w:pPr>
        <w:pStyle w:val="Virsraksts1"/>
      </w:pPr>
      <w:r>
        <w:rPr>
          <w:sz w:val="40"/>
        </w:rPr>
        <w:t>Tests par tēmu "Droša tirdzniecība"</w:t>
      </w:r>
    </w:p>
    <w:p w:rsidR="00101702" w:rsidRDefault="004D4DA3">
      <w:r>
        <w:t>Vārds, uzvārds: __________________________</w:t>
      </w:r>
    </w:p>
    <w:p w:rsidR="00101702" w:rsidRDefault="004D4DA3">
      <w:r>
        <w:t>Klase: ____________    Datums: ____________</w:t>
      </w:r>
    </w:p>
    <w:p w:rsidR="00101702" w:rsidRDefault="004D4DA3">
      <w:pPr>
        <w:pStyle w:val="Virsraksts2"/>
      </w:pPr>
      <w:r>
        <w:t>1. daļa – Izvēlies pareizo atbildi</w:t>
      </w:r>
    </w:p>
    <w:p w:rsidR="00101702" w:rsidRDefault="004D4DA3">
      <w:r>
        <w:t>1. Kas ir droša tirdzniecība?</w:t>
      </w:r>
    </w:p>
    <w:p w:rsidR="00101702" w:rsidRDefault="004D4DA3">
      <w:pPr>
        <w:pStyle w:val="Sarakstaaizzme"/>
      </w:pPr>
      <w:r>
        <w:t>a) Nelegāla preču pārdošana</w:t>
      </w:r>
    </w:p>
    <w:p w:rsidR="00101702" w:rsidRDefault="004D4DA3">
      <w:pPr>
        <w:pStyle w:val="Sarakstaaizzme"/>
      </w:pPr>
      <w:r>
        <w:t>b) Droša un likumīga preču un pakalpojumu aprite</w:t>
      </w:r>
    </w:p>
    <w:p w:rsidR="00101702" w:rsidRDefault="004D4DA3">
      <w:pPr>
        <w:pStyle w:val="Sarakstaaizzme"/>
      </w:pPr>
      <w:r>
        <w:t>c) Tikai interneta veikalu darbība</w:t>
      </w:r>
    </w:p>
    <w:p w:rsidR="00101702" w:rsidRDefault="004D4DA3">
      <w:r>
        <w:t>2. Kurš no šiem ir preventīvs pasākums?</w:t>
      </w:r>
    </w:p>
    <w:p w:rsidR="00101702" w:rsidRDefault="004D4DA3">
      <w:pPr>
        <w:pStyle w:val="Sarakstaaizzme"/>
      </w:pPr>
      <w:r>
        <w:t>a) Dokumentu pārbaude</w:t>
      </w:r>
    </w:p>
    <w:p w:rsidR="00101702" w:rsidRDefault="004D4DA3">
      <w:pPr>
        <w:pStyle w:val="Sarakstaaizzme"/>
      </w:pPr>
      <w:r>
        <w:t>b) Krāpšana</w:t>
      </w:r>
    </w:p>
    <w:p w:rsidR="00101702" w:rsidRDefault="004D4DA3">
      <w:pPr>
        <w:pStyle w:val="Sarakstaaizzme"/>
      </w:pPr>
      <w:r>
        <w:t>c) Nelegālu preču tirdzniecība</w:t>
      </w:r>
    </w:p>
    <w:p w:rsidR="00101702" w:rsidRDefault="004D4DA3">
      <w:r>
        <w:t>3. Kāpēc nepieciešama videonovērošana?</w:t>
      </w:r>
    </w:p>
    <w:p w:rsidR="00101702" w:rsidRDefault="004D4DA3">
      <w:pPr>
        <w:pStyle w:val="Sarakstaaizzme"/>
      </w:pPr>
      <w:r>
        <w:t>a) Lai izklaidētu klientus</w:t>
      </w:r>
    </w:p>
    <w:p w:rsidR="00101702" w:rsidRDefault="004D4DA3">
      <w:pPr>
        <w:pStyle w:val="Sarakstaaizzme"/>
      </w:pPr>
      <w:r>
        <w:t>b) Lai uzlabotu reklāmu</w:t>
      </w:r>
    </w:p>
    <w:p w:rsidR="00101702" w:rsidRDefault="004D4DA3">
      <w:pPr>
        <w:pStyle w:val="Sarakstaaizzme"/>
      </w:pPr>
      <w:r>
        <w:t>c) Lai uzraudzītu drošību un novērstu pārkāpumus</w:t>
      </w:r>
    </w:p>
    <w:p w:rsidR="00101702" w:rsidRDefault="004D4DA3">
      <w:r>
        <w:t>4. Kura institūcija Latvijā kontrolē nodokļu nomaksu?</w:t>
      </w:r>
    </w:p>
    <w:p w:rsidR="00101702" w:rsidRDefault="004D4DA3">
      <w:pPr>
        <w:pStyle w:val="Sarakstaaizzme"/>
      </w:pPr>
      <w:r>
        <w:t>a) Valsts ieņēmumu dienests</w:t>
      </w:r>
    </w:p>
    <w:p w:rsidR="00101702" w:rsidRDefault="004D4DA3">
      <w:pPr>
        <w:pStyle w:val="Sarakstaaizzme"/>
      </w:pPr>
      <w:r>
        <w:t>b) Bibliotēka</w:t>
      </w:r>
    </w:p>
    <w:p w:rsidR="00101702" w:rsidRDefault="004D4DA3">
      <w:pPr>
        <w:pStyle w:val="Sarakstaaizzme"/>
      </w:pPr>
      <w:r>
        <w:t>c) Slimnīca</w:t>
      </w:r>
    </w:p>
    <w:p w:rsidR="00101702" w:rsidRDefault="004D4DA3">
      <w:r>
        <w:t>5. Ko var darīt tiesībsargājošās institūcijas?</w:t>
      </w:r>
    </w:p>
    <w:p w:rsidR="00101702" w:rsidRDefault="004D4DA3">
      <w:pPr>
        <w:pStyle w:val="Sarakstaaizzme"/>
      </w:pPr>
      <w:r>
        <w:t>a) Pārbaudīt licences</w:t>
      </w:r>
    </w:p>
    <w:p w:rsidR="00101702" w:rsidRDefault="004D4DA3">
      <w:pPr>
        <w:pStyle w:val="Sarakstaaizzme"/>
      </w:pPr>
      <w:r>
        <w:t>b) Ignorēt pārkāpumus</w:t>
      </w:r>
    </w:p>
    <w:p w:rsidR="00101702" w:rsidRDefault="004D4DA3">
      <w:pPr>
        <w:pStyle w:val="Sarakstaaizzme"/>
      </w:pPr>
      <w:r>
        <w:t xml:space="preserve">c) </w:t>
      </w:r>
      <w:proofErr w:type="spellStart"/>
      <w:r>
        <w:t>Mainīt</w:t>
      </w:r>
      <w:proofErr w:type="spellEnd"/>
      <w:r>
        <w:t xml:space="preserve"> </w:t>
      </w:r>
      <w:proofErr w:type="spellStart"/>
      <w:r>
        <w:t>veikala</w:t>
      </w:r>
      <w:proofErr w:type="spellEnd"/>
      <w:r>
        <w:t xml:space="preserve"> </w:t>
      </w:r>
      <w:proofErr w:type="spellStart"/>
      <w:r>
        <w:t>cenas</w:t>
      </w:r>
      <w:proofErr w:type="spellEnd"/>
    </w:p>
    <w:p w:rsidR="004D4DA3" w:rsidRDefault="004D4DA3" w:rsidP="004D4DA3">
      <w:pPr>
        <w:pStyle w:val="Sarakstaaizzme"/>
        <w:numPr>
          <w:ilvl w:val="0"/>
          <w:numId w:val="0"/>
        </w:numPr>
        <w:ind w:left="360" w:hanging="360"/>
      </w:pPr>
    </w:p>
    <w:p w:rsidR="004D4DA3" w:rsidRDefault="004D4DA3" w:rsidP="004D4DA3">
      <w:pPr>
        <w:pStyle w:val="Sarakstaaizzme"/>
        <w:numPr>
          <w:ilvl w:val="0"/>
          <w:numId w:val="0"/>
        </w:numPr>
        <w:ind w:left="360" w:hanging="360"/>
      </w:pPr>
    </w:p>
    <w:p w:rsidR="004D4DA3" w:rsidRDefault="004D4DA3" w:rsidP="004D4DA3">
      <w:pPr>
        <w:pStyle w:val="Sarakstaaizzme"/>
        <w:numPr>
          <w:ilvl w:val="0"/>
          <w:numId w:val="0"/>
        </w:numPr>
        <w:ind w:left="360" w:hanging="360"/>
      </w:pPr>
    </w:p>
    <w:p w:rsidR="004D4DA3" w:rsidRDefault="004D4DA3" w:rsidP="004D4DA3">
      <w:pPr>
        <w:pStyle w:val="Sarakstaaizzme"/>
        <w:numPr>
          <w:ilvl w:val="0"/>
          <w:numId w:val="0"/>
        </w:numPr>
        <w:ind w:left="360" w:hanging="360"/>
      </w:pPr>
    </w:p>
    <w:p w:rsidR="004D4DA3" w:rsidRDefault="004D4DA3" w:rsidP="004D4DA3">
      <w:pPr>
        <w:pStyle w:val="Sarakstaaizzme"/>
        <w:numPr>
          <w:ilvl w:val="0"/>
          <w:numId w:val="0"/>
        </w:numPr>
        <w:ind w:left="360" w:hanging="360"/>
      </w:pPr>
    </w:p>
    <w:p w:rsidR="004D4DA3" w:rsidRDefault="004D4DA3" w:rsidP="004D4DA3">
      <w:pPr>
        <w:pStyle w:val="Sarakstaaizzme"/>
        <w:numPr>
          <w:ilvl w:val="0"/>
          <w:numId w:val="0"/>
        </w:numPr>
        <w:ind w:left="360" w:hanging="360"/>
      </w:pPr>
    </w:p>
    <w:p w:rsidR="004D4DA3" w:rsidRDefault="004D4DA3" w:rsidP="004D4DA3">
      <w:pPr>
        <w:pStyle w:val="Sarakstaaizzme"/>
        <w:numPr>
          <w:ilvl w:val="0"/>
          <w:numId w:val="0"/>
        </w:numPr>
        <w:ind w:left="360" w:hanging="360"/>
      </w:pPr>
    </w:p>
    <w:p w:rsidR="00101702" w:rsidRDefault="004D4DA3">
      <w:pPr>
        <w:pStyle w:val="Virsraksts2"/>
      </w:pPr>
      <w:r>
        <w:lastRenderedPageBreak/>
        <w:t>2. daļa – Atbildi īsi</w:t>
      </w:r>
    </w:p>
    <w:p w:rsidR="00101702" w:rsidRDefault="004D4DA3">
      <w:r>
        <w:t>1. Nosauc divus preventīvos pasākumus drošā tirdzniecībā.</w:t>
      </w:r>
    </w:p>
    <w:p w:rsidR="00101702" w:rsidRDefault="004D4DA3">
      <w:r>
        <w:br/>
        <w:t>____________________________________________</w:t>
      </w:r>
    </w:p>
    <w:p w:rsidR="00101702" w:rsidRDefault="004D4DA3">
      <w:r>
        <w:t>____________________________________________</w:t>
      </w:r>
    </w:p>
    <w:p w:rsidR="00101702" w:rsidRDefault="004D4DA3">
      <w:r>
        <w:t>2. Kāpēc ir svarīgi saglabāt čekus un līgumus?</w:t>
      </w:r>
    </w:p>
    <w:p w:rsidR="00101702" w:rsidRDefault="004D4DA3">
      <w:r>
        <w:br/>
        <w:t>____________________________________________</w:t>
      </w:r>
    </w:p>
    <w:p w:rsidR="00101702" w:rsidRDefault="004D4DA3">
      <w:r>
        <w:t>____________________________________________</w:t>
      </w:r>
    </w:p>
    <w:p w:rsidR="00101702" w:rsidRDefault="004D4DA3">
      <w:r>
        <w:t>3. Nosauc vienu tiesībsargājošo institūciju Latvijā.</w:t>
      </w:r>
    </w:p>
    <w:p w:rsidR="00101702" w:rsidRDefault="004D4DA3">
      <w:r>
        <w:br/>
        <w:t>____________________________________________</w:t>
      </w:r>
    </w:p>
    <w:p w:rsidR="00101702" w:rsidRDefault="004D4DA3">
      <w:r>
        <w:t>____________________________________________</w:t>
      </w:r>
    </w:p>
    <w:p w:rsidR="00101702" w:rsidRDefault="004D4DA3">
      <w:pPr>
        <w:pStyle w:val="Virsraksts2"/>
      </w:pPr>
      <w:r>
        <w:t>Vērtēšana</w:t>
      </w:r>
    </w:p>
    <w:p w:rsidR="00101702" w:rsidRDefault="004D4DA3">
      <w:r>
        <w:t>9–10 pareizas atbildes – 10</w:t>
      </w:r>
    </w:p>
    <w:p w:rsidR="00101702" w:rsidRDefault="004D4DA3">
      <w:r>
        <w:t>7–8 pareizas atbildes – 8–9</w:t>
      </w:r>
    </w:p>
    <w:p w:rsidR="00101702" w:rsidRDefault="004D4DA3">
      <w:r>
        <w:t>5–6 pareizas atbildes – 6–7</w:t>
      </w:r>
    </w:p>
    <w:p w:rsidR="00101702" w:rsidRDefault="004D4DA3">
      <w:bookmarkStart w:id="0" w:name="_GoBack"/>
      <w:bookmarkEnd w:id="0"/>
      <w:r>
        <w:br w:type="page"/>
      </w:r>
    </w:p>
    <w:p w:rsidR="00101702" w:rsidRDefault="004D4DA3">
      <w:pPr>
        <w:pStyle w:val="Virsraksts1"/>
      </w:pPr>
      <w:r>
        <w:lastRenderedPageBreak/>
        <w:t>Atbilžu lapa skolotājam</w:t>
      </w:r>
    </w:p>
    <w:p w:rsidR="00101702" w:rsidRDefault="004D4DA3">
      <w:r>
        <w:t>1. b</w:t>
      </w:r>
    </w:p>
    <w:p w:rsidR="00101702" w:rsidRDefault="004D4DA3">
      <w:r>
        <w:t>2. a</w:t>
      </w:r>
    </w:p>
    <w:p w:rsidR="00101702" w:rsidRDefault="004D4DA3">
      <w:r>
        <w:t>3. c</w:t>
      </w:r>
    </w:p>
    <w:p w:rsidR="00101702" w:rsidRDefault="004D4DA3">
      <w:r>
        <w:t>4. a</w:t>
      </w:r>
    </w:p>
    <w:p w:rsidR="00101702" w:rsidRDefault="004D4DA3">
      <w:r>
        <w:t>5. a</w:t>
      </w:r>
    </w:p>
    <w:p w:rsidR="00101702" w:rsidRDefault="004D4DA3">
      <w:r>
        <w:t>Īso jautājumu atbildes var formulēt dažādi, ja saturs ir pareizs.</w:t>
      </w:r>
    </w:p>
    <w:sectPr w:rsidR="0010170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arakstanumur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arakstanumur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arakstaaizzm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arakstaaizzm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01702"/>
    <w:rsid w:val="0015074B"/>
    <w:rsid w:val="00236D47"/>
    <w:rsid w:val="0029639D"/>
    <w:rsid w:val="00326F90"/>
    <w:rsid w:val="004D4DA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C75BF5"/>
  <w14:defaultImageDpi w14:val="300"/>
  <w15:docId w15:val="{7E39CB4D-401E-4E46-8BA5-4B5917154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C693F"/>
  </w:style>
  <w:style w:type="paragraph" w:styleId="Virsraksts1">
    <w:name w:val="heading 1"/>
    <w:basedOn w:val="Parasts"/>
    <w:next w:val="Parasts"/>
    <w:link w:val="Virsraksts1Rakstz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618BF"/>
  </w:style>
  <w:style w:type="paragraph" w:styleId="Kjene">
    <w:name w:val="footer"/>
    <w:basedOn w:val="Parasts"/>
    <w:link w:val="KjeneRakstz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618BF"/>
  </w:style>
  <w:style w:type="paragraph" w:styleId="Bezatstarpm">
    <w:name w:val="No Spacing"/>
    <w:uiPriority w:val="1"/>
    <w:qFormat/>
    <w:rsid w:val="00FC693F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FC693F"/>
    <w:pPr>
      <w:ind w:left="720"/>
      <w:contextualSpacing/>
    </w:pPr>
  </w:style>
  <w:style w:type="paragraph" w:styleId="Pamatteksts">
    <w:name w:val="Body Text"/>
    <w:basedOn w:val="Parasts"/>
    <w:link w:val="PamattekstsRakstz"/>
    <w:uiPriority w:val="99"/>
    <w:unhideWhenUsed/>
    <w:rsid w:val="00AA1D8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AA1D8D"/>
  </w:style>
  <w:style w:type="paragraph" w:styleId="Pamatteksts2">
    <w:name w:val="Body Text 2"/>
    <w:basedOn w:val="Parasts"/>
    <w:link w:val="Pamatteksts2Rakstz"/>
    <w:uiPriority w:val="99"/>
    <w:unhideWhenUsed/>
    <w:rsid w:val="00AA1D8D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rsid w:val="00AA1D8D"/>
  </w:style>
  <w:style w:type="paragraph" w:styleId="Pamatteksts3">
    <w:name w:val="Body Text 3"/>
    <w:basedOn w:val="Parasts"/>
    <w:link w:val="Pamatteksts3Rakstz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AA1D8D"/>
    <w:rPr>
      <w:sz w:val="16"/>
      <w:szCs w:val="16"/>
    </w:rPr>
  </w:style>
  <w:style w:type="paragraph" w:styleId="Saraksts">
    <w:name w:val="List"/>
    <w:basedOn w:val="Parasts"/>
    <w:uiPriority w:val="99"/>
    <w:unhideWhenUsed/>
    <w:rsid w:val="00AA1D8D"/>
    <w:pPr>
      <w:ind w:left="360" w:hanging="360"/>
      <w:contextualSpacing/>
    </w:pPr>
  </w:style>
  <w:style w:type="paragraph" w:styleId="Saraksts2">
    <w:name w:val="List 2"/>
    <w:basedOn w:val="Parasts"/>
    <w:uiPriority w:val="99"/>
    <w:unhideWhenUsed/>
    <w:rsid w:val="00326F90"/>
    <w:pPr>
      <w:ind w:left="720" w:hanging="360"/>
      <w:contextualSpacing/>
    </w:pPr>
  </w:style>
  <w:style w:type="paragraph" w:styleId="Saraksts3">
    <w:name w:val="List 3"/>
    <w:basedOn w:val="Parasts"/>
    <w:uiPriority w:val="99"/>
    <w:unhideWhenUsed/>
    <w:rsid w:val="00326F90"/>
    <w:pPr>
      <w:ind w:left="1080" w:hanging="360"/>
      <w:contextualSpacing/>
    </w:pPr>
  </w:style>
  <w:style w:type="paragraph" w:styleId="Sarakstaaizzme">
    <w:name w:val="List Bullet"/>
    <w:basedOn w:val="Parasts"/>
    <w:uiPriority w:val="99"/>
    <w:unhideWhenUsed/>
    <w:rsid w:val="00326F90"/>
    <w:pPr>
      <w:numPr>
        <w:numId w:val="1"/>
      </w:numPr>
      <w:contextualSpacing/>
    </w:pPr>
  </w:style>
  <w:style w:type="paragraph" w:styleId="Sarakstaaizzme2">
    <w:name w:val="List Bullet 2"/>
    <w:basedOn w:val="Parasts"/>
    <w:uiPriority w:val="99"/>
    <w:unhideWhenUsed/>
    <w:rsid w:val="00326F90"/>
    <w:pPr>
      <w:numPr>
        <w:numId w:val="2"/>
      </w:numPr>
      <w:contextualSpacing/>
    </w:pPr>
  </w:style>
  <w:style w:type="paragraph" w:styleId="Sarakstaaizzme3">
    <w:name w:val="List Bullet 3"/>
    <w:basedOn w:val="Parasts"/>
    <w:uiPriority w:val="99"/>
    <w:unhideWhenUsed/>
    <w:rsid w:val="00326F90"/>
    <w:pPr>
      <w:numPr>
        <w:numId w:val="3"/>
      </w:numPr>
      <w:contextualSpacing/>
    </w:pPr>
  </w:style>
  <w:style w:type="paragraph" w:styleId="Sarakstanumurs">
    <w:name w:val="List Number"/>
    <w:basedOn w:val="Parasts"/>
    <w:uiPriority w:val="99"/>
    <w:unhideWhenUsed/>
    <w:rsid w:val="00326F90"/>
    <w:pPr>
      <w:numPr>
        <w:numId w:val="5"/>
      </w:numPr>
      <w:contextualSpacing/>
    </w:pPr>
  </w:style>
  <w:style w:type="paragraph" w:styleId="Sarakstanumurs2">
    <w:name w:val="List Number 2"/>
    <w:basedOn w:val="Parasts"/>
    <w:uiPriority w:val="99"/>
    <w:unhideWhenUsed/>
    <w:rsid w:val="0029639D"/>
    <w:pPr>
      <w:numPr>
        <w:numId w:val="6"/>
      </w:numPr>
      <w:contextualSpacing/>
    </w:pPr>
  </w:style>
  <w:style w:type="paragraph" w:styleId="Sarakstanumurs3">
    <w:name w:val="List Number 3"/>
    <w:basedOn w:val="Parasts"/>
    <w:uiPriority w:val="99"/>
    <w:unhideWhenUsed/>
    <w:rsid w:val="0029639D"/>
    <w:pPr>
      <w:numPr>
        <w:numId w:val="7"/>
      </w:numPr>
      <w:contextualSpacing/>
    </w:pPr>
  </w:style>
  <w:style w:type="paragraph" w:styleId="Sarakstaturpinjums">
    <w:name w:val="List Continue"/>
    <w:basedOn w:val="Parasts"/>
    <w:uiPriority w:val="99"/>
    <w:unhideWhenUsed/>
    <w:rsid w:val="0029639D"/>
    <w:pPr>
      <w:spacing w:after="120"/>
      <w:ind w:left="360"/>
      <w:contextualSpacing/>
    </w:pPr>
  </w:style>
  <w:style w:type="paragraph" w:styleId="Sarakstaturpinjums2">
    <w:name w:val="List Continue 2"/>
    <w:basedOn w:val="Parasts"/>
    <w:uiPriority w:val="99"/>
    <w:unhideWhenUsed/>
    <w:rsid w:val="0029639D"/>
    <w:pPr>
      <w:spacing w:after="120"/>
      <w:ind w:left="720"/>
      <w:contextualSpacing/>
    </w:pPr>
  </w:style>
  <w:style w:type="paragraph" w:styleId="Sarakstaturpinjums3">
    <w:name w:val="List Continue 3"/>
    <w:basedOn w:val="Parasts"/>
    <w:uiPriority w:val="99"/>
    <w:unhideWhenUsed/>
    <w:rsid w:val="0029639D"/>
    <w:pPr>
      <w:spacing w:after="120"/>
      <w:ind w:left="1080"/>
      <w:contextualSpacing/>
    </w:pPr>
  </w:style>
  <w:style w:type="paragraph" w:styleId="Makroteksts">
    <w:name w:val="macro"/>
    <w:link w:val="MakrotekstsRakstz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sRakstz">
    <w:name w:val="Makro teksts Rakstz."/>
    <w:basedOn w:val="Noklusjumarindkopasfonts"/>
    <w:link w:val="Makroteksts"/>
    <w:uiPriority w:val="99"/>
    <w:rsid w:val="0029639D"/>
    <w:rPr>
      <w:rFonts w:ascii="Courier" w:hAnsi="Courier"/>
      <w:sz w:val="20"/>
      <w:szCs w:val="20"/>
    </w:rPr>
  </w:style>
  <w:style w:type="paragraph" w:styleId="Citts">
    <w:name w:val="Quote"/>
    <w:basedOn w:val="Parasts"/>
    <w:next w:val="Parasts"/>
    <w:link w:val="CittsRakstz"/>
    <w:uiPriority w:val="29"/>
    <w:qFormat/>
    <w:rsid w:val="00FC693F"/>
    <w:rPr>
      <w:i/>
      <w:iCs/>
      <w:color w:val="000000" w:themeColor="text1"/>
    </w:rPr>
  </w:style>
  <w:style w:type="character" w:customStyle="1" w:styleId="CittsRakstz">
    <w:name w:val="Citāts Rakstz."/>
    <w:basedOn w:val="Noklusjumarindkopasfonts"/>
    <w:link w:val="Citts"/>
    <w:uiPriority w:val="29"/>
    <w:rsid w:val="00FC693F"/>
    <w:rPr>
      <w:i/>
      <w:iCs/>
      <w:color w:val="000000" w:themeColor="text1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Izteiksmgs">
    <w:name w:val="Strong"/>
    <w:basedOn w:val="Noklusjumarindkopasfonts"/>
    <w:uiPriority w:val="22"/>
    <w:qFormat/>
    <w:rsid w:val="00FC693F"/>
    <w:rPr>
      <w:b/>
      <w:bCs/>
    </w:rPr>
  </w:style>
  <w:style w:type="character" w:styleId="Izclums">
    <w:name w:val="Emphasis"/>
    <w:basedOn w:val="Noklusjumarindkopasfonts"/>
    <w:uiPriority w:val="20"/>
    <w:qFormat/>
    <w:rsid w:val="00FC693F"/>
    <w:rPr>
      <w:i/>
      <w:iCs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C693F"/>
    <w:rPr>
      <w:b/>
      <w:bCs/>
      <w:i/>
      <w:iCs/>
      <w:color w:val="4F81BD" w:themeColor="accent1"/>
    </w:rPr>
  </w:style>
  <w:style w:type="character" w:styleId="Izsmalcintsizclums">
    <w:name w:val="Subtle Emphasis"/>
    <w:basedOn w:val="Noklusjumarindkopasfonts"/>
    <w:uiPriority w:val="19"/>
    <w:qFormat/>
    <w:rsid w:val="00FC693F"/>
    <w:rPr>
      <w:i/>
      <w:iCs/>
      <w:color w:val="808080" w:themeColor="text1" w:themeTint="7F"/>
    </w:rPr>
  </w:style>
  <w:style w:type="character" w:styleId="Intensvsizclums">
    <w:name w:val="Intense Emphasis"/>
    <w:basedOn w:val="Noklusjumarindkopasfonts"/>
    <w:uiPriority w:val="21"/>
    <w:qFormat/>
    <w:rsid w:val="00FC693F"/>
    <w:rPr>
      <w:b/>
      <w:bCs/>
      <w:i/>
      <w:iCs/>
      <w:color w:val="4F81BD" w:themeColor="accent1"/>
    </w:rPr>
  </w:style>
  <w:style w:type="character" w:styleId="Izsmalcintaatsauce">
    <w:name w:val="Subtle Reference"/>
    <w:basedOn w:val="Noklusjumarindkopasfonts"/>
    <w:uiPriority w:val="31"/>
    <w:qFormat/>
    <w:rsid w:val="00FC693F"/>
    <w:rPr>
      <w:smallCaps/>
      <w:color w:val="C0504D" w:themeColor="accent2"/>
      <w:u w:val="single"/>
    </w:rPr>
  </w:style>
  <w:style w:type="character" w:styleId="Intensvaatsauce">
    <w:name w:val="Intense Reference"/>
    <w:basedOn w:val="Noklusjumarindkopasfont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Grmatasnosaukums">
    <w:name w:val="Book Title"/>
    <w:basedOn w:val="Noklusjumarindkopasfonts"/>
    <w:uiPriority w:val="33"/>
    <w:qFormat/>
    <w:rsid w:val="00FC693F"/>
    <w:rPr>
      <w:b/>
      <w:bCs/>
      <w:smallCaps/>
      <w:spacing w:val="5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FC693F"/>
    <w:pPr>
      <w:outlineLvl w:val="9"/>
    </w:pPr>
  </w:style>
  <w:style w:type="table" w:styleId="Reatabula">
    <w:name w:val="Table Grid"/>
    <w:basedOn w:val="Parastatabu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aisnojums">
    <w:name w:val="Light Shading"/>
    <w:basedOn w:val="Parastatabu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aisnojumsizclums1">
    <w:name w:val="Light Shading Accent 1"/>
    <w:basedOn w:val="Parastatabu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aisnojumsizclums2">
    <w:name w:val="Light Shading Accent 2"/>
    <w:basedOn w:val="Parastatabu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Gaisnojumsizclums3">
    <w:name w:val="Light Shading Accent 3"/>
    <w:basedOn w:val="Parastatabu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Gaisnojumsizclums4">
    <w:name w:val="Light Shading Accent 4"/>
    <w:basedOn w:val="Parastatabu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Gaisnojumsizclums5">
    <w:name w:val="Light Shading Accent 5"/>
    <w:basedOn w:val="Parastatabu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aisnojumsizclums6">
    <w:name w:val="Light Shading Accent 6"/>
    <w:basedOn w:val="Parastatabu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Gaissaraksts">
    <w:name w:val="Light List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aissarakstsizclums1">
    <w:name w:val="Light List Accent 1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aissarakstsizclums2">
    <w:name w:val="Light List Accent 2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Gaissarakstsizclums3">
    <w:name w:val="Light List Accent 3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Gaissarakstsizclums4">
    <w:name w:val="Light List Accent 4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Gaissarakstsizclums5">
    <w:name w:val="Light List Accent 5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Gaissarakstsizclums6">
    <w:name w:val="Light List Accent 6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aisreis">
    <w:name w:val="Light Grid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aisreisizclums1">
    <w:name w:val="Light Grid Accent 1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aisreisizclums2">
    <w:name w:val="Light Grid Accent 2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aisreisizclums3">
    <w:name w:val="Light Grid Accent 3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aisreisizclums4">
    <w:name w:val="Light Grid Accent 4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aisreisizclums5">
    <w:name w:val="Light Grid Accent 5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aisreisizclums6">
    <w:name w:val="Light Grid Accent 6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Vidjsnojums1">
    <w:name w:val="Medium Shading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1">
    <w:name w:val="Medium Shading 1 Accent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2">
    <w:name w:val="Medium Shading 1 Accent 2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3">
    <w:name w:val="Medium Shading 1 Accent 3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4">
    <w:name w:val="Medium Shading 1 Accent 4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5">
    <w:name w:val="Medium Shading 1 Accent 5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6">
    <w:name w:val="Medium Shading 1 Accent 6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2">
    <w:name w:val="Medium Shading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1">
    <w:name w:val="Medium Shading 2 Accent 1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2">
    <w:name w:val="Medium Shading 2 Accent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3">
    <w:name w:val="Medium Shading 2 Accent 3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4">
    <w:name w:val="Medium Shading 2 Accent 4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5">
    <w:name w:val="Medium Shading 2 Accent 5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6">
    <w:name w:val="Medium Shading 2 Accent 6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saraksts1">
    <w:name w:val="Medium Lis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djssaraksts1izclums1">
    <w:name w:val="Medium List 1 Accen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Vidjssaraksts1izclums2">
    <w:name w:val="Medium List 1 Accent 2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Vidjssaraksts1izclums3">
    <w:name w:val="Medium List 1 Accent 3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Vidjssaraksts1izclums4">
    <w:name w:val="Medium List 1 Accent 4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Vidjssaraksts1izclums5">
    <w:name w:val="Medium List 1 Accent 5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Vidjssaraksts1izclums6">
    <w:name w:val="Medium List 1 Accent 6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Vidjssaraksts2">
    <w:name w:val="Medium Lis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1">
    <w:name w:val="Medium List 2 Accent 1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2">
    <w:name w:val="Medium List 2 Accen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3">
    <w:name w:val="Medium List 2 Accent 3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4">
    <w:name w:val="Medium List 2 Accent 4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5">
    <w:name w:val="Medium List 2 Accent 5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6">
    <w:name w:val="Medium List 2 Accent 6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reis1">
    <w:name w:val="Medium Grid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idjsreis1izclums1">
    <w:name w:val="Medium Grid 1 Accent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idjsreis1izclums2">
    <w:name w:val="Medium Grid 1 Accent 2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idjsreis1izclums3">
    <w:name w:val="Medium Grid 1 Accent 3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idjsreis1izclums4">
    <w:name w:val="Medium Grid 1 Accent 4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idjsreis1izclums5">
    <w:name w:val="Medium Grid 1 Accent 5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idjsreis1izclums6">
    <w:name w:val="Medium Grid 1 Accent 6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Vidjsreis2">
    <w:name w:val="Medium Grid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1">
    <w:name w:val="Medium Grid 2 Accent 1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2">
    <w:name w:val="Medium Grid 2 Accent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3">
    <w:name w:val="Medium Grid 2 Accent 3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4">
    <w:name w:val="Medium Grid 2 Accent 4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5">
    <w:name w:val="Medium Grid 2 Accent 5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6">
    <w:name w:val="Medium Grid 2 Accent 6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3">
    <w:name w:val="Medium Grid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Vidjsreis3izclums1">
    <w:name w:val="Medium Grid 3 Accent 1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Vidjsreis3izclums2">
    <w:name w:val="Medium Grid 3 Accent 2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Vidjsreis3izclums3">
    <w:name w:val="Medium Grid 3 Accent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Vidjsreis3izclums4">
    <w:name w:val="Medium Grid 3 Accent 4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Vidjsreis3izclums5">
    <w:name w:val="Medium Grid 3 Accent 5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Vidjsreis3izclums6">
    <w:name w:val="Medium Grid 3 Accent 6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umssaraksts">
    <w:name w:val="Dark List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ssarakstsizclums1">
    <w:name w:val="Dark List Accent 1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ssarakstsizclums2">
    <w:name w:val="Dark List Accent 2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ssarakstsizclums3">
    <w:name w:val="Dark List Accent 3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ssarakstsizclums4">
    <w:name w:val="Dark List Accent 4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ssarakstsizclums5">
    <w:name w:val="Dark List Accent 5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ssarakstsizclums6">
    <w:name w:val="Dark List Accent 6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rsainsnojums">
    <w:name w:val="Colorful Shading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1">
    <w:name w:val="Colorful Shading Accent 1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2">
    <w:name w:val="Colorful Shading Accent 2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3">
    <w:name w:val="Colorful Shading Accent 3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nojumsizclums4">
    <w:name w:val="Colorful Shading Accent 4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5">
    <w:name w:val="Colorful Shading Accent 5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6">
    <w:name w:val="Colorful Shading Accent 6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saraksts">
    <w:name w:val="Colorful List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rsainssarakstsizclums1">
    <w:name w:val="Colorful List Accent 1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rsainssarakstsizclums2">
    <w:name w:val="Colorful List Accent 2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rsainssarakstsizclums3">
    <w:name w:val="Colorful List Accent 3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rsainssarakstsizclums4">
    <w:name w:val="Colorful List Accent 4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rsainssarakstsizclums5">
    <w:name w:val="Colorful List Accent 5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rsainssarakstsizclums6">
    <w:name w:val="Colorful List Accent 6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rsainsreis">
    <w:name w:val="Colorful Grid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rsainsreisizclums1">
    <w:name w:val="Colorful Grid Accent 1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rsainsreisizclums2">
    <w:name w:val="Colorful Grid Accent 2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rsainsreisizclums3">
    <w:name w:val="Colorful Grid Accent 3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reisizclums4">
    <w:name w:val="Colorful Grid Accent 4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rsainsreisizclums5">
    <w:name w:val="Colorful Grid Accent 5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rsainsreisizclums6">
    <w:name w:val="Colorful Grid Accent 6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6B58D1-EB33-43A5-985B-30B8A1D9C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915</Words>
  <Characters>523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Skolotājs</cp:lastModifiedBy>
  <cp:revision>3</cp:revision>
  <dcterms:created xsi:type="dcterms:W3CDTF">2026-05-28T13:31:00Z</dcterms:created>
  <dcterms:modified xsi:type="dcterms:W3CDTF">2026-06-30T10:38:00Z</dcterms:modified>
  <cp:category/>
</cp:coreProperties>
</file>